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AFAF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ZAŁĄCZNIK NR 2</w:t>
      </w:r>
    </w:p>
    <w:p w14:paraId="37FAC0F0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FORMULARZ REKRUTACYJNY NAUCZYCIELA/NAUCZYCIELKI</w:t>
      </w:r>
    </w:p>
    <w:p w14:paraId="29C8947A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do </w:t>
      </w:r>
      <w:proofErr w:type="spellStart"/>
      <w:r w:rsidRPr="00CF05FB">
        <w:rPr>
          <w:rFonts w:cs="Arial"/>
          <w:b/>
          <w:sz w:val="24"/>
          <w:szCs w:val="24"/>
        </w:rPr>
        <w:t>projektu</w:t>
      </w:r>
      <w:proofErr w:type="spellEnd"/>
      <w:r w:rsidRPr="00CF05FB">
        <w:rPr>
          <w:rFonts w:cs="Arial"/>
          <w:b/>
          <w:sz w:val="24"/>
          <w:szCs w:val="24"/>
        </w:rPr>
        <w:t xml:space="preserve"> „</w:t>
      </w:r>
      <w:proofErr w:type="spellStart"/>
      <w:r w:rsidRPr="00CF05FB">
        <w:rPr>
          <w:rFonts w:cs="Arial"/>
          <w:b/>
          <w:sz w:val="24"/>
          <w:szCs w:val="24"/>
        </w:rPr>
        <w:t>Rozwój edukacji przedszkolnej w Gminie Łęczyce – etap 3</w:t>
      </w:r>
      <w:proofErr w:type="spellEnd"/>
      <w:r w:rsidRPr="00CF05FB">
        <w:rPr>
          <w:rFonts w:cs="Arial"/>
          <w:b/>
          <w:sz w:val="24"/>
          <w:szCs w:val="24"/>
        </w:rPr>
        <w:t xml:space="preserve"/>
      </w:r>
      <w:proofErr w:type="spellStart"/>
      <w:r w:rsidRPr="00CF05FB">
        <w:rPr>
          <w:rFonts w:cs="Arial"/>
          <w:b/>
          <w:sz w:val="24"/>
          <w:szCs w:val="24"/>
        </w:rPr>
        <w:t/>
      </w:r>
      <w:proofErr w:type="spellEnd"/>
      <w:r w:rsidRPr="00CF05FB">
        <w:rPr>
          <w:rFonts w:cs="Arial"/>
          <w:b/>
          <w:sz w:val="24"/>
          <w:szCs w:val="24"/>
        </w:rPr>
        <w:t xml:space="preserve"/>
      </w:r>
      <w:proofErr w:type="spellStart"/>
      <w:r w:rsidRPr="00CF05FB">
        <w:rPr>
          <w:rFonts w:cs="Arial"/>
          <w:b/>
          <w:sz w:val="24"/>
          <w:szCs w:val="24"/>
        </w:rPr>
        <w:t/>
      </w:r>
      <w:proofErr w:type="spellEnd"/>
      <w:r w:rsidRPr="00CF05FB">
        <w:rPr>
          <w:rFonts w:cs="Arial"/>
          <w:b/>
          <w:sz w:val="24"/>
          <w:szCs w:val="24"/>
        </w:rPr>
        <w:t xml:space="preserve"/>
      </w:r>
      <w:proofErr w:type="spellStart"/>
      <w:r w:rsidRPr="00CF05FB">
        <w:rPr>
          <w:rFonts w:cs="Arial"/>
          <w:b/>
          <w:sz w:val="24"/>
          <w:szCs w:val="24"/>
        </w:rPr>
        <w:t/>
      </w:r>
      <w:proofErr w:type="spellEnd"/>
      <w:r w:rsidRPr="00CF05FB">
        <w:rPr>
          <w:rFonts w:cs="Arial"/>
          <w:b/>
          <w:sz w:val="24"/>
          <w:szCs w:val="24"/>
        </w:rPr>
        <w:t xml:space="preserve"/>
      </w:r>
      <w:proofErr w:type="spellStart"/>
      <w:r w:rsidRPr="00CF05FB">
        <w:rPr>
          <w:rFonts w:cs="Arial"/>
          <w:b/>
          <w:sz w:val="24"/>
          <w:szCs w:val="24"/>
        </w:rPr>
        <w:t/>
      </w:r>
      <w:proofErr w:type="spellEnd"/>
      <w:r w:rsidRPr="00CF05FB">
        <w:rPr>
          <w:rFonts w:cs="Arial"/>
          <w:b/>
          <w:sz w:val="24"/>
          <w:szCs w:val="24"/>
        </w:rPr>
        <w:t>”</w:t>
      </w:r>
    </w:p>
    <w:p w14:paraId="0EF4C545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nr FEPM.05.07-IZ.00-0043/26</w:t>
      </w:r>
    </w:p>
    <w:p w14:paraId="5F409D57" w14:textId="77777777" w:rsidR="00FB0E7B" w:rsidRPr="00CF05FB" w:rsidRDefault="00B92FA4" w:rsidP="00567002">
      <w:pPr>
        <w:spacing w:line="360" w:lineRule="auto"/>
        <w:rPr>
          <w:sz w:val="24"/>
          <w:szCs w:val="24"/>
        </w:rPr>
      </w:pPr>
      <w:proofErr w:type="spellStart"/>
      <w:r w:rsidRPr="00B92FA4">
        <w:rPr>
          <w:rFonts w:cs="Arial"/>
          <w:i/>
          <w:sz w:val="24"/>
          <w:szCs w:val="24"/>
        </w:rPr>
        <w:t>Formularz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nauczyciel</w:t>
      </w:r>
      <w:proofErr w:type="spellEnd"/>
      <w:r w:rsidRPr="00B92FA4">
        <w:rPr>
          <w:rFonts w:cs="Arial"/>
          <w:i/>
          <w:sz w:val="24"/>
          <w:szCs w:val="24"/>
        </w:rPr>
        <w:t>/</w:t>
      </w:r>
      <w:proofErr w:type="spellStart"/>
      <w:r w:rsidRPr="00B92FA4">
        <w:rPr>
          <w:rFonts w:cs="Arial"/>
          <w:i/>
          <w:sz w:val="24"/>
          <w:szCs w:val="24"/>
        </w:rPr>
        <w:t>nauczycielka</w:t>
      </w:r>
      <w:proofErr w:type="spellEnd"/>
      <w:r w:rsidRPr="00B92FA4">
        <w:rPr>
          <w:rFonts w:cs="Arial"/>
          <w:i/>
          <w:sz w:val="24"/>
          <w:szCs w:val="24"/>
        </w:rPr>
        <w:t xml:space="preserve">. </w:t>
      </w:r>
      <w:proofErr w:type="spellStart"/>
      <w:r w:rsidRPr="00B92FA4">
        <w:rPr>
          <w:rFonts w:cs="Arial"/>
          <w:i/>
          <w:sz w:val="24"/>
          <w:szCs w:val="24"/>
        </w:rPr>
        <w:t>Ostatnią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część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Pr="00B92FA4">
        <w:rPr>
          <w:rFonts w:cs="Arial"/>
          <w:i/>
          <w:sz w:val="24"/>
          <w:szCs w:val="24"/>
        </w:rPr>
        <w:t xml:space="preserve"> – „</w:t>
      </w:r>
      <w:r>
        <w:rPr>
          <w:rFonts w:cs="Arial"/>
          <w:i/>
          <w:sz w:val="24"/>
          <w:szCs w:val="24"/>
        </w:rPr>
        <w:t xml:space="preserve">J. </w:t>
      </w:r>
      <w:proofErr w:type="spellStart"/>
      <w:r w:rsidRPr="00B92FA4">
        <w:rPr>
          <w:rFonts w:cs="Arial"/>
          <w:i/>
          <w:sz w:val="24"/>
          <w:szCs w:val="24"/>
        </w:rPr>
        <w:t>Zaświadczenie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i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rekomendacja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dyrektora</w:t>
      </w:r>
      <w:proofErr w:type="spellEnd"/>
      <w:r w:rsidRPr="00B92FA4">
        <w:rPr>
          <w:rFonts w:cs="Arial"/>
          <w:i/>
          <w:sz w:val="24"/>
          <w:szCs w:val="24"/>
        </w:rPr>
        <w:t xml:space="preserve"> OWP” –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</w:t>
      </w:r>
      <w:proofErr w:type="spellEnd"/>
      <w:r w:rsidRPr="00B92FA4">
        <w:rPr>
          <w:rFonts w:cs="Arial"/>
          <w:i/>
          <w:sz w:val="24"/>
          <w:szCs w:val="24"/>
        </w:rPr>
        <w:t xml:space="preserve"> OWP. </w:t>
      </w:r>
      <w:proofErr w:type="spellStart"/>
      <w:r w:rsidRPr="00B92FA4">
        <w:rPr>
          <w:rFonts w:cs="Arial"/>
          <w:i/>
          <w:sz w:val="24"/>
          <w:szCs w:val="24"/>
        </w:rPr>
        <w:t>Prosimy</w:t>
      </w:r>
      <w:proofErr w:type="spellEnd"/>
      <w:r w:rsidRPr="00B92FA4">
        <w:rPr>
          <w:rFonts w:cs="Arial"/>
          <w:i/>
          <w:sz w:val="24"/>
          <w:szCs w:val="24"/>
        </w:rPr>
        <w:t xml:space="preserve"> o </w:t>
      </w:r>
      <w:proofErr w:type="spellStart"/>
      <w:r w:rsidRPr="00B92FA4">
        <w:rPr>
          <w:rFonts w:cs="Arial"/>
          <w:i/>
          <w:sz w:val="24"/>
          <w:szCs w:val="24"/>
        </w:rPr>
        <w:t>czytelne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="00A0699C" w:rsidRPr="00CF05FB">
        <w:rPr>
          <w:rFonts w:cs="Arial"/>
          <w:i/>
          <w:sz w:val="24"/>
          <w:szCs w:val="24"/>
        </w:rPr>
        <w:t>.</w:t>
      </w:r>
    </w:p>
    <w:p w14:paraId="4CE0F210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A. DANE NAUCZYCIELA / NAUCZYCIELKI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409C69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33962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(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imiona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D622F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C350AF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64E71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C2C8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6205FF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269F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PESEL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8FAF5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CBC021C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F8F0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Jeżeli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osoba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posiada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FE89F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____ / ____ / __________</w:t>
            </w:r>
          </w:p>
        </w:tc>
      </w:tr>
      <w:tr w:rsidR="00FB0E7B" w:rsidRPr="00CF05FB" w14:paraId="6A72895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9F10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0289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kobieta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    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mężczyzna</w:t>
            </w:r>
            <w:proofErr w:type="spellEnd"/>
          </w:p>
        </w:tc>
      </w:tr>
      <w:tr w:rsidR="00FB0E7B" w:rsidRPr="00CF05FB" w14:paraId="33E755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BAFF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Obywatelstwo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9622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CC5EA1A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5FB2D2AB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Poziom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wykształcenia</w:t>
      </w:r>
      <w:proofErr w:type="spellEnd"/>
      <w:r w:rsidRPr="00CF05FB">
        <w:rPr>
          <w:rFonts w:cs="Arial"/>
          <w:b/>
          <w:sz w:val="24"/>
          <w:szCs w:val="24"/>
        </w:rPr>
        <w:t>:</w:t>
      </w:r>
    </w:p>
    <w:p w14:paraId="6A48C12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co </w:t>
      </w:r>
      <w:proofErr w:type="spellStart"/>
      <w:r w:rsidRPr="00CF05FB">
        <w:rPr>
          <w:rFonts w:cs="Arial"/>
          <w:sz w:val="24"/>
          <w:szCs w:val="24"/>
        </w:rPr>
        <w:t>najwyżej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(ISCED 0–2)</w:t>
      </w:r>
    </w:p>
    <w:p w14:paraId="04282AD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policealne</w:t>
      </w:r>
      <w:proofErr w:type="spellEnd"/>
      <w:r w:rsidRPr="00CF05FB">
        <w:rPr>
          <w:rFonts w:cs="Arial"/>
          <w:sz w:val="24"/>
          <w:szCs w:val="24"/>
        </w:rPr>
        <w:t xml:space="preserve"> (ISCED 3–4)</w:t>
      </w:r>
    </w:p>
    <w:p w14:paraId="13FFB912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wyższe</w:t>
      </w:r>
      <w:proofErr w:type="spellEnd"/>
      <w:r w:rsidRPr="00CF05FB">
        <w:rPr>
          <w:rFonts w:cs="Arial"/>
          <w:sz w:val="24"/>
          <w:szCs w:val="24"/>
        </w:rPr>
        <w:t xml:space="preserve"> (ISCED 5–8)</w:t>
      </w:r>
    </w:p>
    <w:p w14:paraId="546BA7E7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11523E2" w14:textId="795B0A94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B. </w:t>
      </w:r>
      <w:r w:rsidR="000F708F">
        <w:rPr>
          <w:rFonts w:cs="Arial"/>
          <w:b/>
          <w:sz w:val="24"/>
          <w:szCs w:val="24"/>
        </w:rPr>
        <w:t xml:space="preserve">DANE DOTYCZĄCE MIEJSCA </w:t>
      </w:r>
      <w:r w:rsidRPr="00CF05FB">
        <w:rPr>
          <w:rFonts w:cs="Arial"/>
          <w:b/>
          <w:sz w:val="24"/>
          <w:szCs w:val="24"/>
        </w:rPr>
        <w:t>ZAMIESZKANIA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0E1D2C6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E5C3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4458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Polska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inne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:</w:t>
            </w:r>
          </w:p>
        </w:tc>
      </w:tr>
      <w:tr w:rsidR="00FB0E7B" w:rsidRPr="00CF05FB" w14:paraId="10224F8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E5B9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D8634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DCA7888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1072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Powiat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CC76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50FC5D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EE98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0A32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760497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6A00D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kod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6FACC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3E1457F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lastRenderedPageBreak/>
        <w:t>C. DANE KONTAKTOWE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7015E7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3FF1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Telefon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kontaktowy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EDD8A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88B95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D0B56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Adres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88CB9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DE14F9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7B80F9A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D. OWP ORAZ DANE DOTYCZĄCE ZATRUDNIENIA</w:t>
      </w:r>
    </w:p>
    <w:p w14:paraId="7B3B7191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OWP, w </w:t>
      </w:r>
      <w:proofErr w:type="spellStart"/>
      <w:r w:rsidRPr="00CF05FB">
        <w:rPr>
          <w:rFonts w:cs="Arial"/>
          <w:sz w:val="24"/>
          <w:szCs w:val="24"/>
        </w:rPr>
        <w:t>którym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nauczyciel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nauczycielka</w:t>
      </w:r>
      <w:proofErr w:type="spellEnd"/>
      <w:r w:rsidRPr="00CF05FB">
        <w:rPr>
          <w:rFonts w:cs="Arial"/>
          <w:sz w:val="24"/>
          <w:szCs w:val="24"/>
        </w:rPr>
        <w:t xml:space="preserve"> jest </w:t>
      </w:r>
      <w:proofErr w:type="spellStart"/>
      <w:r w:rsidRPr="00CF05FB">
        <w:rPr>
          <w:rFonts w:cs="Arial"/>
          <w:sz w:val="24"/>
          <w:szCs w:val="24"/>
        </w:rPr>
        <w:t>zatrudniony</w:t>
      </w:r>
      <w:proofErr w:type="spellEnd"/>
      <w:r w:rsidRPr="00CF05FB">
        <w:rPr>
          <w:rFonts w:cs="Arial"/>
          <w:sz w:val="24"/>
          <w:szCs w:val="24"/>
        </w:rPr>
        <w:t>/a:</w:t>
      </w:r>
    </w:p>
    <w:p w14:paraId="3280B3B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OWP w Strzebielinie-Osiedlu</w:t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</w:p>
    <w:p w14:paraId="366A14B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chwili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przystąpienia</w:t>
      </w:r>
      <w:proofErr w:type="spellEnd"/>
      <w:r>
        <w:rPr>
          <w:rFonts w:cs="Arial"/>
          <w:sz w:val="24"/>
        </w:rPr>
        <w:t xml:space="preserve"> do </w:t>
      </w:r>
      <w:proofErr w:type="spellStart"/>
      <w:r>
        <w:rPr>
          <w:rFonts w:cs="Arial"/>
          <w:sz w:val="24"/>
        </w:rPr>
        <w:t>projektu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zatrudniony</w:t>
      </w:r>
      <w:proofErr w:type="spellEnd"/>
      <w:r>
        <w:rPr>
          <w:rFonts w:cs="Arial"/>
          <w:sz w:val="24"/>
        </w:rPr>
        <w:t xml:space="preserve">/a w </w:t>
      </w:r>
      <w:proofErr w:type="spellStart"/>
      <w:r>
        <w:rPr>
          <w:rFonts w:cs="Arial"/>
          <w:sz w:val="24"/>
        </w:rPr>
        <w:t>wybranym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wyżej</w:t>
      </w:r>
      <w:proofErr w:type="spellEnd"/>
      <w:r>
        <w:rPr>
          <w:rFonts w:cs="Arial"/>
          <w:sz w:val="24"/>
        </w:rPr>
        <w:t xml:space="preserve"> OWP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osobą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pracującą</w:t>
      </w:r>
      <w:proofErr w:type="spellEnd"/>
      <w:r>
        <w:rPr>
          <w:rFonts w:cs="Arial"/>
          <w:sz w:val="24"/>
        </w:rPr>
        <w:t>.</w:t>
      </w:r>
    </w:p>
    <w:p w14:paraId="1EA8783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0195689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E. SZKOLENIE / SZKOLENIA, KTÓRYCH DOTYCZY ZGŁOSZENIE</w:t>
      </w:r>
    </w:p>
    <w:p w14:paraId="27199D36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więcej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niż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jedną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odpowiedź</w:t>
      </w:r>
      <w:proofErr w:type="spellEnd"/>
      <w:r w:rsidRPr="00CF05FB">
        <w:rPr>
          <w:rFonts w:cs="Arial"/>
          <w:i/>
          <w:sz w:val="24"/>
          <w:szCs w:val="24"/>
        </w:rPr>
        <w:t xml:space="preserve">. </w:t>
      </w:r>
      <w:proofErr w:type="spellStart"/>
      <w:r w:rsidRPr="00CF05FB">
        <w:rPr>
          <w:rFonts w:cs="Arial"/>
          <w:i/>
          <w:sz w:val="24"/>
          <w:szCs w:val="24"/>
        </w:rPr>
        <w:t>Ostatecznej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kwalifikacji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poszczególnych</w:t>
      </w:r>
      <w:proofErr w:type="spellEnd"/>
      <w:r w:rsidRPr="00CF05FB">
        <w:rPr>
          <w:rFonts w:cs="Arial"/>
          <w:i/>
          <w:sz w:val="24"/>
          <w:szCs w:val="24"/>
        </w:rPr>
        <w:t xml:space="preserve"> form </w:t>
      </w:r>
      <w:proofErr w:type="spellStart"/>
      <w:r w:rsidRPr="00CF05FB">
        <w:rPr>
          <w:rFonts w:cs="Arial"/>
          <w:i/>
          <w:sz w:val="24"/>
          <w:szCs w:val="24"/>
        </w:rPr>
        <w:t>wsparcia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dokonuje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Komisja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Rekrutacyjna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zgodnie</w:t>
      </w:r>
      <w:proofErr w:type="spellEnd"/>
      <w:r w:rsidRPr="00CF05FB">
        <w:rPr>
          <w:rFonts w:cs="Arial"/>
          <w:i/>
          <w:sz w:val="24"/>
          <w:szCs w:val="24"/>
        </w:rPr>
        <w:t xml:space="preserve"> z </w:t>
      </w:r>
      <w:proofErr w:type="spellStart"/>
      <w:r w:rsidRPr="00CF05FB">
        <w:rPr>
          <w:rFonts w:cs="Arial"/>
          <w:i/>
          <w:sz w:val="24"/>
          <w:szCs w:val="24"/>
        </w:rPr>
        <w:t>Regulaminem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1CB0F97C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posiadającymi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orzeczenie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potrzebie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kształcenia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specjalnego</w:t>
      </w:r>
      <w:proofErr w:type="spellEnd"/>
    </w:p>
    <w:p w14:paraId="4C5FCDDB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 myślenia logicznego oraz umiejętności planowania i rozwiązywania problemów u dzieci</w:t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</w:p>
    <w:p w14:paraId="1269332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zaburzeniami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rozwoju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mowy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trudnościami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artykulacyjnymi</w:t>
      </w:r>
      <w:proofErr w:type="spellEnd"/>
    </w:p>
    <w:p w14:paraId="68DC753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społeczno-emocjonalnych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6C8AEB6B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2876598A" w14:textId="77777777" w:rsidR="00FB0E7B" w:rsidRPr="00CF05FB" w:rsidRDefault="00787F02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F</w:t>
      </w:r>
      <w:r w:rsidR="00A0699C" w:rsidRPr="00CF05FB">
        <w:rPr>
          <w:rFonts w:cs="Arial"/>
          <w:b/>
          <w:sz w:val="24"/>
          <w:szCs w:val="24"/>
        </w:rPr>
        <w:t>. DANE DO MONITOROWANIA WSKAŹNIKÓW EFS+</w:t>
      </w:r>
    </w:p>
    <w:p w14:paraId="5F55CBBD" w14:textId="77777777" w:rsidR="00FB0E7B" w:rsidRPr="00CF05FB" w:rsidRDefault="00A0699C" w:rsidP="00B30276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i/>
          <w:sz w:val="24"/>
          <w:szCs w:val="24"/>
        </w:rPr>
        <w:t xml:space="preserve">Dane </w:t>
      </w:r>
      <w:proofErr w:type="spellStart"/>
      <w:r w:rsidRPr="00CF05FB">
        <w:rPr>
          <w:rFonts w:cs="Arial"/>
          <w:i/>
          <w:sz w:val="24"/>
          <w:szCs w:val="24"/>
        </w:rPr>
        <w:t>są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zbierane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monitorowania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wskaźników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projektu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przypadku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danych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szczególnej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kategorii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„</w:t>
      </w:r>
      <w:proofErr w:type="spellStart"/>
      <w:r w:rsidRPr="00CF05FB">
        <w:rPr>
          <w:rFonts w:cs="Arial"/>
          <w:i/>
          <w:sz w:val="24"/>
          <w:szCs w:val="24"/>
        </w:rPr>
        <w:t>odmowa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podania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informacji</w:t>
      </w:r>
      <w:proofErr w:type="spellEnd"/>
      <w:r w:rsidRPr="00CF05FB">
        <w:rPr>
          <w:rFonts w:cs="Arial"/>
          <w:i/>
          <w:sz w:val="24"/>
          <w:szCs w:val="24"/>
        </w:rPr>
        <w:t xml:space="preserve">”, o </w:t>
      </w:r>
      <w:proofErr w:type="spellStart"/>
      <w:r w:rsidRPr="00CF05FB">
        <w:rPr>
          <w:rFonts w:cs="Arial"/>
          <w:i/>
          <w:sz w:val="24"/>
          <w:szCs w:val="24"/>
        </w:rPr>
        <w:t>ile</w:t>
      </w:r>
      <w:proofErr w:type="spellEnd"/>
      <w:r w:rsidRPr="00CF05FB">
        <w:rPr>
          <w:rFonts w:cs="Arial"/>
          <w:i/>
          <w:sz w:val="24"/>
          <w:szCs w:val="24"/>
        </w:rPr>
        <w:t xml:space="preserve"> dana </w:t>
      </w: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nie</w:t>
      </w:r>
      <w:proofErr w:type="spellEnd"/>
      <w:r w:rsidRPr="00CF05FB">
        <w:rPr>
          <w:rFonts w:cs="Arial"/>
          <w:i/>
          <w:sz w:val="24"/>
          <w:szCs w:val="24"/>
        </w:rPr>
        <w:t xml:space="preserve"> jest </w:t>
      </w:r>
      <w:proofErr w:type="spellStart"/>
      <w:r w:rsidRPr="00CF05FB">
        <w:rPr>
          <w:rFonts w:cs="Arial"/>
          <w:i/>
          <w:sz w:val="24"/>
          <w:szCs w:val="24"/>
        </w:rPr>
        <w:t>niezbędna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potwierdzenia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kwalifikowalności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11144" w:type="dxa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3717"/>
      </w:tblGrid>
      <w:tr w:rsidR="00FB0E7B" w:rsidRPr="00CF05FB" w14:paraId="1E2805E8" w14:textId="77777777" w:rsidTr="00E94403">
        <w:trPr>
          <w:tblHeader/>
          <w:jc w:val="center"/>
        </w:trPr>
        <w:tc>
          <w:tcPr>
            <w:tcW w:w="742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5EBDF" w14:textId="77777777" w:rsidR="00FB0E7B" w:rsidRPr="00CF05FB" w:rsidRDefault="00A0699C" w:rsidP="00B30276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Informacja</w:t>
            </w:r>
            <w:proofErr w:type="spellEnd"/>
          </w:p>
        </w:tc>
        <w:tc>
          <w:tcPr>
            <w:tcW w:w="371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6BE87" w14:textId="77777777" w:rsidR="00FB0E7B" w:rsidRPr="00CF05FB" w:rsidRDefault="00A0699C" w:rsidP="00B30276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FB0E7B" w:rsidRPr="00CF05FB" w14:paraId="66C4993D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745FD" w14:textId="77777777" w:rsidR="00A54D38" w:rsidRDefault="00A10BE3" w:rsidP="00B30276">
            <w:pPr>
              <w:widowControl w:val="0"/>
              <w:spacing w:line="360" w:lineRule="auto"/>
            </w:pPr>
            <w:r>
              <w:rPr>
                <w:rFonts w:cs="Arial"/>
                <w:sz w:val="24"/>
              </w:rPr>
              <w:t xml:space="preserve">Status </w:t>
            </w:r>
            <w:proofErr w:type="spellStart"/>
            <w:r>
              <w:rPr>
                <w:rFonts w:cs="Arial"/>
                <w:sz w:val="24"/>
              </w:rPr>
              <w:t>nauczyciela</w:t>
            </w:r>
            <w:proofErr w:type="spellEnd"/>
            <w:r>
              <w:rPr>
                <w:rFonts w:cs="Arial"/>
                <w:sz w:val="24"/>
              </w:rPr>
              <w:t>/</w:t>
            </w:r>
            <w:proofErr w:type="spellStart"/>
            <w:r>
              <w:rPr>
                <w:rFonts w:cs="Arial"/>
                <w:sz w:val="24"/>
              </w:rPr>
              <w:t>nauczycielki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rynku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pracy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chwili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przystąpienia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projektu</w:t>
            </w:r>
            <w:proofErr w:type="spellEnd"/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4B0EE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osoba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pracująca</w:t>
            </w:r>
            <w:proofErr w:type="spellEnd"/>
          </w:p>
        </w:tc>
      </w:tr>
      <w:tr w:rsidR="00FB0E7B" w:rsidRPr="00CF05FB" w14:paraId="39493CB4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7AB6E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trzeciego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</w:t>
            </w:r>
            <w:proofErr w:type="spellStart"/>
            <w:r>
              <w:rPr>
                <w:rFonts w:cs="Arial"/>
                <w:sz w:val="24"/>
              </w:rPr>
              <w:t>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żadnego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członkowskiego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Unii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Europejskiej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bezpaństwowcem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o </w:t>
            </w:r>
            <w:proofErr w:type="spellStart"/>
            <w:r>
              <w:rPr>
                <w:rFonts w:cs="Arial"/>
                <w:sz w:val="24"/>
              </w:rPr>
              <w:t>nieustalonym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obywatelstwie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84E83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7AA8D03A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378279A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48842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doświadczenie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migracji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związku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zmianą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innego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powróciłem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po </w:t>
            </w:r>
            <w:proofErr w:type="spellStart"/>
            <w:r>
              <w:rPr>
                <w:rFonts w:cs="Arial"/>
                <w:sz w:val="24"/>
              </w:rPr>
              <w:t>okresie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zamieszkiwania</w:t>
            </w:r>
            <w:proofErr w:type="spellEnd"/>
            <w:r>
              <w:rPr>
                <w:rFonts w:cs="Arial"/>
                <w:sz w:val="24"/>
              </w:rPr>
              <w:t xml:space="preserve"> za </w:t>
            </w:r>
            <w:proofErr w:type="spellStart"/>
            <w:r>
              <w:rPr>
                <w:rFonts w:cs="Arial"/>
                <w:sz w:val="24"/>
              </w:rPr>
              <w:t>granicą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ramach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repatriacji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niezależnie</w:t>
            </w:r>
            <w:proofErr w:type="spellEnd"/>
            <w:r>
              <w:rPr>
                <w:rFonts w:cs="Arial"/>
                <w:sz w:val="24"/>
              </w:rPr>
              <w:t xml:space="preserve"> od </w:t>
            </w:r>
            <w:proofErr w:type="spellStart"/>
            <w:r>
              <w:rPr>
                <w:rFonts w:cs="Arial"/>
                <w:sz w:val="24"/>
              </w:rPr>
              <w:t>mojego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narodowości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pochodzenia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podstawy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pobytu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C0479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</w:t>
            </w:r>
          </w:p>
          <w:p w14:paraId="14846E27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2DEF84EC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0D674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należę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narodowej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etnicznej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marginalizowanej</w:t>
            </w:r>
            <w:proofErr w:type="spellEnd"/>
            <w:r>
              <w:rPr>
                <w:rFonts w:cs="Arial"/>
                <w:sz w:val="24"/>
              </w:rPr>
              <w:t xml:space="preserve"> – </w:t>
            </w:r>
            <w:proofErr w:type="spellStart"/>
            <w:r>
              <w:rPr>
                <w:rFonts w:cs="Arial"/>
                <w:sz w:val="24"/>
              </w:rPr>
              <w:t>oznacza</w:t>
            </w:r>
            <w:proofErr w:type="spellEnd"/>
            <w:r>
              <w:rPr>
                <w:rFonts w:cs="Arial"/>
                <w:sz w:val="24"/>
              </w:rPr>
              <w:t xml:space="preserve"> to,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identyfikuję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się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mniejszością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np.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romską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rozumieniu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przepisów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dotyczących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etnicznych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FE620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1C2621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  <w:r w:rsidRPr="00CF05FB">
              <w:rPr>
                <w:rFonts w:cs="Arial"/>
                <w:sz w:val="24"/>
                <w:szCs w:val="24"/>
              </w:rPr>
              <w:br/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odmowa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podania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FB0E7B" w:rsidRPr="00CF05FB" w14:paraId="1EFAC24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A235F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niepełnosprawnością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przypadku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zaznaczenia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odpowiedzi</w:t>
            </w:r>
            <w:proofErr w:type="spellEnd"/>
            <w:r>
              <w:rPr>
                <w:rFonts w:cs="Arial"/>
                <w:sz w:val="24"/>
              </w:rPr>
              <w:t xml:space="preserve"> „TAK” </w:t>
            </w:r>
            <w:proofErr w:type="spellStart"/>
            <w:r>
              <w:rPr>
                <w:rFonts w:cs="Arial"/>
                <w:sz w:val="24"/>
              </w:rPr>
              <w:t>należy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wskazać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sposób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potwierdzenia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niepełnosprawności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BE2DC" w14:textId="77777777" w:rsidR="00A54D38" w:rsidRDefault="00A10BE3" w:rsidP="00B30276">
            <w:pPr>
              <w:widowControl w:val="0"/>
              <w:spacing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TAK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NIE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odmowa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informacji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załączono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okazano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wglądu</w:t>
            </w:r>
            <w:proofErr w:type="spellEnd"/>
          </w:p>
        </w:tc>
      </w:tr>
      <w:tr w:rsidR="00F26164" w:rsidRPr="00CF05FB" w14:paraId="4A058639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4791F" w14:textId="3F0B92ED" w:rsidR="00F26164" w:rsidRDefault="00F26164" w:rsidP="00B30276">
            <w:pPr>
              <w:widowControl w:val="0"/>
              <w:spacing w:line="360" w:lineRule="auto"/>
              <w:rPr>
                <w:rFonts w:cs="Arial"/>
                <w:sz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lastRenderedPageBreak/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w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kryzysie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bezdomności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lub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dotkniętą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wykluczeniem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dostępu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do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mieszkań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06BCC" w14:textId="77777777" w:rsidR="00F26164" w:rsidRDefault="00F26164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3792C0" w14:textId="23043D3D" w:rsidR="00F26164" w:rsidRDefault="00F26164" w:rsidP="00B30276">
            <w:pPr>
              <w:widowControl w:val="0"/>
              <w:spacing w:line="360" w:lineRule="auto"/>
              <w:rPr>
                <w:rFonts w:ascii="Segoe UI Symbol" w:eastAsia="Segoe UI Symbol" w:hAnsi="Segoe UI Symbol" w:cs="Segoe UI Symbol"/>
                <w:sz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B30276" w:rsidRPr="00CF05FB" w14:paraId="58B1AEA6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D675C" w14:textId="0FEE45A8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obcego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pochodzenia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oznacza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to,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posiadam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obywatelstwa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polskiego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2F088" w14:textId="77777777" w:rsidR="00B30276" w:rsidRDefault="00B30276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26A31036" w14:textId="7D027B94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</w:tbl>
    <w:p w14:paraId="14FAF129" w14:textId="77777777" w:rsidR="00567002" w:rsidRDefault="00567002" w:rsidP="00B30276">
      <w:pPr>
        <w:widowControl w:val="0"/>
        <w:spacing w:line="360" w:lineRule="auto"/>
        <w:rPr>
          <w:b/>
          <w:sz w:val="24"/>
          <w:szCs w:val="24"/>
        </w:rPr>
      </w:pPr>
    </w:p>
    <w:p w14:paraId="7A02788C" w14:textId="77777777" w:rsidR="00FB0E7B" w:rsidRPr="00CF05FB" w:rsidRDefault="00787F02" w:rsidP="00B30276">
      <w:pPr>
        <w:widowControl w:val="0"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G</w:t>
      </w:r>
      <w:r w:rsidR="00A0699C" w:rsidRPr="00CF05FB">
        <w:rPr>
          <w:rFonts w:cs="Arial"/>
          <w:b/>
          <w:sz w:val="24"/>
          <w:szCs w:val="24"/>
        </w:rPr>
        <w:t>. SZCZEGÓLNE POTRZEBY ZWIĄZANE Z DOSTĘPNOŚCIĄ I ORGANIZACJĄ WSPARCIA</w:t>
      </w:r>
    </w:p>
    <w:p w14:paraId="4BD79E1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służy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dostosowaniu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procesu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organizacji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szkolenia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indywidualnych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uczestnika</w:t>
      </w:r>
      <w:proofErr w:type="spellEnd"/>
      <w:r w:rsidRPr="00CF05FB">
        <w:rPr>
          <w:rFonts w:cs="Arial"/>
          <w:i/>
          <w:sz w:val="24"/>
          <w:szCs w:val="24"/>
        </w:rPr>
        <w:t>/</w:t>
      </w:r>
      <w:proofErr w:type="spellStart"/>
      <w:r w:rsidRPr="00CF05FB">
        <w:rPr>
          <w:rFonts w:cs="Arial"/>
          <w:i/>
          <w:sz w:val="24"/>
          <w:szCs w:val="24"/>
        </w:rPr>
        <w:t>uczestniczki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razie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mogą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zostać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zastosowane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odpowiednie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rozwiązania</w:t>
      </w:r>
      <w:proofErr w:type="spellEnd"/>
      <w:r w:rsidRPr="00CF05FB">
        <w:rPr>
          <w:rFonts w:cs="Arial"/>
          <w:i/>
          <w:sz w:val="24"/>
          <w:szCs w:val="24"/>
        </w:rPr>
        <w:t xml:space="preserve"> w </w:t>
      </w:r>
      <w:proofErr w:type="spellStart"/>
      <w:r w:rsidRPr="00CF05FB">
        <w:rPr>
          <w:rFonts w:cs="Arial"/>
          <w:i/>
          <w:sz w:val="24"/>
          <w:szCs w:val="24"/>
        </w:rPr>
        <w:t>zakresie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dostępności</w:t>
      </w:r>
      <w:proofErr w:type="spellEnd"/>
      <w:r w:rsidRPr="00CF05FB">
        <w:rPr>
          <w:rFonts w:cs="Arial"/>
          <w:i/>
          <w:sz w:val="24"/>
          <w:szCs w:val="24"/>
        </w:rPr>
        <w:t xml:space="preserve">, w </w:t>
      </w:r>
      <w:proofErr w:type="spellStart"/>
      <w:r w:rsidRPr="00CF05FB">
        <w:rPr>
          <w:rFonts w:cs="Arial"/>
          <w:i/>
          <w:sz w:val="24"/>
          <w:szCs w:val="24"/>
        </w:rPr>
        <w:t>tym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racjonalne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usprawnienia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29D82BA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Można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zaznaczyć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więcej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niż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jedną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odpowiedź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650E621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wymagających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dodatkowego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dostosowania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</w:p>
    <w:p w14:paraId="73D67C7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sposobu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komunikacji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przekazywania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informacji</w:t>
      </w:r>
      <w:proofErr w:type="spellEnd"/>
    </w:p>
    <w:p w14:paraId="06731A6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materiałów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szkoleniowych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większa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czcionka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odpowiedni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kontrast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format </w:t>
      </w:r>
      <w:proofErr w:type="spellStart"/>
      <w:r w:rsidRPr="00CF05FB">
        <w:rPr>
          <w:rFonts w:cs="Arial"/>
          <w:sz w:val="24"/>
          <w:szCs w:val="24"/>
        </w:rPr>
        <w:t>elektroniczny</w:t>
      </w:r>
      <w:proofErr w:type="spellEnd"/>
    </w:p>
    <w:p w14:paraId="08C8F4C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miejsca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zapewnienie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dostępności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architektonicznej</w:t>
      </w:r>
      <w:proofErr w:type="spellEnd"/>
    </w:p>
    <w:p w14:paraId="2064415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wsparcie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poruszaniu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korzystaniu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pomieszczeń</w:t>
      </w:r>
      <w:proofErr w:type="spellEnd"/>
    </w:p>
    <w:p w14:paraId="412AF9B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organizacji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tempa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czasu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wykonywania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zadań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przerw</w:t>
      </w:r>
      <w:proofErr w:type="spellEnd"/>
    </w:p>
    <w:p w14:paraId="28BB0F9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ograniczenie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nadmiernych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bodźców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funkcjonowaniem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sensorycznym</w:t>
      </w:r>
      <w:proofErr w:type="spellEnd"/>
    </w:p>
    <w:p w14:paraId="2B52D8F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inne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udziałem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245A8141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3F1D685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637ACC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Jeżeli</w:t>
      </w:r>
      <w:proofErr w:type="spellEnd"/>
      <w:r w:rsidRPr="00CF05FB">
        <w:rPr>
          <w:rFonts w:cs="Arial"/>
          <w:sz w:val="24"/>
          <w:szCs w:val="24"/>
        </w:rPr>
        <w:t xml:space="preserve"> jest to </w:t>
      </w:r>
      <w:proofErr w:type="spellStart"/>
      <w:r w:rsidRPr="00CF05FB">
        <w:rPr>
          <w:rFonts w:cs="Arial"/>
          <w:sz w:val="24"/>
          <w:szCs w:val="24"/>
        </w:rPr>
        <w:t>potrzebne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właściwego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przygotowania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proszę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krótko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opisać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zaznaczone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00EB9DAB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6A0C6104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747A904" w14:textId="77777777" w:rsidR="00FB0E7B" w:rsidRPr="00CF05FB" w:rsidRDefault="00787F02" w:rsidP="00567002">
      <w:pPr>
        <w:keepNext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H</w:t>
      </w:r>
      <w:r w:rsidR="00A0699C" w:rsidRPr="00CF05FB">
        <w:rPr>
          <w:rFonts w:cs="Arial"/>
          <w:b/>
          <w:sz w:val="24"/>
          <w:szCs w:val="24"/>
        </w:rPr>
        <w:t>. OŚWIADCZENIA UCZESTNIKA / UCZESTNICZKI</w:t>
      </w:r>
    </w:p>
    <w:p w14:paraId="532BDAD7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Zgłaszam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chęć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udziału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 xml:space="preserve"> „</w:t>
      </w:r>
      <w:proofErr w:type="spellStart"/>
      <w:r w:rsidRPr="00CF05FB">
        <w:rPr>
          <w:rFonts w:cs="Arial"/>
          <w:sz w:val="24"/>
          <w:szCs w:val="24"/>
        </w:rPr>
        <w:t>Rozwój edukacji przedszkolnej w Gminie Łęczyce – etap 3</w:t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>”, nr FEPM.05.07-IZ.00-0043/26,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deklaruję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szkoleniu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szkoleniach</w:t>
      </w:r>
      <w:proofErr w:type="spellEnd"/>
      <w:r w:rsidRPr="00CF05FB">
        <w:rPr>
          <w:rFonts w:cs="Arial"/>
          <w:sz w:val="24"/>
          <w:szCs w:val="24"/>
        </w:rPr>
        <w:t xml:space="preserve">, do </w:t>
      </w:r>
      <w:proofErr w:type="spellStart"/>
      <w:r w:rsidRPr="00CF05FB">
        <w:rPr>
          <w:rFonts w:cs="Arial"/>
          <w:sz w:val="24"/>
          <w:szCs w:val="24"/>
        </w:rPr>
        <w:t>których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zostanę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zakwalifikowany</w:t>
      </w:r>
      <w:proofErr w:type="spellEnd"/>
      <w:r w:rsidRPr="00CF05FB">
        <w:rPr>
          <w:rFonts w:cs="Arial"/>
          <w:sz w:val="24"/>
          <w:szCs w:val="24"/>
        </w:rPr>
        <w:t>/a.</w:t>
      </w:r>
    </w:p>
    <w:p w14:paraId="5477428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dane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podane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formularzu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zgodne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stanem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faktycznym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zobowiązuję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niezwłocznego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informowania</w:t>
      </w:r>
      <w:proofErr w:type="spellEnd"/>
      <w:r w:rsidRPr="00CF05FB">
        <w:rPr>
          <w:rFonts w:cs="Arial"/>
          <w:sz w:val="24"/>
          <w:szCs w:val="24"/>
        </w:rPr>
        <w:t xml:space="preserve"> OWP o </w:t>
      </w:r>
      <w:proofErr w:type="spellStart"/>
      <w:r w:rsidRPr="00CF05FB">
        <w:rPr>
          <w:rFonts w:cs="Arial"/>
          <w:sz w:val="24"/>
          <w:szCs w:val="24"/>
        </w:rPr>
        <w:t>zmianach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wpływ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mój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E3FCF0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zapoznałem</w:t>
      </w:r>
      <w:proofErr w:type="spellEnd"/>
      <w:r w:rsidRPr="00CF05FB">
        <w:rPr>
          <w:rFonts w:cs="Arial"/>
          <w:sz w:val="24"/>
          <w:szCs w:val="24"/>
        </w:rPr>
        <w:t xml:space="preserve">/am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Regulaminem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rekrutacji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uczestnictwa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akceptuję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postanowienia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0F6B3F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Przyjmuję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wiadomości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realizowanych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jest </w:t>
      </w:r>
      <w:proofErr w:type="spellStart"/>
      <w:r w:rsidRPr="00CF05FB">
        <w:rPr>
          <w:rFonts w:cs="Arial"/>
          <w:sz w:val="24"/>
          <w:szCs w:val="24"/>
        </w:rPr>
        <w:t>bezpłatny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4362ABA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zapoznałem</w:t>
      </w:r>
      <w:proofErr w:type="spellEnd"/>
      <w:r>
        <w:rPr>
          <w:rFonts w:cs="Arial"/>
          <w:sz w:val="24"/>
        </w:rPr>
        <w:t xml:space="preserve">/am </w:t>
      </w:r>
      <w:proofErr w:type="spellStart"/>
      <w:r>
        <w:rPr>
          <w:rFonts w:cs="Arial"/>
          <w:sz w:val="24"/>
        </w:rPr>
        <w:t>się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informacjami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wynikającymi</w:t>
      </w:r>
      <w:proofErr w:type="spellEnd"/>
      <w:r>
        <w:rPr>
          <w:rFonts w:cs="Arial"/>
          <w:sz w:val="24"/>
        </w:rPr>
        <w:t xml:space="preserve"> z art. 13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art. 14 RODO, </w:t>
      </w:r>
      <w:proofErr w:type="spellStart"/>
      <w:r>
        <w:rPr>
          <w:rFonts w:cs="Arial"/>
          <w:sz w:val="24"/>
        </w:rPr>
        <w:t>zawartymi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klauzuli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informacyjnej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stanowiącej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Załącznik</w:t>
      </w:r>
      <w:proofErr w:type="spellEnd"/>
      <w:r>
        <w:rPr>
          <w:rFonts w:cs="Arial"/>
          <w:sz w:val="24"/>
        </w:rPr>
        <w:t xml:space="preserve"> nr 4 do </w:t>
      </w:r>
      <w:proofErr w:type="spellStart"/>
      <w:r>
        <w:rPr>
          <w:rFonts w:cs="Arial"/>
          <w:sz w:val="24"/>
        </w:rPr>
        <w:t>Regulaminu</w:t>
      </w:r>
      <w:proofErr w:type="spellEnd"/>
      <w:r>
        <w:rPr>
          <w:rFonts w:cs="Arial"/>
          <w:sz w:val="24"/>
        </w:rPr>
        <w:t>.</w:t>
      </w:r>
    </w:p>
    <w:p w14:paraId="182B010F" w14:textId="7DF1D4AD" w:rsidR="006D42EB" w:rsidRDefault="00A10BE3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Zobowiązuję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się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przekazania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terminie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wskazanym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przez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Beneficjenta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później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niż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ciągu</w:t>
      </w:r>
      <w:proofErr w:type="spellEnd"/>
      <w:r w:rsidR="006D42EB" w:rsidRPr="006D42EB">
        <w:rPr>
          <w:sz w:val="24"/>
          <w:szCs w:val="24"/>
        </w:rPr>
        <w:t xml:space="preserve"> 4 </w:t>
      </w:r>
      <w:proofErr w:type="spellStart"/>
      <w:r w:rsidR="006D42EB" w:rsidRPr="006D42EB">
        <w:rPr>
          <w:sz w:val="24"/>
          <w:szCs w:val="24"/>
        </w:rPr>
        <w:t>tygodni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od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zakończenia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mojego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udziału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projekcie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informacji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niezbędnych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pomiaru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właściwych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dla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wskaźników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rezultatu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bezpośredniego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szczególności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dotyczących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2A45E0">
        <w:rPr>
          <w:sz w:val="24"/>
          <w:szCs w:val="24"/>
        </w:rPr>
        <w:t>podjęcia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kształcenia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szkolenia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oraz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uzyskania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kwalifikacji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kompetencji</w:t>
      </w:r>
      <w:proofErr w:type="spellEnd"/>
      <w:r w:rsidR="006D42EB" w:rsidRPr="006D42EB">
        <w:rPr>
          <w:sz w:val="24"/>
          <w:szCs w:val="24"/>
        </w:rPr>
        <w:t xml:space="preserve"> — </w:t>
      </w:r>
      <w:proofErr w:type="spellStart"/>
      <w:r w:rsidR="006D42EB" w:rsidRPr="006D42EB">
        <w:rPr>
          <w:sz w:val="24"/>
          <w:szCs w:val="24"/>
        </w:rPr>
        <w:t>jeżeli</w:t>
      </w:r>
      <w:proofErr w:type="spellEnd"/>
      <w:r w:rsidR="006D42EB" w:rsidRPr="006D42EB">
        <w:rPr>
          <w:sz w:val="24"/>
          <w:szCs w:val="24"/>
        </w:rPr>
        <w:t xml:space="preserve"> dana </w:t>
      </w:r>
      <w:proofErr w:type="spellStart"/>
      <w:r w:rsidR="006D42EB" w:rsidRPr="006D42EB">
        <w:rPr>
          <w:sz w:val="24"/>
          <w:szCs w:val="24"/>
        </w:rPr>
        <w:t>informacja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dotyczy</w:t>
      </w:r>
      <w:proofErr w:type="spellEnd"/>
      <w:r w:rsidR="006D42EB" w:rsidRPr="006D42EB">
        <w:rPr>
          <w:sz w:val="24"/>
          <w:szCs w:val="24"/>
        </w:rPr>
        <w:t>.</w:t>
      </w:r>
    </w:p>
    <w:p w14:paraId="43205079" w14:textId="77777777" w:rsidR="00E82CBD" w:rsidRDefault="00E82CBD" w:rsidP="00567002">
      <w:pPr>
        <w:spacing w:line="360" w:lineRule="auto"/>
        <w:rPr>
          <w:b/>
          <w:sz w:val="24"/>
          <w:szCs w:val="24"/>
        </w:rPr>
      </w:pPr>
    </w:p>
    <w:p w14:paraId="49BC123D" w14:textId="77777777" w:rsidR="00FB0E7B" w:rsidRPr="00CF05FB" w:rsidRDefault="00787F02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I</w:t>
      </w:r>
      <w:r w:rsidR="00A0699C" w:rsidRPr="00CF05FB">
        <w:rPr>
          <w:rFonts w:cs="Arial"/>
          <w:b/>
          <w:sz w:val="24"/>
          <w:szCs w:val="24"/>
        </w:rPr>
        <w:t>. INFORMACJA DOTYCZĄCA KPON I KARTY PRAW PODSTAWOWYCH UE</w:t>
      </w:r>
    </w:p>
    <w:p w14:paraId="4F1497A9" w14:textId="77777777" w:rsidR="00FB0E7B" w:rsidRPr="00CF05FB" w:rsidRDefault="00A0699C" w:rsidP="00567002">
      <w:pPr>
        <w:spacing w:line="360" w:lineRule="auto"/>
        <w:jc w:val="both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Uczestnik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uczestniczka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ma </w:t>
      </w:r>
      <w:proofErr w:type="spellStart"/>
      <w:r w:rsidRPr="00CF05FB">
        <w:rPr>
          <w:rFonts w:cs="Arial"/>
          <w:sz w:val="24"/>
          <w:szCs w:val="24"/>
        </w:rPr>
        <w:t>możliwość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zgłoszenia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Instytucji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Zarządzającej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Fundusze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dla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Pomorza</w:t>
      </w:r>
      <w:proofErr w:type="spellEnd"/>
      <w:r w:rsidRPr="00CF05FB">
        <w:rPr>
          <w:rFonts w:cs="Arial"/>
          <w:sz w:val="24"/>
          <w:szCs w:val="24"/>
        </w:rPr>
        <w:t xml:space="preserve"> 2021–2027 </w:t>
      </w:r>
      <w:proofErr w:type="spellStart"/>
      <w:r w:rsidRPr="00CF05FB">
        <w:rPr>
          <w:rFonts w:cs="Arial"/>
          <w:sz w:val="24"/>
          <w:szCs w:val="24"/>
        </w:rPr>
        <w:t>podejrzenia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niezgodności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działań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Beneficjenta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postanowieniami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Konwencji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prawach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osób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niepełnosprawnych</w:t>
      </w:r>
      <w:proofErr w:type="spellEnd"/>
      <w:r w:rsidRPr="00CF05FB">
        <w:rPr>
          <w:rFonts w:cs="Arial"/>
          <w:sz w:val="24"/>
          <w:szCs w:val="24"/>
        </w:rPr>
        <w:t xml:space="preserve"> (KPON)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Karty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podstawowych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Unii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Europejskiej</w:t>
      </w:r>
      <w:proofErr w:type="spellEnd"/>
      <w:r w:rsidRPr="00CF05FB">
        <w:rPr>
          <w:rFonts w:cs="Arial"/>
          <w:sz w:val="24"/>
          <w:szCs w:val="24"/>
        </w:rPr>
        <w:t xml:space="preserve"> (KPP), </w:t>
      </w:r>
      <w:proofErr w:type="spellStart"/>
      <w:r w:rsidRPr="00CF05FB">
        <w:rPr>
          <w:rFonts w:cs="Arial"/>
          <w:sz w:val="24"/>
          <w:szCs w:val="24"/>
        </w:rPr>
        <w:t>zgodnie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procedurami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obowiązującymi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programu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640AFEA4" w14:textId="287881D3" w:rsidR="00FB0E7B" w:rsidRDefault="00A0699C" w:rsidP="00567002">
      <w:pPr>
        <w:spacing w:line="360" w:lineRule="auto"/>
        <w:rPr>
          <w:b/>
          <w:sz w:val="24"/>
          <w:szCs w:val="24"/>
        </w:rPr>
      </w:pPr>
      <w:proofErr w:type="spellStart"/>
      <w:r>
        <w:rPr>
          <w:rFonts w:cs="Arial"/>
          <w:b/>
          <w:sz w:val="24"/>
        </w:rPr>
        <w:t>Dokumenty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rekrutacyjne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można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złożyć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formie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papierowej</w:t>
      </w:r>
      <w:proofErr w:type="spellEnd"/>
      <w:r>
        <w:rPr>
          <w:rFonts w:cs="Arial"/>
          <w:b/>
          <w:sz w:val="24"/>
        </w:rPr>
        <w:t xml:space="preserve"> w OWP </w:t>
      </w:r>
      <w:proofErr w:type="spellStart"/>
      <w:r>
        <w:rPr>
          <w:rFonts w:cs="Arial"/>
          <w:b/>
          <w:sz w:val="24"/>
        </w:rPr>
        <w:t>objętym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projektem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lub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Urzędzie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Gminy Łęczyce</w:t>
      </w:r>
      <w:proofErr w:type="spellEnd"/>
      <w:r>
        <w:rPr>
          <w:rFonts w:cs="Arial"/>
          <w:b/>
          <w:sz w:val="24"/>
        </w:rPr>
        <w:t xml:space="preserve"/>
      </w:r>
      <w:proofErr w:type="spellStart"/>
      <w:r>
        <w:rPr>
          <w:rFonts w:cs="Arial"/>
          <w:b/>
          <w:sz w:val="24"/>
        </w:rPr>
        <w:t/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albo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 w:rsidR="00E06B6B">
        <w:rPr>
          <w:rFonts w:cs="Arial"/>
          <w:b/>
          <w:sz w:val="24"/>
        </w:rPr>
        <w:t>drogą</w:t>
      </w:r>
      <w:proofErr w:type="spellEnd"/>
      <w:r w:rsidR="00E06B6B"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elektroniczn</w:t>
      </w:r>
      <w:r w:rsidR="00E06B6B">
        <w:rPr>
          <w:rFonts w:cs="Arial"/>
          <w:b/>
          <w:sz w:val="24"/>
        </w:rPr>
        <w:t>ą</w:t>
      </w:r>
      <w:proofErr w:type="spellEnd"/>
      <w:r>
        <w:rPr>
          <w:rFonts w:cs="Arial"/>
          <w:b/>
          <w:sz w:val="24"/>
        </w:rPr>
        <w:t xml:space="preserve"> – w </w:t>
      </w:r>
      <w:proofErr w:type="spellStart"/>
      <w:r>
        <w:rPr>
          <w:rFonts w:cs="Arial"/>
          <w:b/>
          <w:sz w:val="24"/>
        </w:rPr>
        <w:t>postaci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skanu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podpisanej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opatrzonej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datą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dokumentacji</w:t>
      </w:r>
      <w:proofErr w:type="spellEnd"/>
      <w:r>
        <w:rPr>
          <w:rFonts w:cs="Arial"/>
          <w:b/>
          <w:sz w:val="24"/>
        </w:rPr>
        <w:t xml:space="preserve"> – </w:t>
      </w:r>
      <w:proofErr w:type="spellStart"/>
      <w:r>
        <w:rPr>
          <w:rFonts w:cs="Arial"/>
          <w:b/>
          <w:sz w:val="24"/>
        </w:rPr>
        <w:t>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adres</w:t>
      </w:r>
      <w:proofErr w:type="spellEnd"/>
      <w:r>
        <w:rPr>
          <w:rFonts w:cs="Arial"/>
          <w:b/>
          <w:sz w:val="24"/>
        </w:rPr>
        <w:t xml:space="preserve"> e-mail </w:t>
      </w:r>
      <w:proofErr w:type="spellStart"/>
      <w:r>
        <w:rPr>
          <w:rFonts w:cs="Arial"/>
          <w:b/>
          <w:sz w:val="24"/>
        </w:rPr>
        <w:t>Gminy Łęczyce</w:t>
      </w:r>
      <w:proofErr w:type="spellEnd"/>
      <w:r>
        <w:rPr>
          <w:rFonts w:cs="Arial"/>
          <w:b/>
          <w:sz w:val="24"/>
        </w:rPr>
        <w:t xml:space="preserve"/>
      </w:r>
      <w:proofErr w:type="spellStart"/>
      <w:r>
        <w:rPr>
          <w:rFonts w:cs="Arial"/>
          <w:b/>
          <w:sz w:val="24"/>
        </w:rPr>
        <w:t/>
      </w:r>
      <w:proofErr w:type="spellEnd"/>
      <w:r>
        <w:rPr>
          <w:rFonts w:cs="Arial"/>
          <w:b/>
          <w:sz w:val="24"/>
        </w:rPr>
        <w:t>: sekretariat@leczyce.pl.</w:t>
      </w:r>
    </w:p>
    <w:p w14:paraId="0FE3609B" w14:textId="77777777" w:rsidR="00E06B6B" w:rsidRDefault="00E06B6B" w:rsidP="00567002">
      <w:pPr>
        <w:keepLines/>
        <w:spacing w:line="360" w:lineRule="auto"/>
        <w:rPr>
          <w:rFonts w:cs="Arial"/>
          <w:i/>
          <w:sz w:val="24"/>
        </w:rPr>
      </w:pPr>
    </w:p>
    <w:p w14:paraId="444AE400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i/>
          <w:sz w:val="24"/>
        </w:rPr>
        <w:t>Potwierdzam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że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wszystkie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oświadczenia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zgody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zawarte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formularzu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składam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dniu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poniżej</w:t>
      </w:r>
      <w:proofErr w:type="spellEnd"/>
      <w:r>
        <w:rPr>
          <w:rFonts w:cs="Arial"/>
          <w:i/>
          <w:sz w:val="24"/>
        </w:rPr>
        <w:t>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wypełnienia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podpisania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formularza</w:t>
      </w:r>
      <w:proofErr w:type="spellEnd"/>
      <w:r>
        <w:rPr>
          <w:rFonts w:cs="Arial"/>
          <w:sz w:val="24"/>
        </w:rPr>
        <w:t xml:space="preserve">: </w:t>
      </w:r>
    </w:p>
    <w:p w14:paraId="5DB01172" w14:textId="77777777" w:rsidR="00E06B6B" w:rsidRDefault="00E06B6B" w:rsidP="00567002">
      <w:pPr>
        <w:keepLines/>
        <w:spacing w:line="360" w:lineRule="auto"/>
        <w:rPr>
          <w:rFonts w:cs="Arial"/>
          <w:sz w:val="24"/>
        </w:rPr>
      </w:pPr>
    </w:p>
    <w:p w14:paraId="24A493F9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........................................................................</w:t>
      </w:r>
      <w:r>
        <w:rPr>
          <w:rFonts w:cs="Arial"/>
          <w:sz w:val="24"/>
        </w:rPr>
        <w:br/>
      </w:r>
    </w:p>
    <w:p w14:paraId="14D7C806" w14:textId="469A3308" w:rsidR="00FB0E7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cs="Arial"/>
          <w:sz w:val="24"/>
        </w:rPr>
        <w:br/>
        <w:t>............................................................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składającego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oświadczenia</w:t>
      </w:r>
      <w:proofErr w:type="spellEnd"/>
    </w:p>
    <w:p w14:paraId="35215DFB" w14:textId="77777777" w:rsidR="00787F02" w:rsidRPr="00CF05FB" w:rsidRDefault="007F29A9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J. </w:t>
      </w:r>
      <w:r w:rsidR="00787F02" w:rsidRPr="00CF05FB">
        <w:rPr>
          <w:rFonts w:cs="Arial"/>
          <w:b/>
          <w:sz w:val="24"/>
          <w:szCs w:val="24"/>
        </w:rPr>
        <w:t>ZAŚWIADCZENIE I REKOMENDACJA DYREKTORA OWP</w:t>
      </w:r>
      <w:r>
        <w:rPr>
          <w:rFonts w:cs="Arial"/>
          <w:b/>
          <w:sz w:val="24"/>
          <w:szCs w:val="24"/>
        </w:rPr>
        <w:t xml:space="preserve"> - </w:t>
      </w:r>
      <w:r w:rsidRPr="006B6F67">
        <w:rPr>
          <w:rFonts w:cs="Arial"/>
          <w:b/>
          <w:sz w:val="24"/>
          <w:szCs w:val="24"/>
        </w:rPr>
        <w:t>CZĘŚĆ WYPEŁNIA DYREKTOR OWP</w:t>
      </w:r>
    </w:p>
    <w:p w14:paraId="5C1F2AD1" w14:textId="77777777" w:rsidR="00787F02" w:rsidRDefault="00787F02" w:rsidP="00567002">
      <w:pPr>
        <w:spacing w:line="360" w:lineRule="auto"/>
        <w:rPr>
          <w:i/>
          <w:sz w:val="24"/>
          <w:szCs w:val="24"/>
        </w:rPr>
      </w:pPr>
      <w:proofErr w:type="spellStart"/>
      <w:r>
        <w:rPr>
          <w:rFonts w:cs="Arial"/>
          <w:i/>
          <w:sz w:val="24"/>
        </w:rPr>
        <w:t>Poniższa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część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opatrzone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datą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podpisem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oraz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rekomendację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OWP, </w:t>
      </w:r>
      <w:proofErr w:type="spellStart"/>
      <w:r>
        <w:rPr>
          <w:rFonts w:cs="Arial"/>
          <w:i/>
          <w:sz w:val="24"/>
        </w:rPr>
        <w:t>potwierdzające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spełnienie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warunków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udziału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wskazanych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Regulaminie</w:t>
      </w:r>
      <w:proofErr w:type="spellEnd"/>
      <w:r>
        <w:rPr>
          <w:rFonts w:cs="Arial"/>
          <w:i/>
          <w:sz w:val="24"/>
        </w:rPr>
        <w:t>.</w:t>
      </w:r>
    </w:p>
    <w:p w14:paraId="381AD135" w14:textId="77777777" w:rsidR="00A63DFD" w:rsidRDefault="00A63DFD" w:rsidP="00567002">
      <w:pPr>
        <w:spacing w:line="360" w:lineRule="auto"/>
        <w:rPr>
          <w:rFonts w:cs="Arial"/>
          <w:sz w:val="24"/>
          <w:szCs w:val="24"/>
        </w:rPr>
      </w:pPr>
    </w:p>
    <w:p w14:paraId="32BA7C74" w14:textId="029C0FE7" w:rsidR="007C7D6D" w:rsidRPr="007C7D6D" w:rsidRDefault="007C7D6D" w:rsidP="00567002">
      <w:pPr>
        <w:spacing w:line="360" w:lineRule="auto"/>
        <w:rPr>
          <w:sz w:val="24"/>
          <w:szCs w:val="24"/>
        </w:rPr>
      </w:pPr>
      <w:proofErr w:type="spellStart"/>
      <w:r w:rsidRPr="007C7D6D">
        <w:rPr>
          <w:rFonts w:cs="Arial"/>
          <w:sz w:val="24"/>
          <w:szCs w:val="24"/>
        </w:rPr>
        <w:t>Imię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i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nazwisko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nauczyciela</w:t>
      </w:r>
      <w:proofErr w:type="spellEnd"/>
      <w:r w:rsidRPr="007C7D6D">
        <w:rPr>
          <w:rFonts w:cs="Arial"/>
          <w:sz w:val="24"/>
          <w:szCs w:val="24"/>
        </w:rPr>
        <w:t>/</w:t>
      </w:r>
      <w:proofErr w:type="spellStart"/>
      <w:r w:rsidRPr="007C7D6D">
        <w:rPr>
          <w:rFonts w:cs="Arial"/>
          <w:sz w:val="24"/>
          <w:szCs w:val="24"/>
        </w:rPr>
        <w:t>nauczycielki</w:t>
      </w:r>
      <w:proofErr w:type="spellEnd"/>
      <w:r w:rsidRPr="007C7D6D">
        <w:rPr>
          <w:rFonts w:cs="Arial"/>
          <w:sz w:val="24"/>
          <w:szCs w:val="24"/>
        </w:rPr>
        <w:t>: ................................................</w:t>
      </w:r>
    </w:p>
    <w:p w14:paraId="37453087" w14:textId="77777777" w:rsidR="007C7D6D" w:rsidRPr="00CF05FB" w:rsidRDefault="007C7D6D" w:rsidP="00567002">
      <w:pPr>
        <w:spacing w:line="360" w:lineRule="auto"/>
        <w:rPr>
          <w:sz w:val="24"/>
          <w:szCs w:val="24"/>
        </w:rPr>
      </w:pPr>
      <w:r w:rsidRPr="007C7D6D">
        <w:rPr>
          <w:rFonts w:cs="Arial"/>
          <w:sz w:val="24"/>
          <w:szCs w:val="24"/>
        </w:rPr>
        <w:t xml:space="preserve">OWP: </w:t>
      </w:r>
      <w:r w:rsidRPr="007C7D6D">
        <w:rPr>
          <w:rFonts w:ascii="Segoe UI Symbol" w:eastAsia="Segoe UI Symbol" w:hAnsi="Segoe UI Symbol" w:cs="Segoe UI Symbol"/>
          <w:sz w:val="24"/>
          <w:szCs w:val="24"/>
        </w:rPr>
        <w:t>☐ Strzebielino-Osiedle</w:t>
      </w:r>
      <w:r w:rsidRPr="007C7D6D">
        <w:rPr>
          <w:rFonts w:cs="Arial"/>
          <w:sz w:val="24"/>
          <w:szCs w:val="24"/>
        </w:rPr>
        <w:t xml:space="preserve"/>
      </w:r>
      <w:proofErr w:type="spellStart"/>
      <w:r w:rsidRPr="007C7D6D">
        <w:rPr>
          <w:rFonts w:cs="Arial"/>
          <w:sz w:val="24"/>
          <w:szCs w:val="24"/>
        </w:rPr>
        <w:t/>
      </w:r>
      <w:proofErr w:type="spellEnd"/>
      <w:r w:rsidRPr="007C7D6D">
        <w:rPr>
          <w:rFonts w:cs="Arial"/>
          <w:sz w:val="24"/>
          <w:szCs w:val="24"/>
        </w:rPr>
        <w:t/>
      </w:r>
      <w:r w:rsidRPr="007C7D6D">
        <w:rPr>
          <w:rFonts w:ascii="Segoe UI Symbol" w:eastAsia="Segoe UI Symbol" w:hAnsi="Segoe UI Symbol" w:cs="Segoe UI Symbol"/>
          <w:sz w:val="24"/>
          <w:szCs w:val="24"/>
        </w:rPr>
        <w:t/>
      </w:r>
      <w:r w:rsidRPr="007C7D6D">
        <w:rPr>
          <w:rFonts w:cs="Arial"/>
          <w:sz w:val="24"/>
          <w:szCs w:val="24"/>
        </w:rPr>
        <w:t xml:space="preserve"/>
      </w:r>
      <w:proofErr w:type="spellStart"/>
      <w:r w:rsidRPr="007C7D6D">
        <w:rPr>
          <w:rFonts w:cs="Arial"/>
          <w:sz w:val="24"/>
          <w:szCs w:val="24"/>
        </w:rPr>
        <w:t/>
      </w:r>
      <w:proofErr w:type="spellEnd"/>
    </w:p>
    <w:p w14:paraId="74638255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288BE82C" w14:textId="77777777" w:rsidR="00DC12D5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Potwierdzam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wskazany</w:t>
      </w:r>
      <w:proofErr w:type="spellEnd"/>
      <w:r w:rsidRPr="00CF05FB">
        <w:rPr>
          <w:rFonts w:cs="Arial"/>
          <w:sz w:val="24"/>
          <w:szCs w:val="24"/>
        </w:rPr>
        <w:t xml:space="preserve">/a </w:t>
      </w:r>
      <w:proofErr w:type="spellStart"/>
      <w:r w:rsidRPr="00CF05FB">
        <w:rPr>
          <w:rFonts w:cs="Arial"/>
          <w:sz w:val="24"/>
          <w:szCs w:val="24"/>
        </w:rPr>
        <w:t>nauczyciel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nauczycielka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1A56AC0A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>J</w:t>
      </w:r>
      <w:r w:rsidR="00787F02" w:rsidRPr="00CF05FB">
        <w:rPr>
          <w:rFonts w:cs="Arial"/>
          <w:sz w:val="24"/>
          <w:szCs w:val="24"/>
        </w:rPr>
        <w:t xml:space="preserve">est </w:t>
      </w:r>
      <w:proofErr w:type="spellStart"/>
      <w:r w:rsidR="00787F02" w:rsidRPr="00CF05FB">
        <w:rPr>
          <w:rFonts w:cs="Arial"/>
          <w:sz w:val="24"/>
          <w:szCs w:val="24"/>
        </w:rPr>
        <w:t>zatrudniony</w:t>
      </w:r>
      <w:proofErr w:type="spellEnd"/>
      <w:r w:rsidR="00787F02" w:rsidRPr="00CF05FB">
        <w:rPr>
          <w:rFonts w:cs="Arial"/>
          <w:sz w:val="24"/>
          <w:szCs w:val="24"/>
        </w:rPr>
        <w:t xml:space="preserve">/a w OWP </w:t>
      </w:r>
      <w:proofErr w:type="spellStart"/>
      <w:r w:rsidR="00787F02" w:rsidRPr="00CF05FB">
        <w:rPr>
          <w:rFonts w:cs="Arial"/>
          <w:sz w:val="24"/>
          <w:szCs w:val="24"/>
        </w:rPr>
        <w:t>objętym</w:t>
      </w:r>
      <w:proofErr w:type="spellEnd"/>
      <w:r w:rsidR="00787F02" w:rsidRPr="00CF05FB">
        <w:rPr>
          <w:rFonts w:cs="Arial"/>
          <w:sz w:val="24"/>
          <w:szCs w:val="24"/>
        </w:rPr>
        <w:t xml:space="preserve"> </w:t>
      </w:r>
      <w:proofErr w:type="spellStart"/>
      <w:r w:rsidR="00787F02" w:rsidRPr="00CF05FB">
        <w:rPr>
          <w:rFonts w:cs="Arial"/>
          <w:sz w:val="24"/>
          <w:szCs w:val="24"/>
        </w:rPr>
        <w:t>projektem</w:t>
      </w:r>
      <w:proofErr w:type="spellEnd"/>
      <w:r>
        <w:rPr>
          <w:rFonts w:cs="Arial"/>
          <w:sz w:val="24"/>
          <w:szCs w:val="24"/>
        </w:rPr>
        <w:t xml:space="preserve">: </w:t>
      </w:r>
      <w:r w:rsidRPr="00CF05FB">
        <w:rPr>
          <w:rFonts w:cs="Arial"/>
          <w:sz w:val="24"/>
          <w:szCs w:val="24"/>
        </w:rPr>
        <w:t>☐ TAK   ☐ NIE</w:t>
      </w:r>
    </w:p>
    <w:p w14:paraId="0A12BD20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Posiada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o </w:t>
      </w:r>
      <w:proofErr w:type="spellStart"/>
      <w:r>
        <w:rPr>
          <w:rFonts w:cs="Arial"/>
          <w:sz w:val="24"/>
        </w:rPr>
        <w:t>zdiagnozowanych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0BEE1EAA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Pracuje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posiadającymi</w:t>
      </w:r>
      <w:proofErr w:type="spellEnd"/>
      <w:r>
        <w:rPr>
          <w:rFonts w:cs="Arial"/>
          <w:sz w:val="24"/>
        </w:rPr>
        <w:t xml:space="preserve"> OPKS </w:t>
      </w:r>
      <w:proofErr w:type="spellStart"/>
      <w:r>
        <w:rPr>
          <w:rFonts w:cs="Arial"/>
          <w:sz w:val="24"/>
        </w:rPr>
        <w:t>lub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inne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trudności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491B0F69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Rekomenduję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jego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jej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udział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szkoleniu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szkoleniach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względu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2E2B1D11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rekomendowane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szkolenie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szkolenia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odpowiada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odpowiadają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zakresowi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wykonywanych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przez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obowiązków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zdiagnozowanej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>:  ☐ TAK   ☐ NIE</w:t>
      </w:r>
    </w:p>
    <w:p w14:paraId="4706DA8F" w14:textId="77777777" w:rsidR="00657BB1" w:rsidRDefault="00657BB1" w:rsidP="00567002">
      <w:pPr>
        <w:spacing w:line="360" w:lineRule="auto"/>
        <w:rPr>
          <w:b/>
          <w:sz w:val="24"/>
          <w:szCs w:val="24"/>
        </w:rPr>
      </w:pPr>
    </w:p>
    <w:p w14:paraId="6CFB816E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Rekomendowane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szkolenie</w:t>
      </w:r>
      <w:proofErr w:type="spellEnd"/>
      <w:r w:rsidRPr="00CF05FB">
        <w:rPr>
          <w:rFonts w:cs="Arial"/>
          <w:b/>
          <w:sz w:val="24"/>
          <w:szCs w:val="24"/>
        </w:rPr>
        <w:t>/</w:t>
      </w:r>
      <w:proofErr w:type="spellStart"/>
      <w:r w:rsidRPr="00CF05FB">
        <w:rPr>
          <w:rFonts w:cs="Arial"/>
          <w:b/>
          <w:sz w:val="24"/>
          <w:szCs w:val="24"/>
        </w:rPr>
        <w:t>szkolenia</w:t>
      </w:r>
      <w:proofErr w:type="spellEnd"/>
      <w:r w:rsidRPr="00CF05FB">
        <w:rPr>
          <w:rFonts w:cs="Arial"/>
          <w:b/>
          <w:sz w:val="24"/>
          <w:szCs w:val="24"/>
        </w:rPr>
        <w:t xml:space="preserve"> (</w:t>
      </w:r>
      <w:proofErr w:type="spellStart"/>
      <w:r w:rsidRPr="00CF05FB">
        <w:rPr>
          <w:rFonts w:cs="Arial"/>
          <w:b/>
          <w:sz w:val="24"/>
          <w:szCs w:val="24"/>
        </w:rPr>
        <w:t>można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zaznaczyć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więcej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niż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jedno</w:t>
      </w:r>
      <w:proofErr w:type="spellEnd"/>
      <w:r w:rsidRPr="00CF05FB">
        <w:rPr>
          <w:rFonts w:cs="Arial"/>
          <w:b/>
          <w:sz w:val="24"/>
          <w:szCs w:val="24"/>
        </w:rPr>
        <w:t>):</w:t>
      </w:r>
    </w:p>
    <w:p w14:paraId="07A13EDE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posiadającymi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orzeczenie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potrzebie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kształcenia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specjalnego</w:t>
      </w:r>
      <w:proofErr w:type="spellEnd"/>
    </w:p>
    <w:p w14:paraId="4FF57F53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 myślenia logicznego oraz umiejętności planowania i rozwiązywania problemów u dzieci</w:t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  <w:r w:rsidRPr="00CF05FB">
        <w:rPr>
          <w:rFonts w:cs="Arial"/>
          <w:sz w:val="24"/>
          <w:szCs w:val="24"/>
        </w:rPr>
        <w:t xml:space="preserve"/>
      </w:r>
      <w:proofErr w:type="spellStart"/>
      <w:r w:rsidRPr="00CF05FB">
        <w:rPr>
          <w:rFonts w:cs="Arial"/>
          <w:sz w:val="24"/>
          <w:szCs w:val="24"/>
        </w:rPr>
        <w:t/>
      </w:r>
      <w:proofErr w:type="spellEnd"/>
    </w:p>
    <w:p w14:paraId="1822613B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zaburzeniami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rozwoju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mowy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trudnościami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artykulacyjnymi</w:t>
      </w:r>
      <w:proofErr w:type="spellEnd"/>
    </w:p>
    <w:p w14:paraId="79F8D23F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społeczno-emocjonalnych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59A6B578" w14:textId="77777777" w:rsidR="00A54D38" w:rsidRDefault="00A10BE3">
      <w:pPr>
        <w:keepLines/>
        <w:pageBreakBefore/>
        <w:spacing w:line="360" w:lineRule="auto"/>
        <w:rPr>
          <w:sz w:val="24"/>
          <w:szCs w:val="24"/>
        </w:rPr>
      </w:pPr>
      <w:proofErr w:type="spellStart"/>
      <w:r>
        <w:rPr>
          <w:rFonts w:cs="Arial"/>
          <w:i/>
          <w:sz w:val="24"/>
        </w:rPr>
        <w:lastRenderedPageBreak/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 </w:t>
      </w:r>
      <w:proofErr w:type="spellStart"/>
      <w:r>
        <w:rPr>
          <w:rFonts w:cs="Arial"/>
          <w:i/>
          <w:sz w:val="24"/>
        </w:rPr>
        <w:t>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decyzji</w:t>
      </w:r>
      <w:proofErr w:type="spellEnd"/>
      <w:r>
        <w:rPr>
          <w:rFonts w:cs="Arial"/>
          <w:i/>
          <w:sz w:val="24"/>
        </w:rPr>
        <w:t xml:space="preserve"> o </w:t>
      </w:r>
      <w:proofErr w:type="spellStart"/>
      <w:r>
        <w:rPr>
          <w:rFonts w:cs="Arial"/>
          <w:i/>
          <w:sz w:val="24"/>
        </w:rPr>
        <w:t>zakwalifikowaniu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nauczyciela</w:t>
      </w:r>
      <w:proofErr w:type="spellEnd"/>
      <w:r>
        <w:rPr>
          <w:rFonts w:cs="Arial"/>
          <w:i/>
          <w:sz w:val="24"/>
        </w:rPr>
        <w:t>/</w:t>
      </w:r>
      <w:proofErr w:type="spellStart"/>
      <w:r>
        <w:rPr>
          <w:rFonts w:cs="Arial"/>
          <w:i/>
          <w:sz w:val="24"/>
        </w:rPr>
        <w:t>nauczycielki</w:t>
      </w:r>
      <w:proofErr w:type="spellEnd"/>
      <w:r>
        <w:rPr>
          <w:rFonts w:cs="Arial"/>
          <w:i/>
          <w:sz w:val="24"/>
        </w:rPr>
        <w:t xml:space="preserve">. </w:t>
      </w:r>
      <w:proofErr w:type="spellStart"/>
      <w:r>
        <w:rPr>
          <w:rFonts w:cs="Arial"/>
          <w:i/>
          <w:sz w:val="24"/>
        </w:rPr>
        <w:t>Oceny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kryteriów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przyznania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punktów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kwalifikacji</w:t>
      </w:r>
      <w:proofErr w:type="spellEnd"/>
      <w:r>
        <w:rPr>
          <w:rFonts w:cs="Arial"/>
          <w:i/>
          <w:sz w:val="24"/>
        </w:rPr>
        <w:t xml:space="preserve"> do </w:t>
      </w:r>
      <w:proofErr w:type="spellStart"/>
      <w:r>
        <w:rPr>
          <w:rFonts w:cs="Arial"/>
          <w:i/>
          <w:sz w:val="24"/>
        </w:rPr>
        <w:t>szkolenia</w:t>
      </w:r>
      <w:proofErr w:type="spellEnd"/>
      <w:r>
        <w:rPr>
          <w:rFonts w:cs="Arial"/>
          <w:i/>
          <w:sz w:val="24"/>
        </w:rPr>
        <w:t>/</w:t>
      </w:r>
      <w:proofErr w:type="spellStart"/>
      <w:r>
        <w:rPr>
          <w:rFonts w:cs="Arial"/>
          <w:i/>
          <w:sz w:val="24"/>
        </w:rPr>
        <w:t>szkoleń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dokonuje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Komisja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Rekrutacyjna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protokole</w:t>
      </w:r>
      <w:proofErr w:type="spellEnd"/>
      <w:r>
        <w:rPr>
          <w:rFonts w:cs="Arial"/>
          <w:i/>
          <w:sz w:val="24"/>
        </w:rPr>
        <w:t>.</w:t>
      </w:r>
    </w:p>
    <w:p w14:paraId="6B8C9CB9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</w:p>
    <w:p w14:paraId="4F3B237B" w14:textId="77777777" w:rsidR="00A63DF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sporządzenia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zaświadczenia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rekomendacji</w:t>
      </w:r>
      <w:proofErr w:type="spellEnd"/>
      <w:r>
        <w:rPr>
          <w:rFonts w:cs="Arial"/>
          <w:sz w:val="24"/>
        </w:rPr>
        <w:t xml:space="preserve">: </w:t>
      </w:r>
    </w:p>
    <w:p w14:paraId="1637008F" w14:textId="77777777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0C656723" w14:textId="2ACD049F" w:rsidR="00E82CBD" w:rsidRDefault="00E82CBD" w:rsidP="00E82CBD">
      <w:pPr>
        <w:keepNext/>
        <w:spacing w:line="360" w:lineRule="auto"/>
        <w:rPr>
          <w:sz w:val="24"/>
          <w:szCs w:val="24"/>
        </w:rPr>
      </w:pPr>
      <w:r>
        <w:rPr>
          <w:rFonts w:cs="Arial"/>
          <w:sz w:val="24"/>
        </w:rPr>
        <w:t>............................................................</w:t>
      </w:r>
    </w:p>
    <w:p w14:paraId="29325BFE" w14:textId="571D3BA6" w:rsidR="00E82CB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Imię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nazwisko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p w14:paraId="17863702" w14:textId="12F90A31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7708B1B2" w14:textId="2395E6D6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48C56C3E" w14:textId="77777777" w:rsidR="00A63DFD" w:rsidRPr="00E82CBD" w:rsidRDefault="00A63DFD" w:rsidP="00E82CBD">
      <w:pPr>
        <w:keepNext/>
        <w:spacing w:line="360" w:lineRule="auto"/>
        <w:rPr>
          <w:sz w:val="24"/>
          <w:szCs w:val="24"/>
        </w:rPr>
      </w:pPr>
    </w:p>
    <w:p w14:paraId="0BFFF48C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sectPr w:rsidR="00A54D38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306B" w14:textId="77777777" w:rsidR="00B52CB4" w:rsidRDefault="00B52CB4">
      <w:pPr>
        <w:spacing w:line="240" w:lineRule="auto"/>
      </w:pPr>
      <w:r>
        <w:separator/>
      </w:r>
    </w:p>
  </w:endnote>
  <w:endnote w:type="continuationSeparator" w:id="0">
    <w:p w14:paraId="5E247946" w14:textId="77777777" w:rsidR="00B52CB4" w:rsidRDefault="00B52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20"/>
      </w:rPr>
      <w:id w:val="-9190978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16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2A1075C8" w14:textId="4C43EB06" w:rsidR="003B6373" w:rsidRPr="003B6373" w:rsidRDefault="003B6373">
            <w:pPr>
              <w:pStyle w:val="Stopka"/>
              <w:jc w:val="right"/>
              <w:rPr>
                <w:sz w:val="22"/>
              </w:rPr>
            </w:pPr>
            <w:r w:rsidRPr="003B6373">
              <w:rPr>
                <w:sz w:val="22"/>
                <w:lang w:val="pl-PL"/>
              </w:rPr>
              <w:t xml:space="preserve">Strona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PAGE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  <w:r w:rsidRPr="003B6373">
              <w:rPr>
                <w:sz w:val="22"/>
                <w:lang w:val="pl-PL"/>
              </w:rPr>
              <w:t xml:space="preserve"> z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NUMPAGES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0CF43950" w14:textId="31F2CCFB" w:rsidR="00567002" w:rsidRPr="003B6373" w:rsidRDefault="003B6373" w:rsidP="003B6373">
    <w:pPr>
      <w:pStyle w:val="Stopka"/>
      <w:jc w:val="center"/>
      <w:rPr>
        <w:sz w:val="24"/>
        <w:szCs w:val="24"/>
      </w:rPr>
    </w:pPr>
    <w:bookmarkStart w:id="0" w:name="_Hlk240135639"/>
    <w:bookmarkStart w:id="1" w:name="_Hlk240135640"/>
    <w:proofErr w:type="spellStart"/>
    <w:r w:rsidRPr="003B6373">
      <w:rPr>
        <w:sz w:val="24"/>
        <w:szCs w:val="24"/>
      </w:rPr>
      <w:t>Fundusze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Europejskie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dla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Pomorza</w:t>
    </w:r>
    <w:proofErr w:type="spellEnd"/>
    <w:r w:rsidRPr="003B6373">
      <w:rPr>
        <w:sz w:val="24"/>
        <w:szCs w:val="24"/>
      </w:rPr>
      <w:t xml:space="preserve"> 2021-2027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0E2E" w14:textId="77777777" w:rsidR="00B52CB4" w:rsidRDefault="00B52CB4">
      <w:pPr>
        <w:spacing w:line="240" w:lineRule="auto"/>
      </w:pPr>
      <w:r>
        <w:separator/>
      </w:r>
    </w:p>
  </w:footnote>
  <w:footnote w:type="continuationSeparator" w:id="0">
    <w:p w14:paraId="2DB31D3C" w14:textId="77777777" w:rsidR="00B52CB4" w:rsidRDefault="00B52C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2594" w14:textId="77777777" w:rsidR="00567002" w:rsidRDefault="00567002">
    <w:pPr>
      <w:pStyle w:val="Nagwek"/>
    </w:pPr>
    <w:r>
      <w:rPr>
        <w:noProof/>
      </w:rPr>
      <w:drawing>
        <wp:inline distT="0" distB="0" distL="0" distR="0" wp14:anchorId="3061E5ED" wp14:editId="36BE819A">
          <wp:extent cx="6052782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DF5AA3" w14:textId="77777777" w:rsidR="00567002" w:rsidRDefault="005670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B53"/>
    <w:rsid w:val="0006063C"/>
    <w:rsid w:val="000F708F"/>
    <w:rsid w:val="00136994"/>
    <w:rsid w:val="0015074B"/>
    <w:rsid w:val="0029639D"/>
    <w:rsid w:val="002A45E0"/>
    <w:rsid w:val="00326F90"/>
    <w:rsid w:val="003B6373"/>
    <w:rsid w:val="00567002"/>
    <w:rsid w:val="00657BB1"/>
    <w:rsid w:val="006B6F67"/>
    <w:rsid w:val="006C6C86"/>
    <w:rsid w:val="006D42EB"/>
    <w:rsid w:val="00777CA9"/>
    <w:rsid w:val="00787F02"/>
    <w:rsid w:val="007C7D6D"/>
    <w:rsid w:val="007F29A9"/>
    <w:rsid w:val="009E1E78"/>
    <w:rsid w:val="00A0699C"/>
    <w:rsid w:val="00A10BE3"/>
    <w:rsid w:val="00A54D38"/>
    <w:rsid w:val="00A63DFD"/>
    <w:rsid w:val="00AA1D8D"/>
    <w:rsid w:val="00B30276"/>
    <w:rsid w:val="00B47730"/>
    <w:rsid w:val="00B52CB4"/>
    <w:rsid w:val="00B92FA4"/>
    <w:rsid w:val="00CB0664"/>
    <w:rsid w:val="00CF05FB"/>
    <w:rsid w:val="00DC12D5"/>
    <w:rsid w:val="00E06B6B"/>
    <w:rsid w:val="00E82CBD"/>
    <w:rsid w:val="00E94403"/>
    <w:rsid w:val="00EB3508"/>
    <w:rsid w:val="00F26164"/>
    <w:rsid w:val="00F50682"/>
    <w:rsid w:val="00FB0E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456C6"/>
  <w14:defaultImageDpi w14:val="300"/>
  <w15:docId w15:val="{119AD947-1D55-4E00-9CA6-A3E626EB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82C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1342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Formularz rekrutacyjny nauczyciela/nauczycielki</dc:title>
  <dc:subject>Projekt Rozwój edukacji przedszkolnej w Gminie Luzino</dc:subject>
  <dc:creator>Gmina Luzino</dc:creator>
  <cp:keywords/>
  <dc:description>generated by python-docx</dc:description>
  <cp:lastModifiedBy>Dawid</cp:lastModifiedBy>
  <cp:revision>24</cp:revision>
  <dcterms:created xsi:type="dcterms:W3CDTF">2013-12-23T23:15:00Z</dcterms:created>
  <dcterms:modified xsi:type="dcterms:W3CDTF">2026-09-24T06:12:00Z</dcterms:modified>
  <cp:category/>
</cp:coreProperties>
</file>