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F56FC" w14:textId="77777777" w:rsidR="00336DBF" w:rsidRPr="00FD0A5F" w:rsidRDefault="00633B3B" w:rsidP="00FD0A5F">
      <w:pPr>
        <w:widowControl w:val="0"/>
        <w:spacing w:before="100" w:after="100" w:line="360" w:lineRule="auto"/>
        <w:jc w:val="center"/>
        <w:rPr>
          <w:sz w:val="24"/>
          <w:szCs w:val="24"/>
        </w:rPr>
      </w:pPr>
      <w:r w:rsidRPr="00FD0A5F">
        <w:rPr>
          <w:b/>
          <w:sz w:val="23"/>
          <w:szCs w:val="24"/>
        </w:rPr>
        <w:t>ZAŁĄCZNIK NR 4</w:t>
      </w:r>
    </w:p>
    <w:p w14:paraId="2C08BADE" w14:textId="77777777" w:rsidR="00336DBF" w:rsidRPr="00FD0A5F" w:rsidRDefault="00633B3B" w:rsidP="00FD0A5F">
      <w:pPr>
        <w:widowControl w:val="0"/>
        <w:spacing w:before="100" w:after="100" w:line="360" w:lineRule="auto"/>
        <w:jc w:val="center"/>
        <w:rPr>
          <w:sz w:val="24"/>
          <w:szCs w:val="24"/>
        </w:rPr>
      </w:pPr>
      <w:r w:rsidRPr="00FD0A5F">
        <w:rPr>
          <w:b/>
          <w:sz w:val="23"/>
          <w:szCs w:val="24"/>
        </w:rPr>
        <w:t>KLAUZULA INFORMACYJNA</w:t>
      </w:r>
    </w:p>
    <w:p w14:paraId="65F5AEC3" w14:textId="77777777" w:rsidR="00336DBF" w:rsidRPr="00FD0A5F" w:rsidRDefault="00633B3B" w:rsidP="00FD0A5F">
      <w:pPr>
        <w:widowControl w:val="0"/>
        <w:spacing w:before="100" w:after="100" w:line="360" w:lineRule="auto"/>
        <w:jc w:val="center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dotycząca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osobowych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związku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udziałem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projekcie</w:t>
      </w:r>
      <w:proofErr w:type="spellEnd"/>
      <w:r w:rsidRPr="00FD0A5F">
        <w:rPr>
          <w:sz w:val="23"/>
          <w:szCs w:val="24"/>
        </w:rPr>
        <w:br/>
        <w:t>„</w:t>
      </w:r>
      <w:proofErr w:type="spellStart"/>
      <w:r w:rsidRPr="00FD0A5F">
        <w:rPr>
          <w:sz w:val="23"/>
          <w:szCs w:val="24"/>
        </w:rPr>
        <w:t>Rozwój edukacji przedszkolnej w Gminie Łęczyce – etap 3</w:t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>”</w:t>
      </w:r>
      <w:r w:rsidRPr="00FD0A5F">
        <w:rPr>
          <w:sz w:val="23"/>
          <w:szCs w:val="24"/>
        </w:rPr>
        <w:br/>
        <w:t>nr FEPM.05.07-IZ.00-0043/26</w:t>
      </w:r>
    </w:p>
    <w:p w14:paraId="1D3E600F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Zgodnie</w:t>
      </w:r>
      <w:proofErr w:type="spellEnd"/>
      <w:r w:rsidRPr="00FD0A5F">
        <w:rPr>
          <w:sz w:val="23"/>
          <w:szCs w:val="24"/>
        </w:rPr>
        <w:t xml:space="preserve"> z art. 13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art. 14 </w:t>
      </w:r>
      <w:proofErr w:type="spellStart"/>
      <w:r w:rsidRPr="00FD0A5F">
        <w:rPr>
          <w:sz w:val="23"/>
          <w:szCs w:val="24"/>
        </w:rPr>
        <w:t>rozporządzenia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Parlamentu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Europejskiego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Rady (UE) 2016/679 z </w:t>
      </w:r>
      <w:proofErr w:type="spellStart"/>
      <w:r w:rsidRPr="00FD0A5F">
        <w:rPr>
          <w:sz w:val="23"/>
          <w:szCs w:val="24"/>
        </w:rPr>
        <w:t>dnia</w:t>
      </w:r>
      <w:proofErr w:type="spellEnd"/>
      <w:r w:rsidRPr="00FD0A5F">
        <w:rPr>
          <w:sz w:val="23"/>
          <w:szCs w:val="24"/>
        </w:rPr>
        <w:t xml:space="preserve"> 27 </w:t>
      </w:r>
      <w:proofErr w:type="spellStart"/>
      <w:r w:rsidRPr="00FD0A5F">
        <w:rPr>
          <w:sz w:val="23"/>
          <w:szCs w:val="24"/>
        </w:rPr>
        <w:t>kwietnia</w:t>
      </w:r>
      <w:proofErr w:type="spellEnd"/>
      <w:r w:rsidRPr="00FD0A5F">
        <w:rPr>
          <w:sz w:val="23"/>
          <w:szCs w:val="24"/>
        </w:rPr>
        <w:t xml:space="preserve"> 2016 r. (RODO) </w:t>
      </w:r>
      <w:proofErr w:type="spellStart"/>
      <w:r w:rsidRPr="00FD0A5F">
        <w:rPr>
          <w:sz w:val="23"/>
          <w:szCs w:val="24"/>
        </w:rPr>
        <w:t>przekazuje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się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informacje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dotyczące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osobowych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uczestników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projektu</w:t>
      </w:r>
      <w:proofErr w:type="spellEnd"/>
      <w:r w:rsidRPr="00FD0A5F">
        <w:rPr>
          <w:sz w:val="23"/>
          <w:szCs w:val="24"/>
        </w:rPr>
        <w:t xml:space="preserve"> (</w:t>
      </w:r>
      <w:proofErr w:type="spellStart"/>
      <w:r w:rsidRPr="00FD0A5F">
        <w:rPr>
          <w:sz w:val="23"/>
          <w:szCs w:val="24"/>
        </w:rPr>
        <w:t>dzieci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oraz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nauczycieli</w:t>
      </w:r>
      <w:proofErr w:type="spellEnd"/>
      <w:r w:rsidRPr="00FD0A5F">
        <w:rPr>
          <w:sz w:val="23"/>
          <w:szCs w:val="24"/>
        </w:rPr>
        <w:t xml:space="preserve">), a w </w:t>
      </w:r>
      <w:proofErr w:type="spellStart"/>
      <w:r w:rsidRPr="00FD0A5F">
        <w:rPr>
          <w:sz w:val="23"/>
          <w:szCs w:val="24"/>
        </w:rPr>
        <w:t>przypadku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dzieci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także</w:t>
      </w:r>
      <w:proofErr w:type="spellEnd"/>
      <w:r w:rsidRPr="00FD0A5F">
        <w:rPr>
          <w:sz w:val="23"/>
          <w:szCs w:val="24"/>
        </w:rPr>
        <w:t xml:space="preserve"> ich </w:t>
      </w:r>
      <w:proofErr w:type="spellStart"/>
      <w:r w:rsidRPr="00FD0A5F">
        <w:rPr>
          <w:sz w:val="23"/>
          <w:szCs w:val="24"/>
        </w:rPr>
        <w:t>rodziców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opiekunów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prawnych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których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przetwarzane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związku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rekrutacją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udziałem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projekcie</w:t>
      </w:r>
      <w:proofErr w:type="spellEnd"/>
      <w:r w:rsidRPr="00FD0A5F">
        <w:rPr>
          <w:sz w:val="23"/>
          <w:szCs w:val="24"/>
        </w:rPr>
        <w:t>.</w:t>
      </w:r>
    </w:p>
    <w:p w14:paraId="7CF7E488" w14:textId="77777777" w:rsidR="00336DBF" w:rsidRPr="00FD0A5F" w:rsidRDefault="00633B3B" w:rsidP="00FD0A5F">
      <w:pPr>
        <w:pStyle w:val="ClauseHeading"/>
        <w:widowControl w:val="0"/>
        <w:spacing w:before="100" w:after="100" w:line="360" w:lineRule="auto"/>
        <w:rPr>
          <w:sz w:val="24"/>
          <w:szCs w:val="24"/>
        </w:rPr>
      </w:pPr>
      <w:r w:rsidRPr="00FD0A5F">
        <w:rPr>
          <w:sz w:val="23"/>
          <w:szCs w:val="24"/>
        </w:rPr>
        <w:t xml:space="preserve">1. </w:t>
      </w:r>
      <w:proofErr w:type="spellStart"/>
      <w:r w:rsidRPr="00FD0A5F">
        <w:rPr>
          <w:sz w:val="23"/>
          <w:szCs w:val="24"/>
        </w:rPr>
        <w:t>Administratorzy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osobowych</w:t>
      </w:r>
      <w:proofErr w:type="spellEnd"/>
    </w:p>
    <w:p w14:paraId="4D072161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Każdy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poniższych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podmiotów</w:t>
      </w:r>
      <w:proofErr w:type="spellEnd"/>
      <w:r w:rsidRPr="00FD0A5F">
        <w:rPr>
          <w:sz w:val="23"/>
          <w:szCs w:val="24"/>
        </w:rPr>
        <w:t xml:space="preserve"> jest </w:t>
      </w:r>
      <w:proofErr w:type="spellStart"/>
      <w:r w:rsidRPr="00FD0A5F">
        <w:rPr>
          <w:sz w:val="23"/>
          <w:szCs w:val="24"/>
        </w:rPr>
        <w:t>odrębnym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administratorem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zakresie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wykonywanych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siebie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zadań</w:t>
      </w:r>
      <w:proofErr w:type="spellEnd"/>
      <w:r w:rsidRPr="00FD0A5F">
        <w:rPr>
          <w:sz w:val="23"/>
          <w:szCs w:val="24"/>
        </w:rPr>
        <w:t>:</w:t>
      </w:r>
    </w:p>
    <w:p w14:paraId="25985657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Wójt Gminy Łęczyce</w:t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> - administrator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Beneficjenta</w:t>
      </w:r>
      <w:proofErr w:type="spellEnd"/>
      <w:r w:rsidRPr="00FD0A5F">
        <w:rPr>
          <w:sz w:val="23"/>
          <w:szCs w:val="24"/>
        </w:rPr>
        <w:t xml:space="preserve">; </w:t>
      </w:r>
      <w:proofErr w:type="spellStart"/>
      <w:r w:rsidRPr="00FD0A5F">
        <w:rPr>
          <w:sz w:val="23"/>
          <w:szCs w:val="24"/>
        </w:rPr>
        <w:t>dane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kontaktowe</w:t>
      </w:r>
      <w:proofErr w:type="spellEnd"/>
      <w:r w:rsidRPr="00FD0A5F">
        <w:rPr>
          <w:sz w:val="23"/>
          <w:szCs w:val="24"/>
        </w:rPr>
        <w:t xml:space="preserve">: </w:t>
      </w:r>
      <w:proofErr w:type="spellStart"/>
      <w:r w:rsidRPr="00FD0A5F">
        <w:rPr>
          <w:sz w:val="23"/>
          <w:szCs w:val="24"/>
        </w:rPr>
        <w:t>Urząd Gminy Łęczyce</w:t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>, ul. Długa 53, 84-218 Łęczyce</w:t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>, e-mail: sekretariat@leczyce.pl, tel. 58 678 92 14;</w:t>
      </w:r>
    </w:p>
    <w:p w14:paraId="603501C0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Zarząd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Województwa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Pomorskiego</w:t>
      </w:r>
      <w:proofErr w:type="spellEnd"/>
      <w:r w:rsidRPr="00FD0A5F">
        <w:rPr>
          <w:sz w:val="23"/>
          <w:szCs w:val="24"/>
        </w:rPr>
        <w:t xml:space="preserve">, ul. </w:t>
      </w:r>
      <w:proofErr w:type="spellStart"/>
      <w:r w:rsidRPr="00FD0A5F">
        <w:rPr>
          <w:sz w:val="23"/>
          <w:szCs w:val="24"/>
        </w:rPr>
        <w:t>Okopowa</w:t>
      </w:r>
      <w:proofErr w:type="spellEnd"/>
      <w:r w:rsidRPr="00FD0A5F">
        <w:rPr>
          <w:sz w:val="23"/>
          <w:szCs w:val="24"/>
        </w:rPr>
        <w:t xml:space="preserve"> 21/27, 80-810 </w:t>
      </w:r>
      <w:proofErr w:type="spellStart"/>
      <w:r w:rsidRPr="00FD0A5F">
        <w:rPr>
          <w:sz w:val="23"/>
          <w:szCs w:val="24"/>
        </w:rPr>
        <w:t>Gdańsk</w:t>
      </w:r>
      <w:proofErr w:type="spellEnd"/>
      <w:r w:rsidRPr="00FD0A5F">
        <w:rPr>
          <w:sz w:val="23"/>
          <w:szCs w:val="24"/>
        </w:rPr>
        <w:t xml:space="preserve">, tel. 58 326 81 90 - </w:t>
      </w:r>
      <w:proofErr w:type="spellStart"/>
      <w:r w:rsidRPr="00FD0A5F">
        <w:rPr>
          <w:sz w:val="23"/>
          <w:szCs w:val="24"/>
        </w:rPr>
        <w:t>jako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Instytucja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Zarządzająca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programem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Fundusze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Europejskie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dla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Pomorza</w:t>
      </w:r>
      <w:proofErr w:type="spellEnd"/>
      <w:r w:rsidRPr="00FD0A5F">
        <w:rPr>
          <w:sz w:val="23"/>
          <w:szCs w:val="24"/>
        </w:rPr>
        <w:t xml:space="preserve"> 2021-2027 (IZ FEP 2021-2027), w </w:t>
      </w:r>
      <w:proofErr w:type="spellStart"/>
      <w:r w:rsidRPr="00FD0A5F">
        <w:rPr>
          <w:sz w:val="23"/>
          <w:szCs w:val="24"/>
        </w:rPr>
        <w:t>zakresie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uczestników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udostępnianych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związku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realizacją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programu</w:t>
      </w:r>
      <w:proofErr w:type="spellEnd"/>
      <w:r w:rsidRPr="00FD0A5F">
        <w:rPr>
          <w:sz w:val="23"/>
          <w:szCs w:val="24"/>
        </w:rPr>
        <w:t>.</w:t>
      </w:r>
    </w:p>
    <w:p w14:paraId="6C90FACA" w14:textId="77777777" w:rsidR="00336DBF" w:rsidRPr="00FD0A5F" w:rsidRDefault="00633B3B" w:rsidP="00FD0A5F">
      <w:pPr>
        <w:pStyle w:val="ClauseHeading"/>
        <w:widowControl w:val="0"/>
        <w:spacing w:before="100" w:after="100" w:line="360" w:lineRule="auto"/>
        <w:rPr>
          <w:sz w:val="24"/>
          <w:szCs w:val="24"/>
        </w:rPr>
      </w:pPr>
      <w:r w:rsidRPr="00FD0A5F">
        <w:rPr>
          <w:sz w:val="23"/>
          <w:szCs w:val="24"/>
        </w:rPr>
        <w:t xml:space="preserve">2. </w:t>
      </w:r>
      <w:proofErr w:type="spellStart"/>
      <w:r w:rsidRPr="00FD0A5F">
        <w:rPr>
          <w:sz w:val="23"/>
          <w:szCs w:val="24"/>
        </w:rPr>
        <w:t>Inspektorzy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Ochrony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</w:p>
    <w:p w14:paraId="10F201A2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r w:rsidRPr="00FD0A5F">
        <w:rPr>
          <w:sz w:val="23"/>
          <w:szCs w:val="24"/>
        </w:rPr>
        <w:t xml:space="preserve">w sprawach dotyczących przetwarzania danych przez Wójta Gminy Łęczyce: Inspektor Ochrony Danych Krzysztof Raulin, e-mail iodo@leczyce.pl albo korespondencyjnie na adres Urzędu Gminy Łęczyce;</w:t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/>
      </w:r>
    </w:p>
    <w:p w14:paraId="2F356D35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r w:rsidRPr="00FD0A5F">
        <w:rPr>
          <w:sz w:val="23"/>
          <w:szCs w:val="24"/>
        </w:rPr>
        <w:t xml:space="preserve">w </w:t>
      </w:r>
      <w:proofErr w:type="spellStart"/>
      <w:r w:rsidRPr="00FD0A5F">
        <w:rPr>
          <w:sz w:val="23"/>
          <w:szCs w:val="24"/>
        </w:rPr>
        <w:t>sprawach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dotyczących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Zarząd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Województwa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Pomorskiego</w:t>
      </w:r>
      <w:proofErr w:type="spellEnd"/>
      <w:r w:rsidRPr="00FD0A5F">
        <w:rPr>
          <w:sz w:val="23"/>
          <w:szCs w:val="24"/>
        </w:rPr>
        <w:t>: e-mail iod@pomorskie.eu.</w:t>
      </w:r>
    </w:p>
    <w:p w14:paraId="2FAB5D6D" w14:textId="77777777" w:rsidR="00336DBF" w:rsidRPr="00FD0A5F" w:rsidRDefault="00633B3B" w:rsidP="00FD0A5F">
      <w:pPr>
        <w:pStyle w:val="ClauseHeading"/>
        <w:widowControl w:val="0"/>
        <w:spacing w:before="100" w:after="100" w:line="360" w:lineRule="auto"/>
        <w:rPr>
          <w:sz w:val="24"/>
          <w:szCs w:val="24"/>
        </w:rPr>
      </w:pPr>
      <w:r w:rsidRPr="00FD0A5F">
        <w:rPr>
          <w:sz w:val="23"/>
          <w:szCs w:val="24"/>
        </w:rPr>
        <w:t xml:space="preserve">3. Cele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podstawy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przetwarzania</w:t>
      </w:r>
      <w:proofErr w:type="spellEnd"/>
    </w:p>
    <w:p w14:paraId="5C2BE9E6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r w:rsidRPr="00FD0A5F">
        <w:rPr>
          <w:sz w:val="23"/>
          <w:szCs w:val="24"/>
        </w:rPr>
        <w:t xml:space="preserve">Dane </w:t>
      </w:r>
      <w:proofErr w:type="spellStart"/>
      <w:r w:rsidRPr="00FD0A5F">
        <w:rPr>
          <w:sz w:val="23"/>
          <w:szCs w:val="24"/>
        </w:rPr>
        <w:t>są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przetwarzane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celu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przeprowadzenia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rekrutacji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potwierdzenia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kwalifikowalności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uczestnika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przyznania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realizacji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wsparcia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dokumentowania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udziału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monitorowania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wskaźników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pozyskania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informacji</w:t>
      </w:r>
      <w:proofErr w:type="spellEnd"/>
      <w:r w:rsidRPr="00FD0A5F">
        <w:rPr>
          <w:sz w:val="23"/>
          <w:szCs w:val="24"/>
        </w:rPr>
        <w:t xml:space="preserve"> o </w:t>
      </w:r>
      <w:proofErr w:type="spellStart"/>
      <w:r w:rsidRPr="00FD0A5F">
        <w:rPr>
          <w:sz w:val="23"/>
          <w:szCs w:val="24"/>
        </w:rPr>
        <w:t>sytuacji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uczestnika</w:t>
      </w:r>
      <w:proofErr w:type="spellEnd"/>
      <w:r w:rsidRPr="00FD0A5F">
        <w:rPr>
          <w:sz w:val="23"/>
          <w:szCs w:val="24"/>
        </w:rPr>
        <w:t xml:space="preserve"> po </w:t>
      </w:r>
      <w:proofErr w:type="spellStart"/>
      <w:r w:rsidRPr="00FD0A5F">
        <w:rPr>
          <w:sz w:val="23"/>
          <w:szCs w:val="24"/>
        </w:rPr>
        <w:t>zakończeniu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udziału</w:t>
      </w:r>
      <w:proofErr w:type="spellEnd"/>
      <w:r w:rsidRPr="00FD0A5F">
        <w:rPr>
          <w:sz w:val="23"/>
          <w:szCs w:val="24"/>
        </w:rPr>
        <w:t xml:space="preserve"> (w </w:t>
      </w:r>
      <w:proofErr w:type="spellStart"/>
      <w:r w:rsidRPr="00FD0A5F">
        <w:rPr>
          <w:sz w:val="23"/>
          <w:szCs w:val="24"/>
        </w:rPr>
        <w:t>terminie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wskazanym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Beneficjenta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później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niż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ciągu</w:t>
      </w:r>
      <w:proofErr w:type="spellEnd"/>
      <w:r w:rsidRPr="00FD0A5F">
        <w:rPr>
          <w:sz w:val="23"/>
          <w:szCs w:val="24"/>
        </w:rPr>
        <w:t xml:space="preserve"> 4 </w:t>
      </w:r>
      <w:proofErr w:type="spellStart"/>
      <w:r w:rsidRPr="00FD0A5F">
        <w:rPr>
          <w:sz w:val="23"/>
          <w:szCs w:val="24"/>
        </w:rPr>
        <w:t>tygodni</w:t>
      </w:r>
      <w:proofErr w:type="spellEnd"/>
      <w:r w:rsidRPr="00FD0A5F">
        <w:rPr>
          <w:sz w:val="23"/>
          <w:szCs w:val="24"/>
        </w:rPr>
        <w:t xml:space="preserve">), </w:t>
      </w:r>
      <w:proofErr w:type="spellStart"/>
      <w:r w:rsidRPr="00FD0A5F">
        <w:rPr>
          <w:sz w:val="23"/>
          <w:szCs w:val="24"/>
        </w:rPr>
        <w:t>ewaluacji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sprawozdawczości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rozliczania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kontroli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audytu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wykrywania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nieprawidłowości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komunikacji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lastRenderedPageBreak/>
        <w:t>oraz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archiwizacji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dokumentacji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projektu</w:t>
      </w:r>
      <w:proofErr w:type="spellEnd"/>
      <w:r w:rsidRPr="00FD0A5F">
        <w:rPr>
          <w:sz w:val="23"/>
          <w:szCs w:val="24"/>
        </w:rPr>
        <w:t>.</w:t>
      </w:r>
    </w:p>
    <w:p w14:paraId="1BB90B73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Podstawą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przetwarzania</w:t>
      </w:r>
      <w:proofErr w:type="spellEnd"/>
      <w:r w:rsidRPr="00FD0A5F">
        <w:rPr>
          <w:sz w:val="23"/>
          <w:szCs w:val="24"/>
        </w:rPr>
        <w:t xml:space="preserve"> jest art. 6 </w:t>
      </w:r>
      <w:proofErr w:type="spellStart"/>
      <w:r w:rsidRPr="00FD0A5F">
        <w:rPr>
          <w:sz w:val="23"/>
          <w:szCs w:val="24"/>
        </w:rPr>
        <w:t>ust</w:t>
      </w:r>
      <w:proofErr w:type="spellEnd"/>
      <w:r w:rsidRPr="00FD0A5F">
        <w:rPr>
          <w:sz w:val="23"/>
          <w:szCs w:val="24"/>
        </w:rPr>
        <w:t xml:space="preserve">. 1 lit. c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e RODO, a w </w:t>
      </w:r>
      <w:proofErr w:type="spellStart"/>
      <w:r w:rsidRPr="00FD0A5F">
        <w:rPr>
          <w:sz w:val="23"/>
          <w:szCs w:val="24"/>
        </w:rPr>
        <w:t>przypadkach</w:t>
      </w:r>
      <w:proofErr w:type="spellEnd"/>
      <w:r w:rsidRPr="00FD0A5F">
        <w:rPr>
          <w:sz w:val="23"/>
          <w:szCs w:val="24"/>
        </w:rPr>
        <w:t xml:space="preserve">, w </w:t>
      </w:r>
      <w:proofErr w:type="spellStart"/>
      <w:r w:rsidRPr="00FD0A5F">
        <w:rPr>
          <w:sz w:val="23"/>
          <w:szCs w:val="24"/>
        </w:rPr>
        <w:t>których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przetwarzanie</w:t>
      </w:r>
      <w:proofErr w:type="spellEnd"/>
      <w:r w:rsidRPr="00FD0A5F">
        <w:rPr>
          <w:sz w:val="23"/>
          <w:szCs w:val="24"/>
        </w:rPr>
        <w:t xml:space="preserve"> jest </w:t>
      </w:r>
      <w:proofErr w:type="spellStart"/>
      <w:r w:rsidRPr="00FD0A5F">
        <w:rPr>
          <w:sz w:val="23"/>
          <w:szCs w:val="24"/>
        </w:rPr>
        <w:t>niezbędne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wykonania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umowy</w:t>
      </w:r>
      <w:proofErr w:type="spellEnd"/>
      <w:r w:rsidRPr="00FD0A5F">
        <w:rPr>
          <w:sz w:val="23"/>
          <w:szCs w:val="24"/>
        </w:rPr>
        <w:t xml:space="preserve"> - </w:t>
      </w:r>
      <w:proofErr w:type="spellStart"/>
      <w:r w:rsidRPr="00FD0A5F">
        <w:rPr>
          <w:sz w:val="23"/>
          <w:szCs w:val="24"/>
        </w:rPr>
        <w:t>także</w:t>
      </w:r>
      <w:proofErr w:type="spellEnd"/>
      <w:r w:rsidRPr="00FD0A5F">
        <w:rPr>
          <w:sz w:val="23"/>
          <w:szCs w:val="24"/>
        </w:rPr>
        <w:t xml:space="preserve"> art. 6 </w:t>
      </w:r>
      <w:proofErr w:type="spellStart"/>
      <w:r w:rsidRPr="00FD0A5F">
        <w:rPr>
          <w:sz w:val="23"/>
          <w:szCs w:val="24"/>
        </w:rPr>
        <w:t>ust</w:t>
      </w:r>
      <w:proofErr w:type="spellEnd"/>
      <w:r w:rsidRPr="00FD0A5F">
        <w:rPr>
          <w:sz w:val="23"/>
          <w:szCs w:val="24"/>
        </w:rPr>
        <w:t xml:space="preserve">. 1 lit. b RODO. Dane </w:t>
      </w:r>
      <w:proofErr w:type="spellStart"/>
      <w:r w:rsidRPr="00FD0A5F">
        <w:rPr>
          <w:sz w:val="23"/>
          <w:szCs w:val="24"/>
        </w:rPr>
        <w:t>szczególnych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kategorii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podstawie</w:t>
      </w:r>
      <w:proofErr w:type="spellEnd"/>
      <w:r w:rsidRPr="00FD0A5F">
        <w:rPr>
          <w:sz w:val="23"/>
          <w:szCs w:val="24"/>
        </w:rPr>
        <w:t xml:space="preserve"> art. 9 </w:t>
      </w:r>
      <w:proofErr w:type="spellStart"/>
      <w:r w:rsidRPr="00FD0A5F">
        <w:rPr>
          <w:sz w:val="23"/>
          <w:szCs w:val="24"/>
        </w:rPr>
        <w:t>ust</w:t>
      </w:r>
      <w:proofErr w:type="spellEnd"/>
      <w:r w:rsidRPr="00FD0A5F">
        <w:rPr>
          <w:sz w:val="23"/>
          <w:szCs w:val="24"/>
        </w:rPr>
        <w:t xml:space="preserve">. 2 lit. g RODO. </w:t>
      </w:r>
      <w:proofErr w:type="spellStart"/>
      <w:r w:rsidRPr="00FD0A5F">
        <w:rPr>
          <w:sz w:val="23"/>
          <w:szCs w:val="24"/>
        </w:rPr>
        <w:t>Podstawy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te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stosuje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się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związku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szczególności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rozdziałem</w:t>
      </w:r>
      <w:proofErr w:type="spellEnd"/>
      <w:r w:rsidRPr="00FD0A5F">
        <w:rPr>
          <w:sz w:val="23"/>
          <w:szCs w:val="24"/>
        </w:rPr>
        <w:t xml:space="preserve"> 18, w </w:t>
      </w:r>
      <w:proofErr w:type="spellStart"/>
      <w:r w:rsidRPr="00FD0A5F">
        <w:rPr>
          <w:sz w:val="23"/>
          <w:szCs w:val="24"/>
        </w:rPr>
        <w:t>tym</w:t>
      </w:r>
      <w:proofErr w:type="spellEnd"/>
      <w:r w:rsidRPr="00FD0A5F">
        <w:rPr>
          <w:sz w:val="23"/>
          <w:szCs w:val="24"/>
        </w:rPr>
        <w:t xml:space="preserve"> art. 87-91 </w:t>
      </w:r>
      <w:proofErr w:type="spellStart"/>
      <w:r w:rsidRPr="00FD0A5F">
        <w:rPr>
          <w:sz w:val="23"/>
          <w:szCs w:val="24"/>
        </w:rPr>
        <w:t>ustawy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dnia</w:t>
      </w:r>
      <w:proofErr w:type="spellEnd"/>
      <w:r w:rsidRPr="00FD0A5F">
        <w:rPr>
          <w:sz w:val="23"/>
          <w:szCs w:val="24"/>
        </w:rPr>
        <w:t xml:space="preserve"> 28 </w:t>
      </w:r>
      <w:proofErr w:type="spellStart"/>
      <w:r w:rsidRPr="00FD0A5F">
        <w:rPr>
          <w:sz w:val="23"/>
          <w:szCs w:val="24"/>
        </w:rPr>
        <w:t>kwietnia</w:t>
      </w:r>
      <w:proofErr w:type="spellEnd"/>
      <w:r w:rsidRPr="00FD0A5F">
        <w:rPr>
          <w:sz w:val="23"/>
          <w:szCs w:val="24"/>
        </w:rPr>
        <w:t xml:space="preserve"> 2022 r. o </w:t>
      </w:r>
      <w:proofErr w:type="spellStart"/>
      <w:r w:rsidRPr="00FD0A5F">
        <w:rPr>
          <w:sz w:val="23"/>
          <w:szCs w:val="24"/>
        </w:rPr>
        <w:t>zasadach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realizacji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zadań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finansowanych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środków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europejskich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perspektywie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finansowej</w:t>
      </w:r>
      <w:proofErr w:type="spellEnd"/>
      <w:r w:rsidRPr="00FD0A5F">
        <w:rPr>
          <w:sz w:val="23"/>
          <w:szCs w:val="24"/>
        </w:rPr>
        <w:t xml:space="preserve"> 2021-2027 (</w:t>
      </w:r>
      <w:proofErr w:type="spellStart"/>
      <w:r w:rsidRPr="00FD0A5F">
        <w:rPr>
          <w:sz w:val="23"/>
          <w:szCs w:val="24"/>
        </w:rPr>
        <w:t>t.j.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Dz.U</w:t>
      </w:r>
      <w:proofErr w:type="spellEnd"/>
      <w:r w:rsidRPr="00FD0A5F">
        <w:rPr>
          <w:sz w:val="23"/>
          <w:szCs w:val="24"/>
        </w:rPr>
        <w:t xml:space="preserve">. z 2025 r. </w:t>
      </w:r>
      <w:proofErr w:type="spellStart"/>
      <w:r w:rsidRPr="00FD0A5F">
        <w:rPr>
          <w:sz w:val="23"/>
          <w:szCs w:val="24"/>
        </w:rPr>
        <w:t>poz</w:t>
      </w:r>
      <w:proofErr w:type="spellEnd"/>
      <w:r w:rsidRPr="00FD0A5F">
        <w:rPr>
          <w:sz w:val="23"/>
          <w:szCs w:val="24"/>
        </w:rPr>
        <w:t xml:space="preserve">. 1733), </w:t>
      </w:r>
      <w:proofErr w:type="spellStart"/>
      <w:r w:rsidRPr="00FD0A5F">
        <w:rPr>
          <w:sz w:val="23"/>
          <w:szCs w:val="24"/>
        </w:rPr>
        <w:t>rozporządzeniem</w:t>
      </w:r>
      <w:proofErr w:type="spellEnd"/>
      <w:r w:rsidRPr="00FD0A5F">
        <w:rPr>
          <w:sz w:val="23"/>
          <w:szCs w:val="24"/>
        </w:rPr>
        <w:t xml:space="preserve"> (UE) 2021/1060, </w:t>
      </w:r>
      <w:proofErr w:type="spellStart"/>
      <w:r w:rsidRPr="00FD0A5F">
        <w:rPr>
          <w:sz w:val="23"/>
          <w:szCs w:val="24"/>
        </w:rPr>
        <w:t>rozporządzeniem</w:t>
      </w:r>
      <w:proofErr w:type="spellEnd"/>
      <w:r w:rsidRPr="00FD0A5F">
        <w:rPr>
          <w:sz w:val="23"/>
          <w:szCs w:val="24"/>
        </w:rPr>
        <w:t xml:space="preserve"> (UE) 2021/1057, </w:t>
      </w:r>
      <w:proofErr w:type="spellStart"/>
      <w:r w:rsidRPr="00FD0A5F">
        <w:rPr>
          <w:sz w:val="23"/>
          <w:szCs w:val="24"/>
        </w:rPr>
        <w:t>przepisami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archiwalnymi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zasadami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programu</w:t>
      </w:r>
      <w:proofErr w:type="spellEnd"/>
      <w:r w:rsidRPr="00FD0A5F">
        <w:rPr>
          <w:sz w:val="23"/>
          <w:szCs w:val="24"/>
        </w:rPr>
        <w:t xml:space="preserve"> FEP 2021-2027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umową</w:t>
      </w:r>
      <w:proofErr w:type="spellEnd"/>
      <w:r w:rsidRPr="00FD0A5F">
        <w:rPr>
          <w:sz w:val="23"/>
          <w:szCs w:val="24"/>
        </w:rPr>
        <w:t xml:space="preserve"> o </w:t>
      </w:r>
      <w:proofErr w:type="spellStart"/>
      <w:r w:rsidRPr="00FD0A5F">
        <w:rPr>
          <w:sz w:val="23"/>
          <w:szCs w:val="24"/>
        </w:rPr>
        <w:t>dofinansowanie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projektu</w:t>
      </w:r>
      <w:proofErr w:type="spellEnd"/>
      <w:r w:rsidRPr="00FD0A5F">
        <w:rPr>
          <w:sz w:val="23"/>
          <w:szCs w:val="24"/>
        </w:rPr>
        <w:t>.</w:t>
      </w:r>
    </w:p>
    <w:p w14:paraId="24F90E06" w14:textId="77777777" w:rsidR="00336DBF" w:rsidRPr="00FD0A5F" w:rsidRDefault="00633B3B" w:rsidP="00FD0A5F">
      <w:pPr>
        <w:pStyle w:val="ClauseHeading"/>
        <w:widowControl w:val="0"/>
        <w:spacing w:before="100" w:after="100" w:line="360" w:lineRule="auto"/>
        <w:rPr>
          <w:sz w:val="24"/>
          <w:szCs w:val="24"/>
        </w:rPr>
      </w:pPr>
      <w:r w:rsidRPr="00FD0A5F">
        <w:rPr>
          <w:sz w:val="23"/>
          <w:szCs w:val="24"/>
        </w:rPr>
        <w:t xml:space="preserve">4. </w:t>
      </w:r>
      <w:proofErr w:type="spellStart"/>
      <w:r w:rsidRPr="00FD0A5F">
        <w:rPr>
          <w:sz w:val="23"/>
          <w:szCs w:val="24"/>
        </w:rPr>
        <w:t>Zakres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źródła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</w:p>
    <w:p w14:paraId="019BCE75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r w:rsidRPr="00FD0A5F">
        <w:rPr>
          <w:sz w:val="23"/>
          <w:szCs w:val="24"/>
        </w:rPr>
        <w:t xml:space="preserve">W </w:t>
      </w:r>
      <w:proofErr w:type="spellStart"/>
      <w:r w:rsidRPr="00FD0A5F">
        <w:rPr>
          <w:sz w:val="23"/>
          <w:szCs w:val="24"/>
        </w:rPr>
        <w:t>zakresie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niezbędnym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realizacji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wskazanych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celów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mogą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być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przetwarzane</w:t>
      </w:r>
      <w:proofErr w:type="spellEnd"/>
      <w:r w:rsidRPr="00FD0A5F">
        <w:rPr>
          <w:sz w:val="23"/>
          <w:szCs w:val="24"/>
        </w:rPr>
        <w:t>:</w:t>
      </w:r>
    </w:p>
    <w:p w14:paraId="514BFC8D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dane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identyfikacyjne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kontaktowe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uczestnika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oraz</w:t>
      </w:r>
      <w:proofErr w:type="spellEnd"/>
      <w:r w:rsidRPr="00FD0A5F">
        <w:rPr>
          <w:sz w:val="23"/>
          <w:szCs w:val="24"/>
        </w:rPr>
        <w:t xml:space="preserve"> - w </w:t>
      </w:r>
      <w:proofErr w:type="spellStart"/>
      <w:r w:rsidRPr="00FD0A5F">
        <w:rPr>
          <w:sz w:val="23"/>
          <w:szCs w:val="24"/>
        </w:rPr>
        <w:t>przypadku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dziecka</w:t>
      </w:r>
      <w:proofErr w:type="spellEnd"/>
      <w:r w:rsidRPr="00FD0A5F">
        <w:rPr>
          <w:sz w:val="23"/>
          <w:szCs w:val="24"/>
        </w:rPr>
        <w:t xml:space="preserve"> - </w:t>
      </w:r>
      <w:proofErr w:type="spellStart"/>
      <w:r w:rsidRPr="00FD0A5F">
        <w:rPr>
          <w:sz w:val="23"/>
          <w:szCs w:val="24"/>
        </w:rPr>
        <w:t>rodzica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opiekuna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prawnego</w:t>
      </w:r>
      <w:proofErr w:type="spellEnd"/>
      <w:r w:rsidRPr="00FD0A5F">
        <w:rPr>
          <w:sz w:val="23"/>
          <w:szCs w:val="24"/>
        </w:rPr>
        <w:t>;</w:t>
      </w:r>
    </w:p>
    <w:p w14:paraId="6B2480D7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dane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dotyczące</w:t>
      </w:r>
      <w:proofErr w:type="spellEnd"/>
      <w:r w:rsidRPr="00FD0A5F">
        <w:rPr>
          <w:sz w:val="23"/>
          <w:szCs w:val="24"/>
        </w:rPr>
        <w:t xml:space="preserve"> OWP, </w:t>
      </w:r>
      <w:proofErr w:type="spellStart"/>
      <w:r w:rsidRPr="00FD0A5F">
        <w:rPr>
          <w:sz w:val="23"/>
          <w:szCs w:val="24"/>
        </w:rPr>
        <w:t>miejsca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zamieszkania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obywatelstwa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oraz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demograficzne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społeczno-zawodowe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wymagane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monitorowania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wskaźników</w:t>
      </w:r>
      <w:proofErr w:type="spellEnd"/>
      <w:r w:rsidRPr="00FD0A5F">
        <w:rPr>
          <w:sz w:val="23"/>
          <w:szCs w:val="24"/>
        </w:rPr>
        <w:t>;</w:t>
      </w:r>
    </w:p>
    <w:p w14:paraId="726FB8AE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dane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służące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potwierdzeniu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kwalifikowalności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kryteriów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rekrutacyjnych</w:t>
      </w:r>
      <w:proofErr w:type="spellEnd"/>
      <w:r w:rsidRPr="00FD0A5F">
        <w:rPr>
          <w:sz w:val="23"/>
          <w:szCs w:val="24"/>
        </w:rPr>
        <w:t xml:space="preserve">, w </w:t>
      </w:r>
      <w:proofErr w:type="spellStart"/>
      <w:r w:rsidRPr="00FD0A5F">
        <w:rPr>
          <w:sz w:val="23"/>
          <w:szCs w:val="24"/>
        </w:rPr>
        <w:t>tym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informacje</w:t>
      </w:r>
      <w:proofErr w:type="spellEnd"/>
      <w:r w:rsidRPr="00FD0A5F">
        <w:rPr>
          <w:sz w:val="23"/>
          <w:szCs w:val="24"/>
        </w:rPr>
        <w:t xml:space="preserve"> o </w:t>
      </w:r>
      <w:proofErr w:type="spellStart"/>
      <w:r w:rsidRPr="00FD0A5F">
        <w:rPr>
          <w:sz w:val="23"/>
          <w:szCs w:val="24"/>
        </w:rPr>
        <w:t>rozpoznanych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trudnościach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potrzebach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rozwojowych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szczególnych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potrzebach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niepełnosprawności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zdrowiu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albo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pochodzeniu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rasowym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etnicznym</w:t>
      </w:r>
      <w:proofErr w:type="spellEnd"/>
      <w:r w:rsidRPr="00FD0A5F">
        <w:rPr>
          <w:sz w:val="23"/>
          <w:szCs w:val="24"/>
        </w:rPr>
        <w:t xml:space="preserve"> - </w:t>
      </w:r>
      <w:proofErr w:type="spellStart"/>
      <w:r w:rsidRPr="00FD0A5F">
        <w:rPr>
          <w:sz w:val="23"/>
          <w:szCs w:val="24"/>
        </w:rPr>
        <w:t>wyłącznie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gdy</w:t>
      </w:r>
      <w:proofErr w:type="spellEnd"/>
      <w:r w:rsidRPr="00FD0A5F">
        <w:rPr>
          <w:sz w:val="23"/>
          <w:szCs w:val="24"/>
        </w:rPr>
        <w:t xml:space="preserve"> jest to </w:t>
      </w:r>
      <w:proofErr w:type="spellStart"/>
      <w:r w:rsidRPr="00FD0A5F">
        <w:rPr>
          <w:sz w:val="23"/>
          <w:szCs w:val="24"/>
        </w:rPr>
        <w:t>niezbędne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dopuszczalne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prawem</w:t>
      </w:r>
      <w:proofErr w:type="spellEnd"/>
      <w:r w:rsidRPr="00FD0A5F">
        <w:rPr>
          <w:sz w:val="23"/>
          <w:szCs w:val="24"/>
        </w:rPr>
        <w:t>;</w:t>
      </w:r>
    </w:p>
    <w:p w14:paraId="430CDFB9" w14:textId="0D1F971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dane</w:t>
      </w:r>
      <w:proofErr w:type="spellEnd"/>
      <w:r w:rsidRPr="00FD0A5F">
        <w:rPr>
          <w:sz w:val="23"/>
          <w:szCs w:val="24"/>
        </w:rPr>
        <w:t xml:space="preserve"> o </w:t>
      </w:r>
      <w:proofErr w:type="spellStart"/>
      <w:r w:rsidRPr="00FD0A5F">
        <w:rPr>
          <w:sz w:val="23"/>
          <w:szCs w:val="24"/>
        </w:rPr>
        <w:t>udzielonych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formach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wsparcia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frekwencji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datach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rozpoczęcia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zakończenia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udziału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osiągniętych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rezultatach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oraz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sytuacji</w:t>
      </w:r>
      <w:proofErr w:type="spellEnd"/>
      <w:r w:rsidRPr="00FD0A5F">
        <w:rPr>
          <w:sz w:val="23"/>
          <w:szCs w:val="24"/>
        </w:rPr>
        <w:t xml:space="preserve"> po </w:t>
      </w:r>
      <w:proofErr w:type="spellStart"/>
      <w:r w:rsidRPr="00FD0A5F">
        <w:rPr>
          <w:sz w:val="23"/>
          <w:szCs w:val="24"/>
        </w:rPr>
        <w:t>zakończeniu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udziału</w:t>
      </w:r>
      <w:proofErr w:type="spellEnd"/>
      <w:r w:rsidRPr="00FD0A5F">
        <w:rPr>
          <w:sz w:val="23"/>
          <w:szCs w:val="24"/>
        </w:rPr>
        <w:t>.</w:t>
      </w:r>
    </w:p>
    <w:p w14:paraId="07F6FE08" w14:textId="236EEA95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r w:rsidRPr="00FD0A5F">
        <w:rPr>
          <w:sz w:val="23"/>
          <w:szCs w:val="24"/>
        </w:rPr>
        <w:t xml:space="preserve">Dane </w:t>
      </w:r>
      <w:proofErr w:type="spellStart"/>
      <w:r w:rsidRPr="00FD0A5F">
        <w:rPr>
          <w:sz w:val="23"/>
          <w:szCs w:val="24"/>
        </w:rPr>
        <w:t>są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pozyskiwane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bezpośrednio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od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uczestnika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- w </w:t>
      </w:r>
      <w:proofErr w:type="spellStart"/>
      <w:r w:rsidRPr="00FD0A5F">
        <w:rPr>
          <w:sz w:val="23"/>
          <w:szCs w:val="24"/>
        </w:rPr>
        <w:t>przypadku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dziecka</w:t>
      </w:r>
      <w:proofErr w:type="spellEnd"/>
      <w:r w:rsidRPr="00FD0A5F">
        <w:rPr>
          <w:sz w:val="23"/>
          <w:szCs w:val="24"/>
        </w:rPr>
        <w:t xml:space="preserve"> - od </w:t>
      </w:r>
      <w:proofErr w:type="spellStart"/>
      <w:r w:rsidRPr="00FD0A5F">
        <w:rPr>
          <w:sz w:val="23"/>
          <w:szCs w:val="24"/>
        </w:rPr>
        <w:t>rodzica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albo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opiekuna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prawnego</w:t>
      </w:r>
      <w:proofErr w:type="spellEnd"/>
      <w:r w:rsidRPr="00FD0A5F">
        <w:rPr>
          <w:sz w:val="23"/>
          <w:szCs w:val="24"/>
        </w:rPr>
        <w:t xml:space="preserve">. W </w:t>
      </w:r>
      <w:proofErr w:type="spellStart"/>
      <w:r w:rsidRPr="00FD0A5F">
        <w:rPr>
          <w:sz w:val="23"/>
          <w:szCs w:val="24"/>
        </w:rPr>
        <w:t>niezbędnym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zakresie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mogą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pochodzić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także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dokumentacji</w:t>
      </w:r>
      <w:proofErr w:type="spellEnd"/>
      <w:r w:rsidRPr="00FD0A5F">
        <w:rPr>
          <w:sz w:val="23"/>
          <w:szCs w:val="24"/>
        </w:rPr>
        <w:t xml:space="preserve"> OWP, </w:t>
      </w:r>
      <w:proofErr w:type="spellStart"/>
      <w:r w:rsidRPr="00FD0A5F">
        <w:rPr>
          <w:sz w:val="23"/>
          <w:szCs w:val="24"/>
        </w:rPr>
        <w:t>dokumentacji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specjalistycznej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systemu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teleinformatycznego</w:t>
      </w:r>
      <w:proofErr w:type="spellEnd"/>
      <w:r w:rsidRPr="00FD0A5F">
        <w:rPr>
          <w:sz w:val="23"/>
          <w:szCs w:val="24"/>
        </w:rPr>
        <w:t xml:space="preserve"> CST2021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rejestrów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publicznych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jeżeli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dostęp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nich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wynika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przepisów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prawa</w:t>
      </w:r>
      <w:proofErr w:type="spellEnd"/>
      <w:r w:rsidRPr="00FD0A5F">
        <w:rPr>
          <w:sz w:val="23"/>
          <w:szCs w:val="24"/>
        </w:rPr>
        <w:t xml:space="preserve">.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pozyskuje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się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które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dotyczą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uczestnika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albo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potrzebne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potwierdzenia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kwalifikowalności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realizacji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wsparcia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monitorowania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projektu</w:t>
      </w:r>
      <w:proofErr w:type="spellEnd"/>
      <w:r w:rsidRPr="00FD0A5F">
        <w:rPr>
          <w:sz w:val="23"/>
          <w:szCs w:val="24"/>
        </w:rPr>
        <w:t>.</w:t>
      </w:r>
    </w:p>
    <w:p w14:paraId="297C2EEE" w14:textId="77777777" w:rsidR="00336DBF" w:rsidRPr="00FD0A5F" w:rsidRDefault="00633B3B" w:rsidP="00FD0A5F">
      <w:pPr>
        <w:pStyle w:val="ClauseHeading"/>
        <w:widowControl w:val="0"/>
        <w:spacing w:before="100" w:after="100" w:line="360" w:lineRule="auto"/>
        <w:rPr>
          <w:sz w:val="24"/>
          <w:szCs w:val="24"/>
        </w:rPr>
      </w:pPr>
      <w:r w:rsidRPr="00FD0A5F">
        <w:rPr>
          <w:sz w:val="23"/>
          <w:szCs w:val="24"/>
        </w:rPr>
        <w:t xml:space="preserve">5. </w:t>
      </w:r>
      <w:proofErr w:type="spellStart"/>
      <w:r w:rsidRPr="00FD0A5F">
        <w:rPr>
          <w:sz w:val="23"/>
          <w:szCs w:val="24"/>
        </w:rPr>
        <w:t>Odbiorcy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przekazywanie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</w:p>
    <w:p w14:paraId="1C2138E1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r w:rsidRPr="00FD0A5F">
        <w:rPr>
          <w:sz w:val="23"/>
          <w:szCs w:val="24"/>
        </w:rPr>
        <w:t xml:space="preserve">Dane </w:t>
      </w:r>
      <w:proofErr w:type="spellStart"/>
      <w:r w:rsidRPr="00FD0A5F">
        <w:rPr>
          <w:sz w:val="23"/>
          <w:szCs w:val="24"/>
        </w:rPr>
        <w:t>mogą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być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udostępniane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pozostałym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administratorom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wymienionym</w:t>
      </w:r>
      <w:proofErr w:type="spellEnd"/>
      <w:r w:rsidRPr="00FD0A5F">
        <w:rPr>
          <w:sz w:val="23"/>
          <w:szCs w:val="24"/>
        </w:rPr>
        <w:t xml:space="preserve"> w art. 87 </w:t>
      </w:r>
      <w:proofErr w:type="spellStart"/>
      <w:r w:rsidRPr="00FD0A5F">
        <w:rPr>
          <w:sz w:val="23"/>
          <w:szCs w:val="24"/>
        </w:rPr>
        <w:t>ust</w:t>
      </w:r>
      <w:proofErr w:type="spellEnd"/>
      <w:r w:rsidRPr="00FD0A5F">
        <w:rPr>
          <w:sz w:val="23"/>
          <w:szCs w:val="24"/>
        </w:rPr>
        <w:t xml:space="preserve">. 1 </w:t>
      </w:r>
      <w:proofErr w:type="spellStart"/>
      <w:r w:rsidRPr="00FD0A5F">
        <w:rPr>
          <w:sz w:val="23"/>
          <w:szCs w:val="24"/>
        </w:rPr>
        <w:t>ustawy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wdrożeniowej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instytucjom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uprawnionym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monitorowania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kontroli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audytu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projektu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programu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Komisji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Europejskiej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oraz</w:t>
      </w:r>
      <w:proofErr w:type="spellEnd"/>
      <w:r w:rsidRPr="00FD0A5F">
        <w:rPr>
          <w:sz w:val="23"/>
          <w:szCs w:val="24"/>
        </w:rPr>
        <w:t xml:space="preserve"> - w </w:t>
      </w:r>
      <w:proofErr w:type="spellStart"/>
      <w:r w:rsidRPr="00FD0A5F">
        <w:rPr>
          <w:sz w:val="23"/>
          <w:szCs w:val="24"/>
        </w:rPr>
        <w:t>zakresie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przewidzianym</w:t>
      </w:r>
      <w:proofErr w:type="spellEnd"/>
      <w:r w:rsidRPr="00FD0A5F">
        <w:rPr>
          <w:sz w:val="23"/>
          <w:szCs w:val="24"/>
        </w:rPr>
        <w:t xml:space="preserve"> w art. 89 </w:t>
      </w:r>
      <w:proofErr w:type="spellStart"/>
      <w:r w:rsidRPr="00FD0A5F">
        <w:rPr>
          <w:sz w:val="23"/>
          <w:szCs w:val="24"/>
        </w:rPr>
        <w:t>ust</w:t>
      </w:r>
      <w:proofErr w:type="spellEnd"/>
      <w:r w:rsidRPr="00FD0A5F">
        <w:rPr>
          <w:sz w:val="23"/>
          <w:szCs w:val="24"/>
        </w:rPr>
        <w:t xml:space="preserve">. 2 </w:t>
      </w:r>
      <w:proofErr w:type="spellStart"/>
      <w:r w:rsidRPr="00FD0A5F">
        <w:rPr>
          <w:sz w:val="23"/>
          <w:szCs w:val="24"/>
        </w:rPr>
        <w:t>tej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ustawy</w:t>
      </w:r>
      <w:proofErr w:type="spellEnd"/>
      <w:r w:rsidRPr="00FD0A5F">
        <w:rPr>
          <w:sz w:val="23"/>
          <w:szCs w:val="24"/>
        </w:rPr>
        <w:t xml:space="preserve"> - </w:t>
      </w:r>
      <w:proofErr w:type="spellStart"/>
      <w:r w:rsidRPr="00FD0A5F">
        <w:rPr>
          <w:sz w:val="23"/>
          <w:szCs w:val="24"/>
        </w:rPr>
        <w:t>Prezesowi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Zakładu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Ubezpieczeń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Społecznych</w:t>
      </w:r>
      <w:proofErr w:type="spellEnd"/>
      <w:r w:rsidRPr="00FD0A5F">
        <w:rPr>
          <w:sz w:val="23"/>
          <w:szCs w:val="24"/>
        </w:rPr>
        <w:t xml:space="preserve">. </w:t>
      </w:r>
      <w:proofErr w:type="spellStart"/>
      <w:r w:rsidRPr="00FD0A5F">
        <w:rPr>
          <w:sz w:val="23"/>
          <w:szCs w:val="24"/>
        </w:rPr>
        <w:t>Odbiorcami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mogą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być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również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lastRenderedPageBreak/>
        <w:t>podmioty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realizujące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wsparcie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usługi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zlecenie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właściwego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administratora</w:t>
      </w:r>
      <w:proofErr w:type="spellEnd"/>
      <w:r w:rsidRPr="00FD0A5F">
        <w:rPr>
          <w:sz w:val="23"/>
          <w:szCs w:val="24"/>
        </w:rPr>
        <w:t xml:space="preserve">, w </w:t>
      </w:r>
      <w:proofErr w:type="spellStart"/>
      <w:r w:rsidRPr="00FD0A5F">
        <w:rPr>
          <w:sz w:val="23"/>
          <w:szCs w:val="24"/>
        </w:rPr>
        <w:t>szczególności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dostawcy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systemów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informatycznych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obsługi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prawnej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pocztowej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archiwizacyjnej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ewaluacyjnej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podstawie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przepisów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albo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umów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powierzenia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wyłącznie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zakresie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niezbędnym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wykonania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powierzonych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zadań</w:t>
      </w:r>
      <w:proofErr w:type="spellEnd"/>
      <w:r w:rsidRPr="00FD0A5F">
        <w:rPr>
          <w:sz w:val="23"/>
          <w:szCs w:val="24"/>
        </w:rPr>
        <w:t>.</w:t>
      </w:r>
    </w:p>
    <w:p w14:paraId="418FD01A" w14:textId="076C8C25" w:rsidR="00336DB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r w:rsidRPr="00FD0A5F">
        <w:rPr>
          <w:sz w:val="23"/>
          <w:szCs w:val="24"/>
        </w:rPr>
        <w:t xml:space="preserve">W </w:t>
      </w:r>
      <w:proofErr w:type="spellStart"/>
      <w:r w:rsidRPr="00FD0A5F">
        <w:rPr>
          <w:sz w:val="23"/>
          <w:szCs w:val="24"/>
        </w:rPr>
        <w:t>ramach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podstawowej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dokumentacji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rekrutacyjnej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monitoringowej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Gmina Łęczyce</w:t>
      </w:r>
      <w:proofErr w:type="spellEnd"/>
      <w:r w:rsidRPr="00FD0A5F">
        <w:rPr>
          <w:sz w:val="23"/>
          <w:szCs w:val="24"/>
        </w:rPr>
        <w:t xml:space="preserve"/>
      </w:r>
      <w:proofErr w:type="spellStart"/>
      <w:r w:rsidRPr="00FD0A5F">
        <w:rPr>
          <w:sz w:val="23"/>
          <w:szCs w:val="24"/>
        </w:rPr>
        <w:t/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przewiduje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przekazywania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państwa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trzeciego</w:t>
      </w:r>
      <w:proofErr w:type="spellEnd"/>
      <w:r w:rsidRPr="00FD0A5F">
        <w:rPr>
          <w:sz w:val="23"/>
          <w:szCs w:val="24"/>
        </w:rPr>
        <w:t xml:space="preserve"> ani </w:t>
      </w:r>
      <w:proofErr w:type="spellStart"/>
      <w:r w:rsidRPr="00FD0A5F">
        <w:rPr>
          <w:sz w:val="23"/>
          <w:szCs w:val="24"/>
        </w:rPr>
        <w:t>organizacji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międzynarodowej</w:t>
      </w:r>
      <w:proofErr w:type="spellEnd"/>
      <w:r w:rsidRPr="00FD0A5F">
        <w:rPr>
          <w:sz w:val="23"/>
          <w:szCs w:val="24"/>
        </w:rPr>
        <w:t xml:space="preserve">. </w:t>
      </w:r>
      <w:proofErr w:type="spellStart"/>
      <w:r w:rsidRPr="00FD0A5F">
        <w:rPr>
          <w:sz w:val="23"/>
          <w:szCs w:val="24"/>
        </w:rPr>
        <w:t>Ewentualne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przekazywanie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wizerunku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związku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publikacją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internetową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odbywa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się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wyłącznie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zasadach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opisanych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odrębnej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dobrowolnej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zgodzie</w:t>
      </w:r>
      <w:proofErr w:type="spellEnd"/>
      <w:r w:rsidRPr="00FD0A5F">
        <w:rPr>
          <w:sz w:val="23"/>
          <w:szCs w:val="24"/>
        </w:rPr>
        <w:t>.</w:t>
      </w:r>
    </w:p>
    <w:p w14:paraId="6A49299A" w14:textId="55048B93" w:rsidR="00527FAA" w:rsidRPr="00FD0A5F" w:rsidRDefault="00527FAA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r w:rsidRPr="00527FAA">
        <w:rPr>
          <w:sz w:val="23"/>
          <w:szCs w:val="24"/>
        </w:rPr>
        <w:t xml:space="preserve">Dane mogą być również przekazywane Partnerowi projektu – Dawid Steffke Mapa Edukacji – w zakresie niezbędnym do organizacji i realizacji powierzonych mu działań, zgodnie z właściwymi podstawami i uzgodnieniami dotyczącymi przetwarzania danych osobowych.</w:t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 xml:space="preserve"/>
      </w:r>
      <w:proofErr w:type="spellStart"/>
      <w:r w:rsidRPr="00527FAA">
        <w:rPr>
          <w:sz w:val="23"/>
          <w:szCs w:val="24"/>
        </w:rPr>
        <w:t/>
      </w:r>
      <w:proofErr w:type="spellEnd"/>
      <w:r w:rsidRPr="00527FAA">
        <w:rPr>
          <w:sz w:val="23"/>
          <w:szCs w:val="24"/>
        </w:rPr>
        <w:t/>
      </w:r>
    </w:p>
    <w:p w14:paraId="452F5069" w14:textId="77777777" w:rsidR="00336DBF" w:rsidRPr="00FD0A5F" w:rsidRDefault="00633B3B" w:rsidP="00FD0A5F">
      <w:pPr>
        <w:pStyle w:val="ClauseHeading"/>
        <w:widowControl w:val="0"/>
        <w:spacing w:before="100" w:after="100" w:line="360" w:lineRule="auto"/>
        <w:rPr>
          <w:sz w:val="24"/>
          <w:szCs w:val="24"/>
        </w:rPr>
      </w:pPr>
      <w:r w:rsidRPr="00FD0A5F">
        <w:rPr>
          <w:sz w:val="23"/>
          <w:szCs w:val="24"/>
        </w:rPr>
        <w:t xml:space="preserve">6. </w:t>
      </w:r>
      <w:proofErr w:type="spellStart"/>
      <w:r w:rsidRPr="00FD0A5F">
        <w:rPr>
          <w:sz w:val="23"/>
          <w:szCs w:val="24"/>
        </w:rPr>
        <w:t>Okres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przechowywania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</w:p>
    <w:p w14:paraId="432C9340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r w:rsidRPr="00FD0A5F">
        <w:rPr>
          <w:sz w:val="23"/>
          <w:szCs w:val="24"/>
        </w:rPr>
        <w:t xml:space="preserve">Dane </w:t>
      </w:r>
      <w:proofErr w:type="spellStart"/>
      <w:r w:rsidRPr="00FD0A5F">
        <w:rPr>
          <w:sz w:val="23"/>
          <w:szCs w:val="24"/>
        </w:rPr>
        <w:t>będą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przechowywane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okres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niezbędny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realizacji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celów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rozliczenia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monitorowania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kontroli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ewaluacji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projektu</w:t>
      </w:r>
      <w:proofErr w:type="spellEnd"/>
      <w:r w:rsidRPr="00FD0A5F">
        <w:rPr>
          <w:sz w:val="23"/>
          <w:szCs w:val="24"/>
        </w:rPr>
        <w:t xml:space="preserve">, a </w:t>
      </w:r>
      <w:proofErr w:type="spellStart"/>
      <w:r w:rsidRPr="00FD0A5F">
        <w:rPr>
          <w:sz w:val="23"/>
          <w:szCs w:val="24"/>
        </w:rPr>
        <w:t>następnie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okres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archiwizacji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wynikający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przepisów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umowy</w:t>
      </w:r>
      <w:proofErr w:type="spellEnd"/>
      <w:r w:rsidRPr="00FD0A5F">
        <w:rPr>
          <w:sz w:val="23"/>
          <w:szCs w:val="24"/>
        </w:rPr>
        <w:t xml:space="preserve"> o </w:t>
      </w:r>
      <w:proofErr w:type="spellStart"/>
      <w:r w:rsidRPr="00FD0A5F">
        <w:rPr>
          <w:sz w:val="23"/>
          <w:szCs w:val="24"/>
        </w:rPr>
        <w:t>dofinansowanie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dokumentów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programu</w:t>
      </w:r>
      <w:proofErr w:type="spellEnd"/>
      <w:r w:rsidRPr="00FD0A5F">
        <w:rPr>
          <w:sz w:val="23"/>
          <w:szCs w:val="24"/>
        </w:rPr>
        <w:t xml:space="preserve">, z </w:t>
      </w:r>
      <w:proofErr w:type="spellStart"/>
      <w:r w:rsidRPr="00FD0A5F">
        <w:rPr>
          <w:sz w:val="23"/>
          <w:szCs w:val="24"/>
        </w:rPr>
        <w:t>uwzględnieniem</w:t>
      </w:r>
      <w:proofErr w:type="spellEnd"/>
      <w:r w:rsidRPr="00FD0A5F">
        <w:rPr>
          <w:sz w:val="23"/>
          <w:szCs w:val="24"/>
        </w:rPr>
        <w:t xml:space="preserve"> art. 82 </w:t>
      </w:r>
      <w:proofErr w:type="spellStart"/>
      <w:r w:rsidRPr="00FD0A5F">
        <w:rPr>
          <w:sz w:val="23"/>
          <w:szCs w:val="24"/>
        </w:rPr>
        <w:t>rozporządzenia</w:t>
      </w:r>
      <w:proofErr w:type="spellEnd"/>
      <w:r w:rsidRPr="00FD0A5F">
        <w:rPr>
          <w:sz w:val="23"/>
          <w:szCs w:val="24"/>
        </w:rPr>
        <w:t xml:space="preserve"> (UE) 2021/1060. </w:t>
      </w:r>
      <w:proofErr w:type="spellStart"/>
      <w:r w:rsidRPr="00FD0A5F">
        <w:rPr>
          <w:sz w:val="23"/>
          <w:szCs w:val="24"/>
        </w:rPr>
        <w:t>Bieg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właściwego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okresu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może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zostać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przerwany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przypadku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postępowania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administracyjnego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sądowego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dotyczącego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projektu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albo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wniosek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Komisji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Europejskiej</w:t>
      </w:r>
      <w:proofErr w:type="spellEnd"/>
      <w:r w:rsidRPr="00FD0A5F">
        <w:rPr>
          <w:sz w:val="23"/>
          <w:szCs w:val="24"/>
        </w:rPr>
        <w:t>.</w:t>
      </w:r>
    </w:p>
    <w:p w14:paraId="2019E68D" w14:textId="77777777" w:rsidR="00336DBF" w:rsidRPr="00FD0A5F" w:rsidRDefault="00633B3B" w:rsidP="00FD0A5F">
      <w:pPr>
        <w:pStyle w:val="ClauseHeading"/>
        <w:widowControl w:val="0"/>
        <w:spacing w:before="100" w:after="100" w:line="360" w:lineRule="auto"/>
        <w:rPr>
          <w:sz w:val="24"/>
          <w:szCs w:val="24"/>
        </w:rPr>
      </w:pPr>
      <w:r w:rsidRPr="00FD0A5F">
        <w:rPr>
          <w:sz w:val="23"/>
          <w:szCs w:val="24"/>
        </w:rPr>
        <w:t xml:space="preserve">7. </w:t>
      </w:r>
      <w:proofErr w:type="spellStart"/>
      <w:r w:rsidRPr="00FD0A5F">
        <w:rPr>
          <w:sz w:val="23"/>
          <w:szCs w:val="24"/>
        </w:rPr>
        <w:t>Prawa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osoby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której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dotyczą</w:t>
      </w:r>
      <w:proofErr w:type="spellEnd"/>
    </w:p>
    <w:p w14:paraId="1CAE8312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r w:rsidRPr="00FD0A5F">
        <w:rPr>
          <w:sz w:val="23"/>
          <w:szCs w:val="24"/>
        </w:rPr>
        <w:t xml:space="preserve">Na </w:t>
      </w:r>
      <w:proofErr w:type="spellStart"/>
      <w:r w:rsidRPr="00FD0A5F">
        <w:rPr>
          <w:sz w:val="23"/>
          <w:szCs w:val="24"/>
        </w:rPr>
        <w:t>zasadach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określonych</w:t>
      </w:r>
      <w:proofErr w:type="spellEnd"/>
      <w:r w:rsidRPr="00FD0A5F">
        <w:rPr>
          <w:sz w:val="23"/>
          <w:szCs w:val="24"/>
        </w:rPr>
        <w:t xml:space="preserve"> w RODO </w:t>
      </w:r>
      <w:proofErr w:type="spellStart"/>
      <w:r w:rsidRPr="00FD0A5F">
        <w:rPr>
          <w:sz w:val="23"/>
          <w:szCs w:val="24"/>
        </w:rPr>
        <w:t>osobie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której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dotyczą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przysługuje</w:t>
      </w:r>
      <w:proofErr w:type="spellEnd"/>
      <w:r w:rsidRPr="00FD0A5F">
        <w:rPr>
          <w:sz w:val="23"/>
          <w:szCs w:val="24"/>
        </w:rPr>
        <w:t>:</w:t>
      </w:r>
    </w:p>
    <w:p w14:paraId="6DE706D4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prawo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dostępu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uzyskania</w:t>
      </w:r>
      <w:proofErr w:type="spellEnd"/>
      <w:r w:rsidRPr="00FD0A5F">
        <w:rPr>
          <w:sz w:val="23"/>
          <w:szCs w:val="24"/>
        </w:rPr>
        <w:t xml:space="preserve"> ich </w:t>
      </w:r>
      <w:proofErr w:type="spellStart"/>
      <w:r w:rsidRPr="00FD0A5F">
        <w:rPr>
          <w:sz w:val="23"/>
          <w:szCs w:val="24"/>
        </w:rPr>
        <w:t>kopii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oraz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sprostowania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>;</w:t>
      </w:r>
    </w:p>
    <w:p w14:paraId="52FDE32F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prawo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żądania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usunięcia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ograniczenia</w:t>
      </w:r>
      <w:proofErr w:type="spellEnd"/>
      <w:r w:rsidRPr="00FD0A5F">
        <w:rPr>
          <w:sz w:val="23"/>
          <w:szCs w:val="24"/>
        </w:rPr>
        <w:t xml:space="preserve"> ich </w:t>
      </w:r>
      <w:proofErr w:type="spellStart"/>
      <w:r w:rsidRPr="00FD0A5F">
        <w:rPr>
          <w:sz w:val="23"/>
          <w:szCs w:val="24"/>
        </w:rPr>
        <w:t>przetwarzania</w:t>
      </w:r>
      <w:proofErr w:type="spellEnd"/>
      <w:r w:rsidRPr="00FD0A5F">
        <w:rPr>
          <w:sz w:val="23"/>
          <w:szCs w:val="24"/>
        </w:rPr>
        <w:t xml:space="preserve"> - w </w:t>
      </w:r>
      <w:proofErr w:type="spellStart"/>
      <w:r w:rsidRPr="00FD0A5F">
        <w:rPr>
          <w:sz w:val="23"/>
          <w:szCs w:val="24"/>
        </w:rPr>
        <w:t>przypadkach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określonych</w:t>
      </w:r>
      <w:proofErr w:type="spellEnd"/>
      <w:r w:rsidRPr="00FD0A5F">
        <w:rPr>
          <w:sz w:val="23"/>
          <w:szCs w:val="24"/>
        </w:rPr>
        <w:t xml:space="preserve"> w RODO;</w:t>
      </w:r>
    </w:p>
    <w:p w14:paraId="710158C3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prawo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wniesienia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sprzeciwu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wobec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opartego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art. 6 </w:t>
      </w:r>
      <w:proofErr w:type="spellStart"/>
      <w:r w:rsidRPr="00FD0A5F">
        <w:rPr>
          <w:sz w:val="23"/>
          <w:szCs w:val="24"/>
        </w:rPr>
        <w:t>ust</w:t>
      </w:r>
      <w:proofErr w:type="spellEnd"/>
      <w:r w:rsidRPr="00FD0A5F">
        <w:rPr>
          <w:sz w:val="23"/>
          <w:szCs w:val="24"/>
        </w:rPr>
        <w:t>. 1 lit. e RODO;</w:t>
      </w:r>
    </w:p>
    <w:p w14:paraId="5BB7371C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prawo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przenoszenia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- </w:t>
      </w:r>
      <w:proofErr w:type="spellStart"/>
      <w:r w:rsidRPr="00FD0A5F">
        <w:rPr>
          <w:sz w:val="23"/>
          <w:szCs w:val="24"/>
        </w:rPr>
        <w:t>jeżeli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odbywa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się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podstawie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zgody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umowy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sposób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zautomatyzowany</w:t>
      </w:r>
      <w:proofErr w:type="spellEnd"/>
      <w:r w:rsidRPr="00FD0A5F">
        <w:rPr>
          <w:sz w:val="23"/>
          <w:szCs w:val="24"/>
        </w:rPr>
        <w:t>;</w:t>
      </w:r>
    </w:p>
    <w:p w14:paraId="1ECA1A32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prawo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wycofania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zgody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dowolnym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momencie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jeżeli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określone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opiera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się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zgodzie</w:t>
      </w:r>
      <w:proofErr w:type="spellEnd"/>
      <w:r w:rsidRPr="00FD0A5F">
        <w:rPr>
          <w:sz w:val="23"/>
          <w:szCs w:val="24"/>
        </w:rPr>
        <w:t xml:space="preserve">, bez </w:t>
      </w:r>
      <w:proofErr w:type="spellStart"/>
      <w:r w:rsidRPr="00FD0A5F">
        <w:rPr>
          <w:sz w:val="23"/>
          <w:szCs w:val="24"/>
        </w:rPr>
        <w:t>wpływu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zgodność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prawem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dokonanego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przed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jej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wycofaniem</w:t>
      </w:r>
      <w:proofErr w:type="spellEnd"/>
      <w:r w:rsidRPr="00FD0A5F">
        <w:rPr>
          <w:sz w:val="23"/>
          <w:szCs w:val="24"/>
        </w:rPr>
        <w:t>;</w:t>
      </w:r>
    </w:p>
    <w:p w14:paraId="4A5BAEA7" w14:textId="77777777" w:rsidR="00336DBF" w:rsidRPr="00FD0A5F" w:rsidRDefault="00633B3B" w:rsidP="00FD0A5F">
      <w:pPr>
        <w:pStyle w:val="Listapunktowana"/>
        <w:widowControl w:val="0"/>
        <w:spacing w:before="100" w:after="100" w:line="360" w:lineRule="auto"/>
        <w:ind w:left="397" w:hanging="198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prawo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wniesienia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skargi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Prezesa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Urzędu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Ochrony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Osobowych</w:t>
      </w:r>
      <w:proofErr w:type="spellEnd"/>
      <w:r w:rsidRPr="00FD0A5F">
        <w:rPr>
          <w:sz w:val="23"/>
          <w:szCs w:val="24"/>
        </w:rPr>
        <w:t>.</w:t>
      </w:r>
    </w:p>
    <w:p w14:paraId="3A48293D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lastRenderedPageBreak/>
        <w:t>Prawa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te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mają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charakteru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bezwzględnego</w:t>
      </w:r>
      <w:proofErr w:type="spellEnd"/>
      <w:r w:rsidRPr="00FD0A5F">
        <w:rPr>
          <w:sz w:val="23"/>
          <w:szCs w:val="24"/>
        </w:rPr>
        <w:t xml:space="preserve">. W </w:t>
      </w:r>
      <w:proofErr w:type="spellStart"/>
      <w:r w:rsidRPr="00FD0A5F">
        <w:rPr>
          <w:sz w:val="23"/>
          <w:szCs w:val="24"/>
        </w:rPr>
        <w:t>szczególności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prawo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usunięcia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przenoszenia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sprzeciwu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może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przysługiwać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zakresie</w:t>
      </w:r>
      <w:proofErr w:type="spellEnd"/>
      <w:r w:rsidRPr="00FD0A5F">
        <w:rPr>
          <w:sz w:val="23"/>
          <w:szCs w:val="24"/>
        </w:rPr>
        <w:t xml:space="preserve">, w </w:t>
      </w:r>
      <w:proofErr w:type="spellStart"/>
      <w:r w:rsidRPr="00FD0A5F">
        <w:rPr>
          <w:sz w:val="23"/>
          <w:szCs w:val="24"/>
        </w:rPr>
        <w:t>jakim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przetwarzanie</w:t>
      </w:r>
      <w:proofErr w:type="spellEnd"/>
      <w:r w:rsidRPr="00FD0A5F">
        <w:rPr>
          <w:sz w:val="23"/>
          <w:szCs w:val="24"/>
        </w:rPr>
        <w:t xml:space="preserve"> jest </w:t>
      </w:r>
      <w:proofErr w:type="spellStart"/>
      <w:r w:rsidRPr="00FD0A5F">
        <w:rPr>
          <w:sz w:val="23"/>
          <w:szCs w:val="24"/>
        </w:rPr>
        <w:t>niezbędne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wykonania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obowiązku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prawnego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zadania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realizowanego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interesie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publicznym</w:t>
      </w:r>
      <w:proofErr w:type="spellEnd"/>
      <w:r w:rsidRPr="00FD0A5F">
        <w:rPr>
          <w:sz w:val="23"/>
          <w:szCs w:val="24"/>
        </w:rPr>
        <w:t xml:space="preserve">. </w:t>
      </w:r>
      <w:proofErr w:type="spellStart"/>
      <w:r w:rsidRPr="00FD0A5F">
        <w:rPr>
          <w:sz w:val="23"/>
          <w:szCs w:val="24"/>
        </w:rPr>
        <w:t>Żądanie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należy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kierować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administratora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odpowiedzialnego</w:t>
      </w:r>
      <w:proofErr w:type="spellEnd"/>
      <w:r w:rsidRPr="00FD0A5F">
        <w:rPr>
          <w:sz w:val="23"/>
          <w:szCs w:val="24"/>
        </w:rPr>
        <w:t xml:space="preserve"> za </w:t>
      </w:r>
      <w:proofErr w:type="spellStart"/>
      <w:r w:rsidRPr="00FD0A5F">
        <w:rPr>
          <w:sz w:val="23"/>
          <w:szCs w:val="24"/>
        </w:rPr>
        <w:t>daną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czynność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przetwarzania</w:t>
      </w:r>
      <w:proofErr w:type="spellEnd"/>
      <w:r w:rsidRPr="00FD0A5F">
        <w:rPr>
          <w:sz w:val="23"/>
          <w:szCs w:val="24"/>
        </w:rPr>
        <w:t>.</w:t>
      </w:r>
    </w:p>
    <w:p w14:paraId="7D62EA90" w14:textId="77777777" w:rsidR="00336DBF" w:rsidRPr="00FD0A5F" w:rsidRDefault="00633B3B" w:rsidP="00FD0A5F">
      <w:pPr>
        <w:pStyle w:val="ClauseHeading"/>
        <w:widowControl w:val="0"/>
        <w:spacing w:before="100" w:after="100" w:line="360" w:lineRule="auto"/>
        <w:rPr>
          <w:sz w:val="24"/>
          <w:szCs w:val="24"/>
        </w:rPr>
      </w:pPr>
      <w:r w:rsidRPr="00FD0A5F">
        <w:rPr>
          <w:sz w:val="23"/>
          <w:szCs w:val="24"/>
        </w:rPr>
        <w:t xml:space="preserve">8. </w:t>
      </w:r>
      <w:proofErr w:type="spellStart"/>
      <w:r w:rsidRPr="00FD0A5F">
        <w:rPr>
          <w:sz w:val="23"/>
          <w:szCs w:val="24"/>
        </w:rPr>
        <w:t>Obowiązek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dobrowolne</w:t>
      </w:r>
      <w:proofErr w:type="spellEnd"/>
    </w:p>
    <w:p w14:paraId="56CD9B9C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Podanie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niezbędnych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potwierdzenia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kryteriów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obligatoryjnych</w:t>
      </w:r>
      <w:proofErr w:type="spellEnd"/>
      <w:r w:rsidRPr="00FD0A5F">
        <w:rPr>
          <w:sz w:val="23"/>
          <w:szCs w:val="24"/>
        </w:rPr>
        <w:t xml:space="preserve">, w </w:t>
      </w:r>
      <w:proofErr w:type="spellStart"/>
      <w:r w:rsidRPr="00FD0A5F">
        <w:rPr>
          <w:sz w:val="23"/>
          <w:szCs w:val="24"/>
        </w:rPr>
        <w:t>tym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kwalifikowalności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uczestnika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przeprowadzenia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rekrutacji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realizacji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wsparcia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wypełnienia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obowiązków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sprawozdawczych</w:t>
      </w:r>
      <w:proofErr w:type="spellEnd"/>
      <w:r w:rsidRPr="00FD0A5F">
        <w:rPr>
          <w:sz w:val="23"/>
          <w:szCs w:val="24"/>
        </w:rPr>
        <w:t xml:space="preserve"> jest </w:t>
      </w:r>
      <w:proofErr w:type="spellStart"/>
      <w:r w:rsidRPr="00FD0A5F">
        <w:rPr>
          <w:sz w:val="23"/>
          <w:szCs w:val="24"/>
        </w:rPr>
        <w:t>warunkiem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udziału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projekcie</w:t>
      </w:r>
      <w:proofErr w:type="spellEnd"/>
      <w:r w:rsidRPr="00FD0A5F">
        <w:rPr>
          <w:sz w:val="23"/>
          <w:szCs w:val="24"/>
        </w:rPr>
        <w:t xml:space="preserve">. </w:t>
      </w:r>
      <w:proofErr w:type="spellStart"/>
      <w:r w:rsidRPr="00FD0A5F">
        <w:rPr>
          <w:sz w:val="23"/>
          <w:szCs w:val="24"/>
        </w:rPr>
        <w:t>Brak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takich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może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uniemożliwić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zakwalifikowanie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albo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dalszy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udział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projekcie</w:t>
      </w:r>
      <w:proofErr w:type="spellEnd"/>
      <w:r w:rsidRPr="00FD0A5F">
        <w:rPr>
          <w:sz w:val="23"/>
          <w:szCs w:val="24"/>
        </w:rPr>
        <w:t>.</w:t>
      </w:r>
    </w:p>
    <w:p w14:paraId="28D78EE8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Podanie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służących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wyłącznie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potwierdzeniu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kryterium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pierwszeństwa</w:t>
      </w:r>
      <w:proofErr w:type="spellEnd"/>
      <w:r w:rsidRPr="00FD0A5F">
        <w:rPr>
          <w:sz w:val="23"/>
          <w:szCs w:val="24"/>
        </w:rPr>
        <w:t xml:space="preserve"> jest </w:t>
      </w:r>
      <w:proofErr w:type="spellStart"/>
      <w:r w:rsidRPr="00FD0A5F">
        <w:rPr>
          <w:sz w:val="23"/>
          <w:szCs w:val="24"/>
        </w:rPr>
        <w:t>dobrowolne</w:t>
      </w:r>
      <w:proofErr w:type="spellEnd"/>
      <w:r w:rsidRPr="00FD0A5F">
        <w:rPr>
          <w:sz w:val="23"/>
          <w:szCs w:val="24"/>
        </w:rPr>
        <w:t xml:space="preserve">; ich </w:t>
      </w:r>
      <w:proofErr w:type="spellStart"/>
      <w:r w:rsidRPr="00FD0A5F">
        <w:rPr>
          <w:sz w:val="23"/>
          <w:szCs w:val="24"/>
        </w:rPr>
        <w:t>niepodanie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oznacza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brak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możliwości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przyznania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punktów</w:t>
      </w:r>
      <w:proofErr w:type="spellEnd"/>
      <w:r w:rsidRPr="00FD0A5F">
        <w:rPr>
          <w:sz w:val="23"/>
          <w:szCs w:val="24"/>
        </w:rPr>
        <w:t xml:space="preserve"> za </w:t>
      </w:r>
      <w:proofErr w:type="spellStart"/>
      <w:r w:rsidRPr="00FD0A5F">
        <w:rPr>
          <w:sz w:val="23"/>
          <w:szCs w:val="24"/>
        </w:rPr>
        <w:t>dane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kryterium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lecz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samo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sobie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wyklucza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udziału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osoby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spełniającej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kryteria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obligatoryjne</w:t>
      </w:r>
      <w:proofErr w:type="spellEnd"/>
      <w:r w:rsidRPr="00FD0A5F">
        <w:rPr>
          <w:sz w:val="23"/>
          <w:szCs w:val="24"/>
        </w:rPr>
        <w:t xml:space="preserve">. </w:t>
      </w:r>
      <w:proofErr w:type="spellStart"/>
      <w:r w:rsidRPr="00FD0A5F">
        <w:rPr>
          <w:sz w:val="23"/>
          <w:szCs w:val="24"/>
        </w:rPr>
        <w:t>Jeżeli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formularz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dopuszcza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odpowiedź</w:t>
      </w:r>
      <w:proofErr w:type="spellEnd"/>
      <w:r w:rsidRPr="00FD0A5F">
        <w:rPr>
          <w:sz w:val="23"/>
          <w:szCs w:val="24"/>
        </w:rPr>
        <w:t xml:space="preserve"> „</w:t>
      </w:r>
      <w:proofErr w:type="spellStart"/>
      <w:r w:rsidRPr="00FD0A5F">
        <w:rPr>
          <w:sz w:val="23"/>
          <w:szCs w:val="24"/>
        </w:rPr>
        <w:t>odmowa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informacji</w:t>
      </w:r>
      <w:proofErr w:type="spellEnd"/>
      <w:r w:rsidRPr="00FD0A5F">
        <w:rPr>
          <w:sz w:val="23"/>
          <w:szCs w:val="24"/>
        </w:rPr>
        <w:t xml:space="preserve">”, </w:t>
      </w:r>
      <w:proofErr w:type="spellStart"/>
      <w:r w:rsidRPr="00FD0A5F">
        <w:rPr>
          <w:sz w:val="23"/>
          <w:szCs w:val="24"/>
        </w:rPr>
        <w:t>odmowa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wpływa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udział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projekcie</w:t>
      </w:r>
      <w:proofErr w:type="spellEnd"/>
      <w:r w:rsidRPr="00FD0A5F">
        <w:rPr>
          <w:sz w:val="23"/>
          <w:szCs w:val="24"/>
        </w:rPr>
        <w:t xml:space="preserve">, o </w:t>
      </w:r>
      <w:proofErr w:type="spellStart"/>
      <w:r w:rsidRPr="00FD0A5F">
        <w:rPr>
          <w:sz w:val="23"/>
          <w:szCs w:val="24"/>
        </w:rPr>
        <w:t>ile</w:t>
      </w:r>
      <w:proofErr w:type="spellEnd"/>
      <w:r w:rsidRPr="00FD0A5F">
        <w:rPr>
          <w:sz w:val="23"/>
          <w:szCs w:val="24"/>
        </w:rPr>
        <w:t xml:space="preserve"> dana </w:t>
      </w:r>
      <w:proofErr w:type="spellStart"/>
      <w:r w:rsidRPr="00FD0A5F">
        <w:rPr>
          <w:sz w:val="23"/>
          <w:szCs w:val="24"/>
        </w:rPr>
        <w:t>informacja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jest </w:t>
      </w:r>
      <w:proofErr w:type="spellStart"/>
      <w:r w:rsidRPr="00FD0A5F">
        <w:rPr>
          <w:sz w:val="23"/>
          <w:szCs w:val="24"/>
        </w:rPr>
        <w:t>niezbędna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potwierdzenia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kwalifikowalności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albo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kryterium</w:t>
      </w:r>
      <w:proofErr w:type="spellEnd"/>
      <w:r w:rsidRPr="00FD0A5F">
        <w:rPr>
          <w:sz w:val="23"/>
          <w:szCs w:val="24"/>
        </w:rPr>
        <w:t xml:space="preserve">, z </w:t>
      </w:r>
      <w:proofErr w:type="spellStart"/>
      <w:r w:rsidRPr="00FD0A5F">
        <w:rPr>
          <w:sz w:val="23"/>
          <w:szCs w:val="24"/>
        </w:rPr>
        <w:t>którego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osoba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chce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skorzystać</w:t>
      </w:r>
      <w:proofErr w:type="spellEnd"/>
      <w:r w:rsidRPr="00FD0A5F">
        <w:rPr>
          <w:sz w:val="23"/>
          <w:szCs w:val="24"/>
        </w:rPr>
        <w:t>.</w:t>
      </w:r>
    </w:p>
    <w:p w14:paraId="70922EF3" w14:textId="77777777" w:rsidR="00336DBF" w:rsidRPr="00FD0A5F" w:rsidRDefault="00633B3B" w:rsidP="00FD0A5F">
      <w:pPr>
        <w:pStyle w:val="ClauseHeading"/>
        <w:widowControl w:val="0"/>
        <w:spacing w:before="100" w:after="100" w:line="360" w:lineRule="auto"/>
        <w:rPr>
          <w:sz w:val="24"/>
          <w:szCs w:val="24"/>
        </w:rPr>
      </w:pPr>
      <w:r w:rsidRPr="00FD0A5F">
        <w:rPr>
          <w:sz w:val="23"/>
          <w:szCs w:val="24"/>
        </w:rPr>
        <w:t xml:space="preserve">9. </w:t>
      </w:r>
      <w:proofErr w:type="spellStart"/>
      <w:r w:rsidRPr="00FD0A5F">
        <w:rPr>
          <w:sz w:val="23"/>
          <w:szCs w:val="24"/>
        </w:rPr>
        <w:t>Zautomatyzowane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podejmowanie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decyzji</w:t>
      </w:r>
      <w:proofErr w:type="spellEnd"/>
    </w:p>
    <w:p w14:paraId="332003DC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r w:rsidRPr="00FD0A5F">
        <w:rPr>
          <w:sz w:val="23"/>
          <w:szCs w:val="24"/>
        </w:rPr>
        <w:t xml:space="preserve">Dane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będą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wykorzystywane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podejmowania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wobec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uczestnika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decyzji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sposób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wyłącznie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zautomatyzowany</w:t>
      </w:r>
      <w:proofErr w:type="spellEnd"/>
      <w:r w:rsidRPr="00FD0A5F">
        <w:rPr>
          <w:sz w:val="23"/>
          <w:szCs w:val="24"/>
        </w:rPr>
        <w:t xml:space="preserve">, w </w:t>
      </w:r>
      <w:proofErr w:type="spellStart"/>
      <w:r w:rsidRPr="00FD0A5F">
        <w:rPr>
          <w:sz w:val="23"/>
          <w:szCs w:val="24"/>
        </w:rPr>
        <w:t>tym</w:t>
      </w:r>
      <w:proofErr w:type="spellEnd"/>
      <w:r w:rsidRPr="00FD0A5F">
        <w:rPr>
          <w:sz w:val="23"/>
          <w:szCs w:val="24"/>
        </w:rPr>
        <w:t xml:space="preserve"> do </w:t>
      </w:r>
      <w:proofErr w:type="spellStart"/>
      <w:r w:rsidRPr="00FD0A5F">
        <w:rPr>
          <w:sz w:val="23"/>
          <w:szCs w:val="24"/>
        </w:rPr>
        <w:t>profilowania</w:t>
      </w:r>
      <w:proofErr w:type="spellEnd"/>
      <w:r w:rsidRPr="00FD0A5F">
        <w:rPr>
          <w:sz w:val="23"/>
          <w:szCs w:val="24"/>
        </w:rPr>
        <w:t>.</w:t>
      </w:r>
    </w:p>
    <w:p w14:paraId="6E40D1D5" w14:textId="77777777" w:rsidR="00336DBF" w:rsidRPr="00FD0A5F" w:rsidRDefault="00633B3B" w:rsidP="00FD0A5F">
      <w:pPr>
        <w:pStyle w:val="ClauseHeading"/>
        <w:widowControl w:val="0"/>
        <w:spacing w:before="100" w:after="100" w:line="360" w:lineRule="auto"/>
        <w:rPr>
          <w:sz w:val="24"/>
          <w:szCs w:val="24"/>
        </w:rPr>
      </w:pPr>
      <w:r w:rsidRPr="00FD0A5F">
        <w:rPr>
          <w:sz w:val="23"/>
          <w:szCs w:val="24"/>
        </w:rPr>
        <w:t xml:space="preserve">10. </w:t>
      </w:r>
      <w:proofErr w:type="spellStart"/>
      <w:r w:rsidRPr="00FD0A5F">
        <w:rPr>
          <w:sz w:val="23"/>
          <w:szCs w:val="24"/>
        </w:rPr>
        <w:t>Przetwarzanie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wizerunku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podstawie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zgody</w:t>
      </w:r>
      <w:proofErr w:type="spellEnd"/>
    </w:p>
    <w:p w14:paraId="47BEBA16" w14:textId="1855111F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Podstawowe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przetwarzanie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związane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rekrutacją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udziałem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projekcie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odbywa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się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podstawie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przepisów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wymaga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zgody</w:t>
      </w:r>
      <w:proofErr w:type="spellEnd"/>
      <w:r w:rsidRPr="00FD0A5F">
        <w:rPr>
          <w:sz w:val="23"/>
          <w:szCs w:val="24"/>
        </w:rPr>
        <w:t xml:space="preserve">. </w:t>
      </w:r>
      <w:proofErr w:type="spellStart"/>
      <w:r w:rsidRPr="00FD0A5F">
        <w:rPr>
          <w:sz w:val="23"/>
          <w:szCs w:val="24"/>
        </w:rPr>
        <w:t>Utrwalanie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rozpowszechnianie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wizerunku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może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odbywać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się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wyłącznie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podstawie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odrębnej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dobrowolnej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zgody</w:t>
      </w:r>
      <w:proofErr w:type="spellEnd"/>
      <w:r w:rsidRPr="00FD0A5F">
        <w:rPr>
          <w:sz w:val="23"/>
          <w:szCs w:val="24"/>
        </w:rPr>
        <w:t xml:space="preserve"> (</w:t>
      </w:r>
      <w:proofErr w:type="spellStart"/>
      <w:r w:rsidRPr="00FD0A5F">
        <w:rPr>
          <w:sz w:val="23"/>
          <w:szCs w:val="24"/>
        </w:rPr>
        <w:t>Załącznik</w:t>
      </w:r>
      <w:proofErr w:type="spellEnd"/>
      <w:r w:rsidRPr="00FD0A5F">
        <w:rPr>
          <w:sz w:val="23"/>
          <w:szCs w:val="24"/>
        </w:rPr>
        <w:t xml:space="preserve"> nr </w:t>
      </w:r>
      <w:r w:rsidR="003F55CA">
        <w:rPr>
          <w:sz w:val="23"/>
          <w:szCs w:val="24"/>
        </w:rPr>
        <w:t>1</w:t>
      </w:r>
      <w:r w:rsidRPr="00FD0A5F">
        <w:rPr>
          <w:sz w:val="23"/>
          <w:szCs w:val="24"/>
        </w:rPr>
        <w:t xml:space="preserve">),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podstawie</w:t>
      </w:r>
      <w:proofErr w:type="spellEnd"/>
      <w:r w:rsidRPr="00FD0A5F">
        <w:rPr>
          <w:sz w:val="23"/>
          <w:szCs w:val="24"/>
        </w:rPr>
        <w:t xml:space="preserve"> art. 6 </w:t>
      </w:r>
      <w:proofErr w:type="spellStart"/>
      <w:r w:rsidRPr="00FD0A5F">
        <w:rPr>
          <w:sz w:val="23"/>
          <w:szCs w:val="24"/>
        </w:rPr>
        <w:t>ust</w:t>
      </w:r>
      <w:proofErr w:type="spellEnd"/>
      <w:r w:rsidRPr="00FD0A5F">
        <w:rPr>
          <w:sz w:val="23"/>
          <w:szCs w:val="24"/>
        </w:rPr>
        <w:t xml:space="preserve">. 1 lit. a RODO, w </w:t>
      </w:r>
      <w:proofErr w:type="spellStart"/>
      <w:r w:rsidRPr="00FD0A5F">
        <w:rPr>
          <w:sz w:val="23"/>
          <w:szCs w:val="24"/>
        </w:rPr>
        <w:t>zakresie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celu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kanałach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wskazanych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tej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zgodzie</w:t>
      </w:r>
      <w:proofErr w:type="spellEnd"/>
      <w:r w:rsidRPr="00FD0A5F">
        <w:rPr>
          <w:sz w:val="23"/>
          <w:szCs w:val="24"/>
        </w:rPr>
        <w:t xml:space="preserve">. </w:t>
      </w:r>
      <w:proofErr w:type="spellStart"/>
      <w:r w:rsidRPr="00FD0A5F">
        <w:rPr>
          <w:sz w:val="23"/>
          <w:szCs w:val="24"/>
        </w:rPr>
        <w:t>Odmowa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wycofanie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zgody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wizerunek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może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wpływać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rekrutację</w:t>
      </w:r>
      <w:proofErr w:type="spellEnd"/>
      <w:r w:rsidRPr="00FD0A5F">
        <w:rPr>
          <w:sz w:val="23"/>
          <w:szCs w:val="24"/>
        </w:rPr>
        <w:t xml:space="preserve"> ani </w:t>
      </w:r>
      <w:proofErr w:type="spellStart"/>
      <w:r w:rsidRPr="00FD0A5F">
        <w:rPr>
          <w:sz w:val="23"/>
          <w:szCs w:val="24"/>
        </w:rPr>
        <w:t>udział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projekcie</w:t>
      </w:r>
      <w:proofErr w:type="spellEnd"/>
      <w:r w:rsidRPr="00FD0A5F">
        <w:rPr>
          <w:sz w:val="23"/>
          <w:szCs w:val="24"/>
        </w:rPr>
        <w:t>.</w:t>
      </w:r>
    </w:p>
    <w:p w14:paraId="7AF5B26F" w14:textId="77777777" w:rsidR="00336DBF" w:rsidRPr="00FD0A5F" w:rsidRDefault="00633B3B" w:rsidP="00FD0A5F">
      <w:pPr>
        <w:pStyle w:val="ClauseHeading"/>
        <w:widowControl w:val="0"/>
        <w:spacing w:before="100" w:after="100" w:line="360" w:lineRule="auto"/>
        <w:rPr>
          <w:sz w:val="24"/>
          <w:szCs w:val="24"/>
        </w:rPr>
      </w:pPr>
      <w:r w:rsidRPr="00FD0A5F">
        <w:rPr>
          <w:sz w:val="23"/>
          <w:szCs w:val="24"/>
        </w:rPr>
        <w:t xml:space="preserve">11. </w:t>
      </w:r>
      <w:proofErr w:type="spellStart"/>
      <w:r w:rsidRPr="00FD0A5F">
        <w:rPr>
          <w:sz w:val="23"/>
          <w:szCs w:val="24"/>
        </w:rPr>
        <w:t>Przekazanie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klauzuli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potwierdzenie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zapoznania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się</w:t>
      </w:r>
      <w:proofErr w:type="spellEnd"/>
    </w:p>
    <w:p w14:paraId="3ECB415D" w14:textId="77777777" w:rsidR="00336DBF" w:rsidRPr="00FD0A5F" w:rsidRDefault="00633B3B" w:rsidP="00FD0A5F">
      <w:pPr>
        <w:widowControl w:val="0"/>
        <w:spacing w:before="100" w:after="100" w:line="360" w:lineRule="auto"/>
        <w:jc w:val="both"/>
        <w:rPr>
          <w:sz w:val="24"/>
          <w:szCs w:val="24"/>
        </w:rPr>
      </w:pPr>
      <w:proofErr w:type="spellStart"/>
      <w:r w:rsidRPr="00FD0A5F">
        <w:rPr>
          <w:sz w:val="23"/>
          <w:szCs w:val="24"/>
        </w:rPr>
        <w:t>Klauzula</w:t>
      </w:r>
      <w:proofErr w:type="spellEnd"/>
      <w:r w:rsidRPr="00FD0A5F">
        <w:rPr>
          <w:sz w:val="23"/>
          <w:szCs w:val="24"/>
        </w:rPr>
        <w:t xml:space="preserve"> jest </w:t>
      </w:r>
      <w:proofErr w:type="spellStart"/>
      <w:r w:rsidRPr="00FD0A5F">
        <w:rPr>
          <w:sz w:val="23"/>
          <w:szCs w:val="24"/>
        </w:rPr>
        <w:t>przekazywana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udostępniana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uczestnikowi</w:t>
      </w:r>
      <w:proofErr w:type="spellEnd"/>
      <w:r w:rsidRPr="00FD0A5F">
        <w:rPr>
          <w:sz w:val="23"/>
          <w:szCs w:val="24"/>
        </w:rPr>
        <w:t xml:space="preserve">, a w </w:t>
      </w:r>
      <w:proofErr w:type="spellStart"/>
      <w:r w:rsidRPr="00FD0A5F">
        <w:rPr>
          <w:sz w:val="23"/>
          <w:szCs w:val="24"/>
        </w:rPr>
        <w:t>przypadku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dziecka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jego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rodzicowi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lub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opiekunowi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prawnemu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najpóźniej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pozyskiwaniu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danych</w:t>
      </w:r>
      <w:proofErr w:type="spellEnd"/>
      <w:r w:rsidRPr="00FD0A5F">
        <w:rPr>
          <w:sz w:val="23"/>
          <w:szCs w:val="24"/>
        </w:rPr>
        <w:t xml:space="preserve">. </w:t>
      </w:r>
      <w:proofErr w:type="spellStart"/>
      <w:r w:rsidRPr="00FD0A5F">
        <w:rPr>
          <w:sz w:val="23"/>
          <w:szCs w:val="24"/>
        </w:rPr>
        <w:t>Jeżeli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zostały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pozyskane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bezpośrednio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od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tej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osoby</w:t>
      </w:r>
      <w:proofErr w:type="spellEnd"/>
      <w:r w:rsidRPr="00FD0A5F">
        <w:rPr>
          <w:sz w:val="23"/>
          <w:szCs w:val="24"/>
        </w:rPr>
        <w:t xml:space="preserve">, </w:t>
      </w:r>
      <w:proofErr w:type="spellStart"/>
      <w:r w:rsidRPr="00FD0A5F">
        <w:rPr>
          <w:sz w:val="23"/>
          <w:szCs w:val="24"/>
        </w:rPr>
        <w:t>informacja</w:t>
      </w:r>
      <w:proofErr w:type="spellEnd"/>
      <w:r w:rsidRPr="00FD0A5F">
        <w:rPr>
          <w:sz w:val="23"/>
          <w:szCs w:val="24"/>
        </w:rPr>
        <w:t xml:space="preserve"> jest </w:t>
      </w:r>
      <w:proofErr w:type="spellStart"/>
      <w:r w:rsidRPr="00FD0A5F">
        <w:rPr>
          <w:sz w:val="23"/>
          <w:szCs w:val="24"/>
        </w:rPr>
        <w:t>przekazywana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terminie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wynikającym</w:t>
      </w:r>
      <w:proofErr w:type="spellEnd"/>
      <w:r w:rsidRPr="00FD0A5F">
        <w:rPr>
          <w:sz w:val="23"/>
          <w:szCs w:val="24"/>
        </w:rPr>
        <w:t xml:space="preserve"> z art. 14 RODO,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później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jednak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niż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przed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rozpoczęciem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pierwszej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formy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lastRenderedPageBreak/>
        <w:t>wsparcia</w:t>
      </w:r>
      <w:proofErr w:type="spellEnd"/>
      <w:r w:rsidRPr="00FD0A5F">
        <w:rPr>
          <w:sz w:val="23"/>
          <w:szCs w:val="24"/>
        </w:rPr>
        <w:t xml:space="preserve">. </w:t>
      </w:r>
      <w:proofErr w:type="spellStart"/>
      <w:r w:rsidRPr="00FD0A5F">
        <w:rPr>
          <w:sz w:val="23"/>
          <w:szCs w:val="24"/>
        </w:rPr>
        <w:t>Zapoznanie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się</w:t>
      </w:r>
      <w:proofErr w:type="spellEnd"/>
      <w:r w:rsidRPr="00FD0A5F">
        <w:rPr>
          <w:sz w:val="23"/>
          <w:szCs w:val="24"/>
        </w:rPr>
        <w:t xml:space="preserve"> z </w:t>
      </w:r>
      <w:proofErr w:type="spellStart"/>
      <w:r w:rsidRPr="00FD0A5F">
        <w:rPr>
          <w:sz w:val="23"/>
          <w:szCs w:val="24"/>
        </w:rPr>
        <w:t>klauzulą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potwierdza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się</w:t>
      </w:r>
      <w:proofErr w:type="spellEnd"/>
      <w:r w:rsidRPr="00FD0A5F">
        <w:rPr>
          <w:sz w:val="23"/>
          <w:szCs w:val="24"/>
        </w:rPr>
        <w:t xml:space="preserve"> w </w:t>
      </w:r>
      <w:proofErr w:type="spellStart"/>
      <w:r w:rsidRPr="00FD0A5F">
        <w:rPr>
          <w:sz w:val="23"/>
          <w:szCs w:val="24"/>
        </w:rPr>
        <w:t>odpowiednim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formularzu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rekrutacyjnym</w:t>
      </w:r>
      <w:proofErr w:type="spellEnd"/>
      <w:r w:rsidRPr="00FD0A5F">
        <w:rPr>
          <w:sz w:val="23"/>
          <w:szCs w:val="24"/>
        </w:rPr>
        <w:t xml:space="preserve"> (</w:t>
      </w:r>
      <w:proofErr w:type="spellStart"/>
      <w:r w:rsidRPr="00FD0A5F">
        <w:rPr>
          <w:sz w:val="23"/>
          <w:szCs w:val="24"/>
        </w:rPr>
        <w:t>Załącznik</w:t>
      </w:r>
      <w:proofErr w:type="spellEnd"/>
      <w:r w:rsidRPr="00FD0A5F">
        <w:rPr>
          <w:sz w:val="23"/>
          <w:szCs w:val="24"/>
        </w:rPr>
        <w:t xml:space="preserve"> nr 1 </w:t>
      </w:r>
      <w:proofErr w:type="spellStart"/>
      <w:r w:rsidRPr="00FD0A5F">
        <w:rPr>
          <w:sz w:val="23"/>
          <w:szCs w:val="24"/>
        </w:rPr>
        <w:t>albo</w:t>
      </w:r>
      <w:proofErr w:type="spellEnd"/>
      <w:r w:rsidRPr="00FD0A5F">
        <w:rPr>
          <w:sz w:val="23"/>
          <w:szCs w:val="24"/>
        </w:rPr>
        <w:t xml:space="preserve"> nr 2) </w:t>
      </w:r>
      <w:proofErr w:type="spellStart"/>
      <w:r w:rsidRPr="00FD0A5F">
        <w:rPr>
          <w:sz w:val="23"/>
          <w:szCs w:val="24"/>
        </w:rPr>
        <w:t>opatrzonym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datą</w:t>
      </w:r>
      <w:proofErr w:type="spellEnd"/>
      <w:r w:rsidRPr="00FD0A5F">
        <w:rPr>
          <w:sz w:val="23"/>
          <w:szCs w:val="24"/>
        </w:rPr>
        <w:t xml:space="preserve"> i </w:t>
      </w:r>
      <w:proofErr w:type="spellStart"/>
      <w:r w:rsidRPr="00FD0A5F">
        <w:rPr>
          <w:sz w:val="23"/>
          <w:szCs w:val="24"/>
        </w:rPr>
        <w:t>podpisem</w:t>
      </w:r>
      <w:proofErr w:type="spellEnd"/>
      <w:r w:rsidRPr="00FD0A5F">
        <w:rPr>
          <w:sz w:val="23"/>
          <w:szCs w:val="24"/>
        </w:rPr>
        <w:t xml:space="preserve">. </w:t>
      </w:r>
      <w:proofErr w:type="spellStart"/>
      <w:r w:rsidRPr="00FD0A5F">
        <w:rPr>
          <w:sz w:val="23"/>
          <w:szCs w:val="24"/>
        </w:rPr>
        <w:t>Niniejsza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klauzula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nie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wymaga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odrębnego</w:t>
      </w:r>
      <w:proofErr w:type="spellEnd"/>
      <w:r w:rsidRPr="00FD0A5F">
        <w:rPr>
          <w:sz w:val="23"/>
          <w:szCs w:val="24"/>
        </w:rPr>
        <w:t xml:space="preserve"> </w:t>
      </w:r>
      <w:proofErr w:type="spellStart"/>
      <w:r w:rsidRPr="00FD0A5F">
        <w:rPr>
          <w:sz w:val="23"/>
          <w:szCs w:val="24"/>
        </w:rPr>
        <w:t>podpisu</w:t>
      </w:r>
      <w:proofErr w:type="spellEnd"/>
      <w:r w:rsidRPr="00FD0A5F">
        <w:rPr>
          <w:sz w:val="23"/>
          <w:szCs w:val="24"/>
        </w:rPr>
        <w:t>.</w:t>
      </w:r>
    </w:p>
    <w:sectPr w:rsidR="00336DBF" w:rsidRPr="00FD0A5F" w:rsidSect="00034616">
      <w:headerReference w:type="default" r:id="rId8"/>
      <w:footerReference w:type="default" r:id="rId9"/>
      <w:pgSz w:w="11906" w:h="16838"/>
      <w:pgMar w:top="765" w:right="992" w:bottom="624" w:left="992" w:header="312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24366" w14:textId="77777777" w:rsidR="00794831" w:rsidRDefault="00794831">
      <w:pPr>
        <w:spacing w:after="0" w:line="240" w:lineRule="auto"/>
      </w:pPr>
      <w:r>
        <w:separator/>
      </w:r>
    </w:p>
  </w:endnote>
  <w:endnote w:type="continuationSeparator" w:id="0">
    <w:p w14:paraId="5A0EA9F8" w14:textId="77777777" w:rsidR="00794831" w:rsidRDefault="00794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974A8" w14:textId="77777777" w:rsidR="00FD0A5F" w:rsidRDefault="00FD0A5F" w:rsidP="00FD0A5F">
    <w:pPr>
      <w:pStyle w:val="Stopka"/>
      <w:jc w:val="center"/>
      <w:rPr>
        <w:rFonts w:cs="Arial"/>
        <w:sz w:val="22"/>
        <w:szCs w:val="32"/>
      </w:rPr>
    </w:pPr>
  </w:p>
  <w:p w14:paraId="3F26707D" w14:textId="12E55E25" w:rsidR="00FD0A5F" w:rsidRPr="00856A90" w:rsidRDefault="00FD0A5F" w:rsidP="00FD0A5F">
    <w:pPr>
      <w:pStyle w:val="Stopka"/>
      <w:jc w:val="center"/>
      <w:rPr>
        <w:rFonts w:cs="Arial"/>
        <w:sz w:val="24"/>
        <w:szCs w:val="32"/>
      </w:rPr>
    </w:pPr>
    <w:proofErr w:type="spellStart"/>
    <w:r w:rsidRPr="00856A90">
      <w:rPr>
        <w:rFonts w:cs="Arial"/>
        <w:sz w:val="22"/>
        <w:szCs w:val="32"/>
      </w:rPr>
      <w:t>Fundusze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Europejskie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dla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Pomorza</w:t>
    </w:r>
    <w:proofErr w:type="spellEnd"/>
    <w:r w:rsidRPr="00856A90">
      <w:rPr>
        <w:rFonts w:cs="Arial"/>
        <w:sz w:val="22"/>
        <w:szCs w:val="32"/>
      </w:rPr>
      <w:t xml:space="preserve"> 2021-2027</w:t>
    </w:r>
  </w:p>
  <w:p w14:paraId="2F4DBC89" w14:textId="2790FD17" w:rsidR="00336DBF" w:rsidRDefault="00336DB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843E5" w14:textId="77777777" w:rsidR="00794831" w:rsidRDefault="00794831">
      <w:pPr>
        <w:spacing w:after="0" w:line="240" w:lineRule="auto"/>
      </w:pPr>
      <w:r>
        <w:separator/>
      </w:r>
    </w:p>
  </w:footnote>
  <w:footnote w:type="continuationSeparator" w:id="0">
    <w:p w14:paraId="32401744" w14:textId="77777777" w:rsidR="00794831" w:rsidRDefault="00794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38A86" w14:textId="6EC68E0D" w:rsidR="00336DBF" w:rsidRDefault="00FD0A5F">
    <w:pPr>
      <w:pStyle w:val="Nagwek"/>
      <w:jc w:val="center"/>
    </w:pPr>
    <w:r>
      <w:rPr>
        <w:noProof/>
      </w:rPr>
      <w:drawing>
        <wp:inline distT="0" distB="0" distL="0" distR="0" wp14:anchorId="2EF78C07" wp14:editId="69C3AD53">
          <wp:extent cx="6052782" cy="66992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24476DE" w14:textId="77777777" w:rsidR="00FD0A5F" w:rsidRDefault="00FD0A5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6DBF"/>
    <w:rsid w:val="003C23D1"/>
    <w:rsid w:val="003F55CA"/>
    <w:rsid w:val="00527FAA"/>
    <w:rsid w:val="005E3F0E"/>
    <w:rsid w:val="00633B3B"/>
    <w:rsid w:val="00794831"/>
    <w:rsid w:val="00811A3C"/>
    <w:rsid w:val="00AA1D8D"/>
    <w:rsid w:val="00B47730"/>
    <w:rsid w:val="00CB0664"/>
    <w:rsid w:val="00FC693F"/>
    <w:rsid w:val="00FD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719236"/>
  <w14:defaultImageDpi w14:val="300"/>
  <w15:docId w15:val="{7E8AB1C9-BBA3-4360-86CF-144795A5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Heading">
    <w:name w:val="ClauseHeading"/>
    <w:rPr>
      <w:rFonts w:ascii="Arial" w:eastAsia="Arial" w:hAnsi="Arial"/>
      <w:b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1296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4 - klauzula informacyjna RODO - projekt Luzino</dc:title>
  <dc:subject>Projekt Rozwój edukacji przedszkolnej w Gminie Luzino</dc:subject>
  <dc:creator>python-docx</dc:creator>
  <cp:keywords/>
  <dc:description>Wersja dostosowana do poprawionego regulaminu oraz aktualnych informacji administratorów.</dc:description>
  <cp:lastModifiedBy>Dawid</cp:lastModifiedBy>
  <cp:revision>7</cp:revision>
  <dcterms:created xsi:type="dcterms:W3CDTF">2013-12-23T23:15:00Z</dcterms:created>
  <dcterms:modified xsi:type="dcterms:W3CDTF">2026-09-17T13:50:00Z</dcterms:modified>
  <cp:category/>
</cp:coreProperties>
</file>