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CAF93" w14:textId="45AF20BA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 xml:space="preserve">ZAŁĄCZNIK NR </w:t>
      </w:r>
      <w:r w:rsidR="00E22BCA" w:rsidRPr="00852D57">
        <w:rPr>
          <w:rFonts w:cs="Arial"/>
          <w:b/>
          <w:sz w:val="24"/>
          <w:szCs w:val="24"/>
        </w:rPr>
        <w:t>7</w:t>
      </w:r>
    </w:p>
    <w:p w14:paraId="39B861A9" w14:textId="77777777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>ZBIORCZA KARTA ZAKOŃCZENIA UDZIAŁU W PROJEKCIE</w:t>
      </w:r>
    </w:p>
    <w:p w14:paraId="71876044" w14:textId="77777777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>I SYTUACJI UCZESTNIKÓW PO OPUSZCZENIU PROJEKTU</w:t>
      </w:r>
    </w:p>
    <w:p w14:paraId="718502AB" w14:textId="77777777" w:rsidR="00317D3D" w:rsidRPr="00852D57" w:rsidRDefault="00220124" w:rsidP="00C71DA5">
      <w:pPr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852D57">
        <w:rPr>
          <w:rFonts w:cs="Arial"/>
          <w:sz w:val="24"/>
          <w:szCs w:val="24"/>
        </w:rPr>
        <w:t>„</w:t>
      </w:r>
      <w:proofErr w:type="spellStart"/>
      <w:r w:rsidRPr="00852D57">
        <w:rPr>
          <w:rFonts w:cs="Arial"/>
          <w:sz w:val="24"/>
          <w:szCs w:val="24"/>
        </w:rPr>
        <w:t>Rozwój edukacji przedszkolnej w Gminie Łęczyce – etap 3</w:t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>”</w:t>
      </w:r>
      <w:r w:rsidRPr="00852D57">
        <w:rPr>
          <w:rFonts w:cs="Arial"/>
          <w:sz w:val="24"/>
          <w:szCs w:val="24"/>
        </w:rPr>
        <w:br/>
        <w:t>nr FEPM.05.07-IZ.00-0043/26</w:t>
      </w:r>
    </w:p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3324"/>
      </w:tblGrid>
      <w:tr w:rsidR="00852D57" w:rsidRPr="00852D57" w14:paraId="01A263C1" w14:textId="77777777" w:rsidTr="00852D57">
        <w:trPr>
          <w:jc w:val="center"/>
        </w:trPr>
        <w:tc>
          <w:tcPr>
            <w:tcW w:w="13324" w:type="dxa"/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43E9A" w14:textId="77777777" w:rsidR="00317D3D" w:rsidRPr="00852D57" w:rsidRDefault="00220124" w:rsidP="00C71DA5">
            <w:pPr>
              <w:spacing w:before="120" w:after="120" w:line="360" w:lineRule="auto"/>
              <w:jc w:val="both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Kartę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prowadzi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upoważniony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personel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Beneficjenta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OWP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na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podstawie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wiarygodnej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dokumentacji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źródłowej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Każdy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jest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wykazywany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w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odrębnym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wierszu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Nie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grupuje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się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uczestników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według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identycznych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wyników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Podpis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,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rodzica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opiekuna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prawnego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nie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jest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wymagany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,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jeżeli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informacja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wynika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z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dokumentacji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projektu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OWP.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Kartę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można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prowadzić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aktualizować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w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postaci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elektronicznej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;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tabelę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rozszerza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się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o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kolejne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wiersze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odpowiednio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do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liczby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i/>
                <w:sz w:val="24"/>
                <w:szCs w:val="24"/>
              </w:rPr>
              <w:t>uczestników</w:t>
            </w:r>
            <w:proofErr w:type="spellEnd"/>
            <w:r w:rsidRPr="00852D57">
              <w:rPr>
                <w:rFonts w:cs="Arial"/>
                <w:i/>
                <w:sz w:val="24"/>
                <w:szCs w:val="24"/>
              </w:rPr>
              <w:t>.</w:t>
            </w:r>
          </w:p>
        </w:tc>
      </w:tr>
    </w:tbl>
    <w:p w14:paraId="4DD9935E" w14:textId="77777777" w:rsidR="00317D3D" w:rsidRPr="00852D57" w:rsidRDefault="00317D3D" w:rsidP="00C71DA5">
      <w:pPr>
        <w:spacing w:before="120" w:after="120" w:line="360" w:lineRule="auto"/>
        <w:rPr>
          <w:rFonts w:cs="Arial"/>
          <w:sz w:val="24"/>
          <w:szCs w:val="24"/>
        </w:rPr>
      </w:pPr>
    </w:p>
    <w:p w14:paraId="2EF75617" w14:textId="77777777" w:rsidR="00317D3D" w:rsidRPr="00852D57" w:rsidRDefault="00220124" w:rsidP="00C71DA5">
      <w:pPr>
        <w:pStyle w:val="Nagwek1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852D57">
        <w:rPr>
          <w:rFonts w:ascii="Arial" w:hAnsi="Arial" w:cs="Arial"/>
          <w:color w:val="auto"/>
          <w:sz w:val="24"/>
          <w:szCs w:val="24"/>
        </w:rPr>
        <w:t>I. ZESTAWIENIE ZBIORCZE – DZIECI</w:t>
      </w:r>
    </w:p>
    <w:p w14:paraId="61AE8699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b/>
          <w:sz w:val="24"/>
          <w:szCs w:val="24"/>
        </w:rPr>
        <w:t>Źródło</w:t>
      </w:r>
      <w:proofErr w:type="spellEnd"/>
      <w:r w:rsidRPr="00852D57">
        <w:rPr>
          <w:rFonts w:cs="Arial"/>
          <w:b/>
          <w:sz w:val="24"/>
          <w:szCs w:val="24"/>
        </w:rPr>
        <w:t xml:space="preserve"> </w:t>
      </w:r>
      <w:proofErr w:type="spellStart"/>
      <w:r w:rsidRPr="00852D57">
        <w:rPr>
          <w:rFonts w:cs="Arial"/>
          <w:b/>
          <w:sz w:val="24"/>
          <w:szCs w:val="24"/>
        </w:rPr>
        <w:t>danych</w:t>
      </w:r>
      <w:proofErr w:type="spellEnd"/>
      <w:r w:rsidRPr="00852D57">
        <w:rPr>
          <w:rFonts w:cs="Arial"/>
          <w:b/>
          <w:sz w:val="24"/>
          <w:szCs w:val="24"/>
        </w:rPr>
        <w:t xml:space="preserve">: </w:t>
      </w:r>
      <w:proofErr w:type="spellStart"/>
      <w:r w:rsidRPr="00852D57">
        <w:rPr>
          <w:rFonts w:cs="Arial"/>
          <w:sz w:val="24"/>
          <w:szCs w:val="24"/>
        </w:rPr>
        <w:t>dziennik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zajęć</w:t>
      </w:r>
      <w:proofErr w:type="spellEnd"/>
      <w:r w:rsidRPr="00852D57">
        <w:rPr>
          <w:rFonts w:cs="Arial"/>
          <w:sz w:val="24"/>
          <w:szCs w:val="24"/>
        </w:rPr>
        <w:t xml:space="preserve">, w </w:t>
      </w:r>
      <w:proofErr w:type="spellStart"/>
      <w:r w:rsidRPr="00852D57">
        <w:rPr>
          <w:rFonts w:cs="Arial"/>
          <w:sz w:val="24"/>
          <w:szCs w:val="24"/>
        </w:rPr>
        <w:t>którym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prowadzący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odnotowuje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czy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dziecko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zakończyło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udział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zgodnie</w:t>
      </w:r>
      <w:proofErr w:type="spellEnd"/>
      <w:r w:rsidRPr="00852D57">
        <w:rPr>
          <w:rFonts w:cs="Arial"/>
          <w:sz w:val="24"/>
          <w:szCs w:val="24"/>
        </w:rPr>
        <w:t xml:space="preserve"> z </w:t>
      </w:r>
      <w:proofErr w:type="spellStart"/>
      <w:r w:rsidRPr="00852D57">
        <w:rPr>
          <w:rFonts w:cs="Arial"/>
          <w:sz w:val="24"/>
          <w:szCs w:val="24"/>
        </w:rPr>
        <w:t>zaplanowaną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ścieżką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uczestnictwa</w:t>
      </w:r>
      <w:proofErr w:type="spellEnd"/>
      <w:r w:rsidRPr="00852D57">
        <w:rPr>
          <w:rFonts w:cs="Arial"/>
          <w:sz w:val="24"/>
          <w:szCs w:val="24"/>
        </w:rPr>
        <w:t xml:space="preserve">. </w:t>
      </w:r>
      <w:r w:rsidRPr="00852D57">
        <w:rPr>
          <w:rFonts w:cs="Arial"/>
          <w:i/>
          <w:sz w:val="24"/>
          <w:szCs w:val="24"/>
        </w:rPr>
        <w:t xml:space="preserve">W </w:t>
      </w:r>
      <w:proofErr w:type="spellStart"/>
      <w:r w:rsidRPr="00852D57">
        <w:rPr>
          <w:rFonts w:cs="Arial"/>
          <w:i/>
          <w:sz w:val="24"/>
          <w:szCs w:val="24"/>
        </w:rPr>
        <w:t>przypadku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wcześniejszej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rezygnacji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stosuje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się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również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dokumentację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określoną</w:t>
      </w:r>
      <w:proofErr w:type="spellEnd"/>
      <w:r w:rsidRPr="00852D57">
        <w:rPr>
          <w:rFonts w:cs="Arial"/>
          <w:i/>
          <w:sz w:val="24"/>
          <w:szCs w:val="24"/>
        </w:rPr>
        <w:t xml:space="preserve"> w </w:t>
      </w:r>
      <w:proofErr w:type="spellStart"/>
      <w:r w:rsidRPr="00852D57">
        <w:rPr>
          <w:rFonts w:cs="Arial"/>
          <w:i/>
          <w:sz w:val="24"/>
          <w:szCs w:val="24"/>
        </w:rPr>
        <w:t>Regulaminie</w:t>
      </w:r>
      <w:proofErr w:type="spellEnd"/>
      <w:r w:rsidRPr="00852D57">
        <w:rPr>
          <w:rFonts w:cs="Arial"/>
          <w:i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9"/>
        <w:gridCol w:w="2920"/>
        <w:gridCol w:w="1729"/>
        <w:gridCol w:w="1729"/>
        <w:gridCol w:w="2353"/>
        <w:gridCol w:w="1984"/>
      </w:tblGrid>
      <w:tr w:rsidR="00852D57" w:rsidRPr="00852D57" w14:paraId="48975CB8" w14:textId="77777777" w:rsidTr="00852D57">
        <w:trPr>
          <w:cantSplit/>
          <w:tblHeader/>
          <w:jc w:val="center"/>
        </w:trPr>
        <w:tc>
          <w:tcPr>
            <w:tcW w:w="36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6E780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2920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001D6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dziecka</w:t>
            </w:r>
            <w:proofErr w:type="spellEnd"/>
          </w:p>
        </w:tc>
        <w:tc>
          <w:tcPr>
            <w:tcW w:w="709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73F4E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>OWP</w:t>
            </w:r>
          </w:p>
        </w:tc>
        <w:tc>
          <w:tcPr>
            <w:tcW w:w="1361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87BDAD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zakończenia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udziału</w:t>
            </w:r>
            <w:proofErr w:type="spellEnd"/>
          </w:p>
        </w:tc>
        <w:tc>
          <w:tcPr>
            <w:tcW w:w="2353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847BAC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Zakończyło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zgodnie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zaplanowaną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ścieżką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br/>
              <w:t>TAK / NIE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896FE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</w:p>
        </w:tc>
      </w:tr>
      <w:tr w:rsidR="00852D57" w:rsidRPr="00852D57" w14:paraId="7BC95AE4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CCCA38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76BC34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1F0C7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2D97C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23AA3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46F24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0B3B683C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B0D98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9533A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EB8F5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E7F32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68B9B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A9C6C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284B0A2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A7229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9A3063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3F273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0923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873AE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EA81DB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51C8937B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91D48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51240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79D27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8C792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F7C3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C4D26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3DF1B8B7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CEA602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C369C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BDC2F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D8F7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5AD3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3AAF1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19700A2D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82429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A0375F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7928B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1C530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A9AC6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48A1B2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01FCCCFB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431206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175A6D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F4F75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C0B1A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6CE5D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B9E7C3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280EE4F2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5061F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CA5390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F4933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C00E3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EDB25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DF781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453114BE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71E28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0CC50A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FE29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5233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B48C5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7972AC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675160D5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F588D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FE62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7CCFD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E400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2A1232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08EBF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784F3285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FCC03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65F87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F9867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A8FEC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42762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A8A0E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1B219BC4" w14:textId="77777777">
        <w:trPr>
          <w:cantSplit/>
          <w:trHeight w:val="369"/>
          <w:jc w:val="center"/>
        </w:trPr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5206D7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D1696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B83FF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B183D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5D9B6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72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1F7D9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361717C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i/>
          <w:sz w:val="24"/>
          <w:szCs w:val="24"/>
        </w:rPr>
        <w:t>Nie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zbiera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się</w:t>
      </w:r>
      <w:proofErr w:type="spellEnd"/>
      <w:r w:rsidRPr="00852D57">
        <w:rPr>
          <w:rFonts w:cs="Arial"/>
          <w:i/>
          <w:sz w:val="24"/>
          <w:szCs w:val="24"/>
        </w:rPr>
        <w:t xml:space="preserve"> w </w:t>
      </w:r>
      <w:proofErr w:type="spellStart"/>
      <w:r w:rsidRPr="00852D57">
        <w:rPr>
          <w:rFonts w:cs="Arial"/>
          <w:i/>
          <w:sz w:val="24"/>
          <w:szCs w:val="24"/>
        </w:rPr>
        <w:t>tej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części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danych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dotyczących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zatrudnienia</w:t>
      </w:r>
      <w:proofErr w:type="spellEnd"/>
      <w:r w:rsidRPr="00852D57">
        <w:rPr>
          <w:rFonts w:cs="Arial"/>
          <w:i/>
          <w:sz w:val="24"/>
          <w:szCs w:val="24"/>
        </w:rPr>
        <w:t xml:space="preserve"> ani </w:t>
      </w:r>
      <w:proofErr w:type="spellStart"/>
      <w:r w:rsidRPr="00852D57">
        <w:rPr>
          <w:rFonts w:cs="Arial"/>
          <w:i/>
          <w:sz w:val="24"/>
          <w:szCs w:val="24"/>
        </w:rPr>
        <w:t>podjęcia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kształcenia</w:t>
      </w:r>
      <w:proofErr w:type="spellEnd"/>
      <w:r w:rsidRPr="00852D57">
        <w:rPr>
          <w:rFonts w:cs="Arial"/>
          <w:i/>
          <w:sz w:val="24"/>
          <w:szCs w:val="24"/>
        </w:rPr>
        <w:t>/</w:t>
      </w:r>
      <w:proofErr w:type="spellStart"/>
      <w:r w:rsidRPr="00852D57">
        <w:rPr>
          <w:rFonts w:cs="Arial"/>
          <w:i/>
          <w:sz w:val="24"/>
          <w:szCs w:val="24"/>
        </w:rPr>
        <w:t>szkolenia</w:t>
      </w:r>
      <w:proofErr w:type="spellEnd"/>
      <w:r w:rsidRPr="00852D57">
        <w:rPr>
          <w:rFonts w:cs="Arial"/>
          <w:i/>
          <w:sz w:val="24"/>
          <w:szCs w:val="24"/>
        </w:rPr>
        <w:t xml:space="preserve"> po </w:t>
      </w:r>
      <w:proofErr w:type="spellStart"/>
      <w:r w:rsidRPr="00852D57">
        <w:rPr>
          <w:rFonts w:cs="Arial"/>
          <w:i/>
          <w:sz w:val="24"/>
          <w:szCs w:val="24"/>
        </w:rPr>
        <w:t>opuszczeniu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projektu</w:t>
      </w:r>
      <w:proofErr w:type="spellEnd"/>
      <w:r w:rsidRPr="00852D57">
        <w:rPr>
          <w:rFonts w:cs="Arial"/>
          <w:i/>
          <w:sz w:val="24"/>
          <w:szCs w:val="24"/>
        </w:rPr>
        <w:t xml:space="preserve">, </w:t>
      </w:r>
      <w:proofErr w:type="spellStart"/>
      <w:r w:rsidRPr="00852D57">
        <w:rPr>
          <w:rFonts w:cs="Arial"/>
          <w:i/>
          <w:sz w:val="24"/>
          <w:szCs w:val="24"/>
        </w:rPr>
        <w:t>jeżeli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nie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dotyczą</w:t>
      </w:r>
      <w:proofErr w:type="spellEnd"/>
      <w:r w:rsidRPr="00852D57">
        <w:rPr>
          <w:rFonts w:cs="Arial"/>
          <w:i/>
          <w:sz w:val="24"/>
          <w:szCs w:val="24"/>
        </w:rPr>
        <w:t xml:space="preserve"> one </w:t>
      </w:r>
      <w:proofErr w:type="spellStart"/>
      <w:r w:rsidRPr="00852D57">
        <w:rPr>
          <w:rFonts w:cs="Arial"/>
          <w:i/>
          <w:sz w:val="24"/>
          <w:szCs w:val="24"/>
        </w:rPr>
        <w:t>dzieci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objętych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wsparciem</w:t>
      </w:r>
      <w:proofErr w:type="spellEnd"/>
      <w:r w:rsidRPr="00852D57">
        <w:rPr>
          <w:rFonts w:cs="Arial"/>
          <w:i/>
          <w:sz w:val="24"/>
          <w:szCs w:val="24"/>
        </w:rPr>
        <w:t>.</w:t>
      </w:r>
    </w:p>
    <w:p w14:paraId="7C4BA697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r w:rsidRPr="00852D57">
        <w:rPr>
          <w:rFonts w:cs="Arial"/>
          <w:sz w:val="24"/>
          <w:szCs w:val="24"/>
        </w:rPr>
        <w:br w:type="page"/>
      </w:r>
    </w:p>
    <w:p w14:paraId="7D42FB7E" w14:textId="77777777" w:rsidR="00317D3D" w:rsidRPr="00852D57" w:rsidRDefault="00220124" w:rsidP="00C71DA5">
      <w:pPr>
        <w:pStyle w:val="Nagwek1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852D57">
        <w:rPr>
          <w:rFonts w:ascii="Arial" w:hAnsi="Arial" w:cs="Arial"/>
          <w:color w:val="auto"/>
          <w:sz w:val="24"/>
          <w:szCs w:val="24"/>
        </w:rPr>
        <w:lastRenderedPageBreak/>
        <w:t>II. ZESTAWIENIE ZBIORCZE – NAUCZYCIELE / NAUCZYCIELKI</w:t>
      </w:r>
    </w:p>
    <w:p w14:paraId="0DB70EBB" w14:textId="731C5E4A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b/>
          <w:sz w:val="24"/>
          <w:szCs w:val="24"/>
        </w:rPr>
        <w:t>Źródło danych: dziennik szkolenia, wyniki walidacji oraz zaświadczenie potwierdzające nabycie kompetencji po danym szkoleniu, gdy wynik walidacji to uzasadnia.</w:t>
      </w:r>
      <w:proofErr w:type="spellEnd"/>
      <w:r w:rsidRPr="00852D57">
        <w:rPr>
          <w:rFonts w:cs="Arial"/>
          <w:b/>
          <w:sz w:val="24"/>
          <w:szCs w:val="24"/>
        </w:rPr>
        <w:t xml:space="preserve"/>
      </w:r>
      <w:proofErr w:type="spellStart"/>
      <w:r w:rsidRPr="00852D57">
        <w:rPr>
          <w:rFonts w:cs="Arial"/>
          <w:b/>
          <w:sz w:val="24"/>
          <w:szCs w:val="24"/>
        </w:rPr>
        <w:t/>
      </w:r>
      <w:proofErr w:type="spellEnd"/>
      <w:r w:rsidRPr="00852D57">
        <w:rPr>
          <w:rFonts w:cs="Arial"/>
          <w:b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/>
      </w:r>
      <w:proofErr w:type="spellStart"/>
      <w:r w:rsidRPr="00852D57">
        <w:rPr>
          <w:rFonts w:cs="Arial"/>
          <w:b/>
          <w:sz w:val="24"/>
          <w:szCs w:val="24"/>
        </w:rPr>
        <w:t/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wynikających</w:t>
      </w:r>
      <w:proofErr w:type="spellEnd"/>
      <w:r w:rsidRPr="00852D57">
        <w:rPr>
          <w:rFonts w:cs="Arial"/>
          <w:sz w:val="24"/>
          <w:szCs w:val="24"/>
        </w:rPr>
        <w:t xml:space="preserve"> z </w:t>
      </w:r>
      <w:proofErr w:type="spellStart"/>
      <w:r w:rsidRPr="00852D57">
        <w:rPr>
          <w:rFonts w:cs="Arial"/>
          <w:sz w:val="24"/>
          <w:szCs w:val="24"/>
        </w:rPr>
        <w:t>tych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dokumentów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przepisuje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ponownie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poza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zakresem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niezbędnym</w:t>
      </w:r>
      <w:proofErr w:type="spellEnd"/>
      <w:r w:rsidRPr="00852D57">
        <w:rPr>
          <w:rFonts w:cs="Arial"/>
          <w:sz w:val="24"/>
          <w:szCs w:val="24"/>
        </w:rPr>
        <w:t xml:space="preserve"> do </w:t>
      </w:r>
      <w:proofErr w:type="spellStart"/>
      <w:r w:rsidRPr="00852D57">
        <w:rPr>
          <w:rFonts w:cs="Arial"/>
          <w:sz w:val="24"/>
          <w:szCs w:val="24"/>
        </w:rPr>
        <w:t>monitorowania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wyniku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uczestnika</w:t>
      </w:r>
      <w:proofErr w:type="spellEnd"/>
      <w:r w:rsidRPr="00852D57">
        <w:rPr>
          <w:rFonts w:cs="Arial"/>
          <w:sz w:val="24"/>
          <w:szCs w:val="24"/>
        </w:rPr>
        <w:t>.</w:t>
      </w:r>
    </w:p>
    <w:p w14:paraId="225A36CB" w14:textId="77D9EC7B" w:rsidR="00A875C7" w:rsidRPr="00852D57" w:rsidRDefault="00A875C7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sz w:val="24"/>
          <w:szCs w:val="24"/>
        </w:rPr>
        <w:t>Informację</w:t>
      </w:r>
      <w:proofErr w:type="spellEnd"/>
      <w:r w:rsidRPr="00852D57">
        <w:rPr>
          <w:rFonts w:cs="Arial"/>
          <w:sz w:val="24"/>
          <w:szCs w:val="24"/>
        </w:rPr>
        <w:t xml:space="preserve"> o </w:t>
      </w:r>
      <w:proofErr w:type="spellStart"/>
      <w:r w:rsidRPr="00852D57">
        <w:rPr>
          <w:rFonts w:cs="Arial"/>
          <w:sz w:val="24"/>
          <w:szCs w:val="24"/>
        </w:rPr>
        <w:t>podjęciu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kształcenia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lub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szkolenia</w:t>
      </w:r>
      <w:proofErr w:type="spellEnd"/>
      <w:r w:rsidRPr="00852D57">
        <w:rPr>
          <w:rFonts w:cs="Arial"/>
          <w:sz w:val="24"/>
          <w:szCs w:val="24"/>
        </w:rPr>
        <w:t xml:space="preserve"> po </w:t>
      </w:r>
      <w:proofErr w:type="spellStart"/>
      <w:r w:rsidRPr="00852D57">
        <w:rPr>
          <w:rFonts w:cs="Arial"/>
          <w:sz w:val="24"/>
          <w:szCs w:val="24"/>
        </w:rPr>
        <w:t>opuszczeniu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projektu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uzupełnia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wyłącznie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wtedy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gdy</w:t>
      </w:r>
      <w:proofErr w:type="spellEnd"/>
      <w:r w:rsidRPr="00852D57">
        <w:rPr>
          <w:rFonts w:cs="Arial"/>
          <w:sz w:val="24"/>
          <w:szCs w:val="24"/>
        </w:rPr>
        <w:t xml:space="preserve"> jest </w:t>
      </w:r>
      <w:proofErr w:type="spellStart"/>
      <w:r w:rsidRPr="00852D57">
        <w:rPr>
          <w:rFonts w:cs="Arial"/>
          <w:sz w:val="24"/>
          <w:szCs w:val="24"/>
        </w:rPr>
        <w:t>wymagana</w:t>
      </w:r>
      <w:proofErr w:type="spellEnd"/>
      <w:r w:rsidRPr="00852D57">
        <w:rPr>
          <w:rFonts w:cs="Arial"/>
          <w:sz w:val="24"/>
          <w:szCs w:val="24"/>
        </w:rPr>
        <w:t xml:space="preserve"> do </w:t>
      </w:r>
      <w:proofErr w:type="spellStart"/>
      <w:r w:rsidRPr="00852D57">
        <w:rPr>
          <w:rFonts w:cs="Arial"/>
          <w:sz w:val="24"/>
          <w:szCs w:val="24"/>
        </w:rPr>
        <w:t>pomiaru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właściwego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dla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wskaźnika</w:t>
      </w:r>
      <w:proofErr w:type="spellEnd"/>
      <w:r w:rsidRPr="00852D57">
        <w:rPr>
          <w:rFonts w:cs="Arial"/>
          <w:sz w:val="24"/>
          <w:szCs w:val="24"/>
        </w:rPr>
        <w:t xml:space="preserve">. W </w:t>
      </w:r>
      <w:proofErr w:type="spellStart"/>
      <w:r w:rsidRPr="00852D57">
        <w:rPr>
          <w:rFonts w:cs="Arial"/>
          <w:sz w:val="24"/>
          <w:szCs w:val="24"/>
        </w:rPr>
        <w:t>pozostałych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przypadkach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wpisuje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„NIE DOTYCZY”. W </w:t>
      </w:r>
      <w:proofErr w:type="spellStart"/>
      <w:r w:rsidRPr="00852D57">
        <w:rPr>
          <w:rFonts w:cs="Arial"/>
          <w:sz w:val="24"/>
          <w:szCs w:val="24"/>
        </w:rPr>
        <w:t>pierwszej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kolejności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wykorzystuje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znajdujące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Beneficjenta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lub</w:t>
      </w:r>
      <w:proofErr w:type="spellEnd"/>
      <w:r w:rsidRPr="00852D57">
        <w:rPr>
          <w:rFonts w:cs="Arial"/>
          <w:sz w:val="24"/>
          <w:szCs w:val="24"/>
        </w:rPr>
        <w:t xml:space="preserve"> OWP. </w:t>
      </w:r>
      <w:proofErr w:type="spellStart"/>
      <w:r w:rsidRPr="00852D57">
        <w:rPr>
          <w:rFonts w:cs="Arial"/>
          <w:sz w:val="24"/>
          <w:szCs w:val="24"/>
        </w:rPr>
        <w:t>Jeżeli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niewystarczające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brakujące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można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uzyskać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uczestnika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ramach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bieżącej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korespondencji</w:t>
      </w:r>
      <w:proofErr w:type="spellEnd"/>
      <w:r w:rsidRPr="00852D57">
        <w:rPr>
          <w:rFonts w:cs="Arial"/>
          <w:sz w:val="24"/>
          <w:szCs w:val="24"/>
        </w:rPr>
        <w:t xml:space="preserve"> e-mail, bez </w:t>
      </w:r>
      <w:proofErr w:type="spellStart"/>
      <w:r w:rsidRPr="00852D57">
        <w:rPr>
          <w:rFonts w:cs="Arial"/>
          <w:sz w:val="24"/>
          <w:szCs w:val="24"/>
        </w:rPr>
        <w:t>sporządzania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odrębnego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formularza</w:t>
      </w:r>
      <w:proofErr w:type="spellEnd"/>
      <w:r w:rsidRPr="00852D57">
        <w:rPr>
          <w:rFonts w:cs="Arial"/>
          <w:sz w:val="24"/>
          <w:szCs w:val="24"/>
        </w:rPr>
        <w:t xml:space="preserve"> ani </w:t>
      </w:r>
      <w:proofErr w:type="spellStart"/>
      <w:r w:rsidRPr="00852D57">
        <w:rPr>
          <w:rFonts w:cs="Arial"/>
          <w:sz w:val="24"/>
          <w:szCs w:val="24"/>
        </w:rPr>
        <w:t>dodatkowego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podpisywanego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oświadczenia</w:t>
      </w:r>
      <w:proofErr w:type="spellEnd"/>
      <w:r w:rsidRPr="00852D57">
        <w:rPr>
          <w:rFonts w:cs="Arial"/>
          <w:sz w:val="24"/>
          <w:szCs w:val="24"/>
        </w:rPr>
        <w:t xml:space="preserve">. </w:t>
      </w:r>
      <w:proofErr w:type="spellStart"/>
      <w:r w:rsidRPr="00852D57">
        <w:rPr>
          <w:rFonts w:cs="Arial"/>
          <w:sz w:val="24"/>
          <w:szCs w:val="24"/>
        </w:rPr>
        <w:t>Korespondencję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zachowuje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projektu</w:t>
      </w:r>
      <w:proofErr w:type="spellEnd"/>
      <w:r w:rsidRPr="00852D57">
        <w:rPr>
          <w:rFonts w:cs="Arial"/>
          <w:sz w:val="24"/>
          <w:szCs w:val="24"/>
        </w:rPr>
        <w:t xml:space="preserve">, a w </w:t>
      </w:r>
      <w:proofErr w:type="spellStart"/>
      <w:r w:rsidRPr="00852D57">
        <w:rPr>
          <w:rFonts w:cs="Arial"/>
          <w:sz w:val="24"/>
          <w:szCs w:val="24"/>
        </w:rPr>
        <w:t>kolumnie</w:t>
      </w:r>
      <w:proofErr w:type="spellEnd"/>
      <w:r w:rsidRPr="00852D57">
        <w:rPr>
          <w:rFonts w:cs="Arial"/>
          <w:sz w:val="24"/>
          <w:szCs w:val="24"/>
        </w:rPr>
        <w:t xml:space="preserve"> „</w:t>
      </w:r>
      <w:proofErr w:type="spellStart"/>
      <w:r w:rsidRPr="00852D57">
        <w:rPr>
          <w:rFonts w:cs="Arial"/>
          <w:sz w:val="24"/>
          <w:szCs w:val="24"/>
        </w:rPr>
        <w:t>Uwagi</w:t>
      </w:r>
      <w:proofErr w:type="spellEnd"/>
      <w:r w:rsidRPr="00852D57">
        <w:rPr>
          <w:rFonts w:cs="Arial"/>
          <w:sz w:val="24"/>
          <w:szCs w:val="24"/>
        </w:rPr>
        <w:t xml:space="preserve">” </w:t>
      </w:r>
      <w:proofErr w:type="spellStart"/>
      <w:r w:rsidRPr="00852D57">
        <w:rPr>
          <w:rFonts w:cs="Arial"/>
          <w:sz w:val="24"/>
          <w:szCs w:val="24"/>
        </w:rPr>
        <w:t>wskazuje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się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źródło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datę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uzyskania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informacji</w:t>
      </w:r>
      <w:proofErr w:type="spellEnd"/>
      <w:r w:rsidRPr="00852D57">
        <w:rPr>
          <w:rFonts w:cs="Arial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64"/>
        <w:gridCol w:w="2994"/>
        <w:gridCol w:w="1297"/>
        <w:gridCol w:w="1647"/>
        <w:gridCol w:w="1928"/>
        <w:gridCol w:w="1928"/>
        <w:gridCol w:w="2490"/>
        <w:gridCol w:w="2127"/>
      </w:tblGrid>
      <w:tr w:rsidR="00852D57" w:rsidRPr="00852D57" w14:paraId="176EFE49" w14:textId="77777777" w:rsidTr="00852D57">
        <w:trPr>
          <w:cantSplit/>
          <w:tblHeader/>
          <w:jc w:val="center"/>
        </w:trPr>
        <w:tc>
          <w:tcPr>
            <w:tcW w:w="76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BCDC72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2994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61EA50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129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66E44A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>OWP</w:t>
            </w:r>
          </w:p>
        </w:tc>
        <w:tc>
          <w:tcPr>
            <w:tcW w:w="164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0D3EF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zakończenia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udziału</w:t>
            </w:r>
            <w:proofErr w:type="spellEnd"/>
          </w:p>
        </w:tc>
        <w:tc>
          <w:tcPr>
            <w:tcW w:w="192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DF44A1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Zakończył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/a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udział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zgodnie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zaplanowaną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ścieżką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br/>
              <w:t>TAK / NIE</w:t>
            </w:r>
          </w:p>
        </w:tc>
        <w:tc>
          <w:tcPr>
            <w:tcW w:w="1928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>
            <w:r>
              <w:t>Nabył/a kompetencje potwierdzone walidacją TAK / NIE</w:t>
            </w:r>
          </w:p>
        </w:tc>
        <w:tc>
          <w:tcPr>
            <w:tcW w:w="2490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703460" w14:textId="3EE3031E" w:rsidR="00317D3D" w:rsidRPr="00852D57" w:rsidRDefault="00BB763F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b/>
                <w:sz w:val="24"/>
                <w:szCs w:val="24"/>
              </w:rPr>
              <w:t>„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Podjął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/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podjęła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kształcenie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lub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szkolenie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po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opuszczeniu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projektu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– TAK / NIE / NIE DOTYCZY”</w:t>
            </w:r>
          </w:p>
        </w:tc>
        <w:tc>
          <w:tcPr>
            <w:tcW w:w="2127" w:type="dxa"/>
            <w:shd w:val="clear" w:color="auto" w:fill="D9D9D9" w:themeFill="background1" w:themeFillShade="D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620A4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</w:p>
        </w:tc>
      </w:tr>
      <w:tr w:rsidR="00852D57" w:rsidRPr="00852D57" w14:paraId="3AB911E4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1DEDA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386F9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DCDB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5A5F8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F29F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C9A87E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51D9B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1A298E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5EA31849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F0217B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415ABA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272C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9202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92F099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5108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F7B0BB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43DDDB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70AE7DAA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E7A0EE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15A055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B4968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FE7A21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9FFE5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EDD600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37C23F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23DBA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0FB7C069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17E774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lastRenderedPageBreak/>
              <w:t>4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17415B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330F68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E2F056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2AC7C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3E90B5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424CE4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C9833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852D57" w:rsidRPr="00852D57" w14:paraId="4F7DBE17" w14:textId="77777777" w:rsidTr="00BB763F">
        <w:trPr>
          <w:cantSplit/>
          <w:trHeight w:val="351"/>
          <w:jc w:val="center"/>
        </w:trPr>
        <w:tc>
          <w:tcPr>
            <w:tcW w:w="7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D347E" w14:textId="77777777" w:rsidR="00317D3D" w:rsidRPr="00852D57" w:rsidRDefault="00220124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852D5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99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B39006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129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9369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A0BF0A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CD973C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92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2F9FE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4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64937" w14:textId="77777777" w:rsidR="00317D3D" w:rsidRPr="00852D57" w:rsidRDefault="00317D3D" w:rsidP="00C71DA5">
            <w:pPr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12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3BD30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330ED665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b/>
          <w:sz w:val="24"/>
          <w:szCs w:val="24"/>
        </w:rPr>
        <w:t>Uwaga</w:t>
      </w:r>
      <w:proofErr w:type="spellEnd"/>
      <w:r w:rsidRPr="00852D57">
        <w:rPr>
          <w:rFonts w:cs="Arial"/>
          <w:b/>
          <w:sz w:val="24"/>
          <w:szCs w:val="24"/>
        </w:rPr>
        <w:t xml:space="preserve">: </w:t>
      </w:r>
      <w:proofErr w:type="spellStart"/>
      <w:r w:rsidRPr="00852D57">
        <w:rPr>
          <w:rFonts w:cs="Arial"/>
          <w:i/>
          <w:sz w:val="24"/>
          <w:szCs w:val="24"/>
        </w:rPr>
        <w:t>wynik dotyczący nabycia kompetencji w szkoleniach projektu</w:t>
      </w:r>
      <w:proofErr w:type="spellEnd"/>
      <w:r w:rsidRPr="00852D57">
        <w:rPr>
          <w:rFonts w:cs="Arial"/>
          <w:i/>
          <w:sz w:val="24"/>
          <w:szCs w:val="24"/>
        </w:rPr>
        <w:t xml:space="preserve"/>
      </w:r>
      <w:proofErr w:type="spellStart"/>
      <w:r w:rsidRPr="00852D57">
        <w:rPr>
          <w:rFonts w:cs="Arial"/>
          <w:i/>
          <w:sz w:val="24"/>
          <w:szCs w:val="24"/>
        </w:rPr>
        <w:t/>
      </w:r>
      <w:proofErr w:type="spellEnd"/>
      <w:r w:rsidRPr="00852D57">
        <w:rPr>
          <w:rFonts w:cs="Arial"/>
          <w:i/>
          <w:sz w:val="24"/>
          <w:szCs w:val="24"/>
        </w:rPr>
        <w:t xml:space="preserve"/>
      </w:r>
      <w:proofErr w:type="spellStart"/>
      <w:r w:rsidRPr="00852D57">
        <w:rPr>
          <w:rFonts w:cs="Arial"/>
          <w:i/>
          <w:sz w:val="24"/>
          <w:szCs w:val="24"/>
        </w:rPr>
        <w:t/>
      </w:r>
      <w:proofErr w:type="spellEnd"/>
      <w:r w:rsidRPr="00852D57">
        <w:rPr>
          <w:rFonts w:cs="Arial"/>
          <w:i/>
          <w:sz w:val="24"/>
          <w:szCs w:val="24"/>
        </w:rPr>
        <w:t xml:space="preserve"/>
      </w:r>
      <w:proofErr w:type="spellStart"/>
      <w:r w:rsidRPr="00852D57">
        <w:rPr>
          <w:rFonts w:cs="Arial"/>
          <w:i/>
          <w:sz w:val="24"/>
          <w:szCs w:val="24"/>
        </w:rPr>
        <w:t/>
      </w:r>
      <w:proofErr w:type="spellEnd"/>
      <w:r w:rsidRPr="00852D57">
        <w:rPr>
          <w:rFonts w:cs="Arial"/>
          <w:i/>
          <w:sz w:val="24"/>
          <w:szCs w:val="24"/>
        </w:rPr>
        <w:t xml:space="preserve"/>
      </w:r>
      <w:proofErr w:type="spellStart"/>
      <w:r w:rsidRPr="00852D57">
        <w:rPr>
          <w:rFonts w:cs="Arial"/>
          <w:i/>
          <w:sz w:val="24"/>
          <w:szCs w:val="24"/>
        </w:rPr>
        <w:t/>
      </w:r>
      <w:proofErr w:type="spellEnd"/>
      <w:r w:rsidRPr="00852D57">
        <w:rPr>
          <w:rFonts w:cs="Arial"/>
          <w:i/>
          <w:sz w:val="24"/>
          <w:szCs w:val="24"/>
        </w:rPr>
        <w:t xml:space="preserve"/>
      </w:r>
      <w:proofErr w:type="spellStart"/>
      <w:r w:rsidRPr="00852D57">
        <w:rPr>
          <w:rFonts w:cs="Arial"/>
          <w:i/>
          <w:sz w:val="24"/>
          <w:szCs w:val="24"/>
        </w:rPr>
        <w:t/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ujmuje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się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zgodnie</w:t>
      </w:r>
      <w:proofErr w:type="spellEnd"/>
      <w:r w:rsidRPr="00852D57">
        <w:rPr>
          <w:rFonts w:cs="Arial"/>
          <w:i/>
          <w:sz w:val="24"/>
          <w:szCs w:val="24"/>
        </w:rPr>
        <w:t xml:space="preserve"> z </w:t>
      </w:r>
      <w:proofErr w:type="spellStart"/>
      <w:r w:rsidRPr="00852D57">
        <w:rPr>
          <w:rFonts w:cs="Arial"/>
          <w:i/>
          <w:sz w:val="24"/>
          <w:szCs w:val="24"/>
        </w:rPr>
        <w:t>zasadami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pomiaru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wskaźników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oraz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dokumentacją</w:t>
      </w:r>
      <w:proofErr w:type="spellEnd"/>
      <w:r w:rsidRPr="00852D57">
        <w:rPr>
          <w:rFonts w:cs="Arial"/>
          <w:i/>
          <w:sz w:val="24"/>
          <w:szCs w:val="24"/>
        </w:rPr>
        <w:t xml:space="preserve"> </w:t>
      </w:r>
      <w:proofErr w:type="spellStart"/>
      <w:r w:rsidRPr="00852D57">
        <w:rPr>
          <w:rFonts w:cs="Arial"/>
          <w:i/>
          <w:sz w:val="24"/>
          <w:szCs w:val="24"/>
        </w:rPr>
        <w:t>walidacji</w:t>
      </w:r>
      <w:proofErr w:type="spellEnd"/>
      <w:r w:rsidRPr="00852D57">
        <w:rPr>
          <w:rFonts w:cs="Arial"/>
          <w:i/>
          <w:sz w:val="24"/>
          <w:szCs w:val="24"/>
        </w:rPr>
        <w:t>.</w:t>
      </w:r>
    </w:p>
    <w:p w14:paraId="5B439FEE" w14:textId="77777777" w:rsidR="00317D3D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  <w:r w:rsidRPr="00852D57">
        <w:rPr>
          <w:rFonts w:cs="Arial"/>
          <w:b/>
          <w:sz w:val="24"/>
          <w:szCs w:val="24"/>
        </w:rPr>
        <w:t>POTWIERDZENIE UPOWAŻNIONEGO PERSONELU</w:t>
      </w:r>
    </w:p>
    <w:p w14:paraId="4C5B52FD" w14:textId="77777777" w:rsidR="00317D3D" w:rsidRPr="00852D57" w:rsidRDefault="00220124" w:rsidP="00C71DA5">
      <w:pPr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852D57">
        <w:rPr>
          <w:rFonts w:cs="Arial"/>
          <w:sz w:val="24"/>
          <w:szCs w:val="24"/>
        </w:rPr>
        <w:t>Potwierdzam</w:t>
      </w:r>
      <w:proofErr w:type="spellEnd"/>
      <w:r w:rsidRPr="00852D57">
        <w:rPr>
          <w:rFonts w:cs="Arial"/>
          <w:sz w:val="24"/>
          <w:szCs w:val="24"/>
        </w:rPr>
        <w:t xml:space="preserve">, </w:t>
      </w:r>
      <w:proofErr w:type="spellStart"/>
      <w:r w:rsidRPr="00852D57">
        <w:rPr>
          <w:rFonts w:cs="Arial"/>
          <w:sz w:val="24"/>
          <w:szCs w:val="24"/>
        </w:rPr>
        <w:t>że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dane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ujęte</w:t>
      </w:r>
      <w:proofErr w:type="spellEnd"/>
      <w:r w:rsidRPr="00852D57">
        <w:rPr>
          <w:rFonts w:cs="Arial"/>
          <w:sz w:val="24"/>
          <w:szCs w:val="24"/>
        </w:rPr>
        <w:t xml:space="preserve"> w </w:t>
      </w:r>
      <w:proofErr w:type="spellStart"/>
      <w:r w:rsidRPr="00852D57">
        <w:rPr>
          <w:rFonts w:cs="Arial"/>
          <w:sz w:val="24"/>
          <w:szCs w:val="24"/>
        </w:rPr>
        <w:t>niniejszej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karcie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zostały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ustalone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na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podstawie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źródłowej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właściwej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dla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poszczególnych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uczestników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odpowiadają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stanowi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wynikającemu</w:t>
      </w:r>
      <w:proofErr w:type="spellEnd"/>
      <w:r w:rsidRPr="00852D57">
        <w:rPr>
          <w:rFonts w:cs="Arial"/>
          <w:sz w:val="24"/>
          <w:szCs w:val="24"/>
        </w:rPr>
        <w:t xml:space="preserve"> z </w:t>
      </w:r>
      <w:proofErr w:type="spellStart"/>
      <w:r w:rsidRPr="00852D57">
        <w:rPr>
          <w:rFonts w:cs="Arial"/>
          <w:sz w:val="24"/>
          <w:szCs w:val="24"/>
        </w:rPr>
        <w:t>dokumentacji</w:t>
      </w:r>
      <w:proofErr w:type="spellEnd"/>
      <w:r w:rsidRPr="00852D57">
        <w:rPr>
          <w:rFonts w:cs="Arial"/>
          <w:sz w:val="24"/>
          <w:szCs w:val="24"/>
        </w:rPr>
        <w:t xml:space="preserve"> </w:t>
      </w:r>
      <w:proofErr w:type="spellStart"/>
      <w:r w:rsidRPr="00852D57">
        <w:rPr>
          <w:rFonts w:cs="Arial"/>
          <w:sz w:val="24"/>
          <w:szCs w:val="24"/>
        </w:rPr>
        <w:t>projektu</w:t>
      </w:r>
      <w:proofErr w:type="spellEnd"/>
      <w:r w:rsidRPr="00852D57">
        <w:rPr>
          <w:rFonts w:cs="Arial"/>
          <w:sz w:val="24"/>
          <w:szCs w:val="24"/>
        </w:rP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748"/>
        <w:gridCol w:w="5669"/>
      </w:tblGrid>
      <w:tr w:rsidR="00852D57" w:rsidRPr="00852D57" w14:paraId="06A1A7BD" w14:textId="77777777" w:rsidTr="00BB763F">
        <w:trPr>
          <w:cantSplit/>
          <w:jc w:val="center"/>
        </w:trPr>
        <w:tc>
          <w:tcPr>
            <w:tcW w:w="67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8B9278" w14:textId="77777777" w:rsidR="00317D3D" w:rsidRPr="00852D57" w:rsidRDefault="00220124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,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osoby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upoważnionej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6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7EE847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17D3D" w:rsidRPr="00852D57" w14:paraId="3251A6DD" w14:textId="77777777" w:rsidTr="00BB763F">
        <w:trPr>
          <w:cantSplit/>
          <w:jc w:val="center"/>
        </w:trPr>
        <w:tc>
          <w:tcPr>
            <w:tcW w:w="674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ACBD21" w14:textId="77777777" w:rsidR="00317D3D" w:rsidRPr="00852D57" w:rsidRDefault="00220124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Miejscowość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 xml:space="preserve"> data / </w:t>
            </w:r>
            <w:proofErr w:type="spellStart"/>
            <w:r w:rsidRPr="00852D57">
              <w:rPr>
                <w:rFonts w:cs="Arial"/>
                <w:b/>
                <w:sz w:val="24"/>
                <w:szCs w:val="24"/>
              </w:rPr>
              <w:t>podpis</w:t>
            </w:r>
            <w:proofErr w:type="spellEnd"/>
            <w:r w:rsidRPr="00852D57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6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048B2" w14:textId="77777777" w:rsidR="00317D3D" w:rsidRPr="00852D57" w:rsidRDefault="00317D3D" w:rsidP="00C71DA5">
            <w:pPr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017B40BC" w14:textId="77777777" w:rsidR="00220124" w:rsidRPr="00852D57" w:rsidRDefault="00220124" w:rsidP="00C71DA5">
      <w:pPr>
        <w:spacing w:before="120" w:after="120" w:line="360" w:lineRule="auto"/>
        <w:rPr>
          <w:rFonts w:cs="Arial"/>
          <w:sz w:val="24"/>
          <w:szCs w:val="24"/>
        </w:rPr>
      </w:pPr>
    </w:p>
    <w:sectPr w:rsidR="00220124" w:rsidRPr="00852D57" w:rsidSect="00C71DA5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765" w:right="709" w:bottom="765" w:left="709" w:header="181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5BD55" w14:textId="77777777" w:rsidR="002F18EA" w:rsidRDefault="002F18EA">
      <w:r>
        <w:separator/>
      </w:r>
    </w:p>
  </w:endnote>
  <w:endnote w:type="continuationSeparator" w:id="0">
    <w:p w14:paraId="29EDF0AF" w14:textId="77777777" w:rsidR="002F18EA" w:rsidRDefault="002F1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DDED5" w14:textId="77777777" w:rsidR="00BB0019" w:rsidRDefault="00BB0019" w:rsidP="00BB0019">
    <w:pPr>
      <w:pStyle w:val="Stopka"/>
      <w:jc w:val="center"/>
      <w:rPr>
        <w:rFonts w:cs="Arial"/>
        <w:szCs w:val="24"/>
      </w:rPr>
    </w:pPr>
    <w:proofErr w:type="spellStart"/>
    <w:r>
      <w:rPr>
        <w:sz w:val="16"/>
      </w:rPr>
      <w:t>Fundusze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Europejskie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dla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Pomorza</w:t>
    </w:r>
    <w:proofErr w:type="spellEnd"/>
    <w:r>
      <w:rPr>
        <w:sz w:val="16"/>
      </w:rPr>
      <w:t xml:space="preserve"> 2021-2027  |  </w:t>
    </w:r>
    <w:proofErr w:type="spellStart"/>
    <w:r>
      <w:rPr>
        <w:sz w:val="16"/>
      </w:rPr>
      <w:t>Strona</w:t>
    </w:r>
    <w:proofErr w:type="spellEnd"/>
    <w:r>
      <w:rPr>
        <w:sz w:val="16"/>
      </w:rPr>
      <w:t xml:space="preserve">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7D3E" w14:textId="77777777" w:rsidR="00317D3D" w:rsidRDefault="00220124">
    <w:pPr>
      <w:jc w:val="center"/>
    </w:pPr>
    <w:proofErr w:type="spellStart"/>
    <w:r>
      <w:rPr>
        <w:sz w:val="16"/>
      </w:rPr>
      <w:t>Fundusze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Europejskie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dla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Pomorza</w:t>
    </w:r>
    <w:proofErr w:type="spellEnd"/>
    <w:r>
      <w:rPr>
        <w:sz w:val="16"/>
      </w:rPr>
      <w:t xml:space="preserve"> 2021-2027  |  </w:t>
    </w:r>
    <w:proofErr w:type="spellStart"/>
    <w:r>
      <w:rPr>
        <w:sz w:val="16"/>
      </w:rPr>
      <w:t>Strona</w:t>
    </w:r>
    <w:proofErr w:type="spellEnd"/>
    <w:r>
      <w:rPr>
        <w:sz w:val="16"/>
      </w:rPr>
      <w:t xml:space="preserve">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sz w:val="16"/>
      </w:rPr>
      <w:t xml:space="preserve"> z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509D0" w14:textId="77777777" w:rsidR="002F18EA" w:rsidRDefault="002F18EA">
      <w:r>
        <w:separator/>
      </w:r>
    </w:p>
  </w:footnote>
  <w:footnote w:type="continuationSeparator" w:id="0">
    <w:p w14:paraId="56A432CC" w14:textId="77777777" w:rsidR="002F18EA" w:rsidRDefault="002F1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E14CE" w14:textId="77777777" w:rsidR="000E0CA5" w:rsidRDefault="00BB0019" w:rsidP="00BB0019">
    <w:pPr>
      <w:pStyle w:val="Nagwek"/>
    </w:pPr>
    <w:r>
      <w:rPr>
        <w:noProof/>
      </w:rPr>
      <w:drawing>
        <wp:inline distT="0" distB="0" distL="0" distR="0" wp14:anchorId="70EA73F5" wp14:editId="6D6F7EA7">
          <wp:extent cx="6052782" cy="669925"/>
          <wp:effectExtent l="0" t="0" r="0" b="0"/>
          <wp:docPr id="3" name="Obraz 3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93128F5" w14:textId="77777777" w:rsidR="00BB0019" w:rsidRPr="00BB0019" w:rsidRDefault="00BB0019" w:rsidP="00BB00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6066B" w14:textId="77777777" w:rsidR="00322E55" w:rsidRDefault="00FD07D8">
    <w:pPr>
      <w:jc w:val="center"/>
    </w:pPr>
    <w:r>
      <w:rPr>
        <w:noProof/>
      </w:rPr>
      <w:drawing>
        <wp:inline distT="0" distB="0" distL="0" distR="0" wp14:anchorId="695AC839" wp14:editId="5AC020C6">
          <wp:extent cx="5976000" cy="695619"/>
          <wp:effectExtent l="0" t="0" r="0" b="0"/>
          <wp:docPr id="1" name="Picture 1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6000" cy="695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0CA5"/>
    <w:rsid w:val="0015074B"/>
    <w:rsid w:val="00220124"/>
    <w:rsid w:val="0025293A"/>
    <w:rsid w:val="0029639D"/>
    <w:rsid w:val="002F18EA"/>
    <w:rsid w:val="00317D3D"/>
    <w:rsid w:val="00322E55"/>
    <w:rsid w:val="00326F90"/>
    <w:rsid w:val="003E5A22"/>
    <w:rsid w:val="004A7C69"/>
    <w:rsid w:val="006F50A2"/>
    <w:rsid w:val="007C6392"/>
    <w:rsid w:val="00852D57"/>
    <w:rsid w:val="00A875C7"/>
    <w:rsid w:val="00AA1D8D"/>
    <w:rsid w:val="00B47730"/>
    <w:rsid w:val="00BB0019"/>
    <w:rsid w:val="00BB763F"/>
    <w:rsid w:val="00C71DA5"/>
    <w:rsid w:val="00CB0664"/>
    <w:rsid w:val="00E22BCA"/>
    <w:rsid w:val="00EC0981"/>
    <w:rsid w:val="00FA788C"/>
    <w:rsid w:val="00FC693F"/>
    <w:rsid w:val="00FD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997146"/>
  <w14:defaultImageDpi w14:val="300"/>
  <w15:docId w15:val="{6C0346C9-436A-4931-8853-A22F833BC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 w:after="100"/>
      <w:outlineLvl w:val="0"/>
    </w:pPr>
    <w:rPr>
      <w:rFonts w:asciiTheme="majorHAnsi" w:eastAsiaTheme="majorEastAsia" w:hAnsiTheme="majorHAnsi" w:cstheme="majorBidi"/>
      <w:b/>
      <w:bCs/>
      <w:color w:val="365F91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452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8 - Zbiorcza karta sytuacji uczestników po zakończeniu udziału - Luzino</vt:lpstr>
      <vt:lpstr/>
    </vt:vector>
  </TitlesOfParts>
  <Manager/>
  <Company/>
  <LinksUpToDate>false</LinksUpToDate>
  <CharactersWithSpaces>3158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8 - Zbiorcza karta zakończenia udziału w projekcie i sytuacji uczestników po opuszczeniu projektu</dc:title>
  <dc:subject>Projekt Rozwój edukacji przedszkolnej w Gminie Luzino</dc:subject>
  <dc:creator>python-docx</dc:creator>
  <cp:keywords/>
  <dc:description>Zbiorcza karta dla dzieci i nauczycieli, sporządzana przez upoważniony personel.</dc:description>
  <cp:lastModifiedBy>Dawid</cp:lastModifiedBy>
  <cp:revision>12</cp:revision>
  <dcterms:created xsi:type="dcterms:W3CDTF">2013-12-23T23:15:00Z</dcterms:created>
  <dcterms:modified xsi:type="dcterms:W3CDTF">2026-09-24T06:15:00Z</dcterms:modified>
  <cp:category/>
</cp:coreProperties>
</file>