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6E715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ZAŁĄCZNIK NR 1</w:t>
      </w:r>
    </w:p>
    <w:p w14:paraId="711BE179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FORMULARZ REKRUTACYJNY DZIECKA</w:t>
      </w:r>
    </w:p>
    <w:p w14:paraId="55A5DEC9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 xml:space="preserve">do </w:t>
      </w:r>
      <w:proofErr w:type="spellStart"/>
      <w:r w:rsidRPr="00F70477">
        <w:rPr>
          <w:rFonts w:eastAsia="Arial" w:cs="Arial"/>
          <w:b/>
          <w:sz w:val="24"/>
          <w:szCs w:val="24"/>
        </w:rPr>
        <w:t>projektu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„</w:t>
      </w:r>
      <w:proofErr w:type="spellStart"/>
      <w:r w:rsidRPr="00F70477">
        <w:rPr>
          <w:rFonts w:eastAsia="Arial" w:cs="Arial"/>
          <w:b/>
          <w:sz w:val="24"/>
          <w:szCs w:val="24"/>
        </w:rPr>
        <w:t>Rozwój edukacji przedszkolnej w Gminie Łęczyce – etap 3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b/>
          <w:sz w:val="24"/>
          <w:szCs w:val="24"/>
        </w:rPr>
        <w:t/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b/>
          <w:sz w:val="24"/>
          <w:szCs w:val="24"/>
        </w:rPr>
        <w:t/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b/>
          <w:sz w:val="24"/>
          <w:szCs w:val="24"/>
        </w:rPr>
        <w:t/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b/>
          <w:sz w:val="24"/>
          <w:szCs w:val="24"/>
        </w:rPr>
        <w:t/>
      </w:r>
      <w:proofErr w:type="spellEnd"/>
      <w:r w:rsidRPr="00F70477">
        <w:rPr>
          <w:rFonts w:eastAsia="Arial" w:cs="Arial"/>
          <w:b/>
          <w:sz w:val="24"/>
          <w:szCs w:val="24"/>
        </w:rPr>
        <w:t>”</w:t>
      </w:r>
    </w:p>
    <w:p w14:paraId="57609A5D" w14:textId="669E2634" w:rsidR="00334B36" w:rsidRDefault="00D42F97" w:rsidP="00F70477">
      <w:pPr>
        <w:widowControl w:val="0"/>
        <w:spacing w:after="0" w:line="360" w:lineRule="auto"/>
        <w:jc w:val="center"/>
        <w:rPr>
          <w:rFonts w:eastAsia="Arial"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nr FEPM.05.07-IZ.00-0043/26</w:t>
      </w:r>
    </w:p>
    <w:p w14:paraId="5C2C7893" w14:textId="77777777" w:rsidR="00525619" w:rsidRPr="00F70477" w:rsidRDefault="00525619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</w:p>
    <w:p w14:paraId="300EB75B" w14:textId="4F367C27" w:rsidR="00FE337D" w:rsidRDefault="00FE337D" w:rsidP="00F70477">
      <w:pPr>
        <w:widowControl w:val="0"/>
        <w:spacing w:after="0" w:line="360" w:lineRule="auto"/>
        <w:rPr>
          <w:rFonts w:eastAsia="Arial" w:cs="Arial"/>
          <w:i/>
          <w:color w:val="505050"/>
          <w:sz w:val="24"/>
          <w:szCs w:val="24"/>
        </w:rPr>
      </w:pP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Formularz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wypełnia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prawny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Część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r w:rsidR="00B17887">
        <w:rPr>
          <w:rFonts w:eastAsia="Arial" w:cs="Arial"/>
          <w:i/>
          <w:color w:val="505050"/>
          <w:sz w:val="24"/>
          <w:szCs w:val="24"/>
        </w:rPr>
        <w:t>K</w:t>
      </w:r>
      <w:r w:rsidRPr="00F70477">
        <w:rPr>
          <w:rFonts w:eastAsia="Arial" w:cs="Arial"/>
          <w:i/>
          <w:color w:val="505050"/>
          <w:sz w:val="24"/>
          <w:szCs w:val="24"/>
        </w:rPr>
        <w:t xml:space="preserve"> – „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Potwierdzenie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weryfikacji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” –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wypełnia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upoważniony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pracownik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OWP po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złożeniu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formularza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przez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prawnego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p w14:paraId="355A5C92" w14:textId="77777777" w:rsidR="00525619" w:rsidRPr="00F70477" w:rsidRDefault="00525619" w:rsidP="00F70477">
      <w:pPr>
        <w:widowControl w:val="0"/>
        <w:spacing w:after="0" w:line="360" w:lineRule="auto"/>
        <w:rPr>
          <w:rFonts w:cs="Arial"/>
          <w:i/>
          <w:color w:val="505050"/>
          <w:sz w:val="24"/>
          <w:szCs w:val="24"/>
        </w:rPr>
      </w:pPr>
    </w:p>
    <w:p w14:paraId="3F9CE22B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A. DANE DZIECKA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5613"/>
      </w:tblGrid>
      <w:tr w:rsidR="00334B36" w:rsidRPr="00F70477" w14:paraId="1408E84B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D69B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Imię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(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imiona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EE0A2B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2FC6EF22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44DF7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EFCE36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3BCCA145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D0B0BB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8FDC7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EFF761C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53B613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Jeżeli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nie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posiada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PESEL – data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urodzenia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CC0D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sz w:val="24"/>
                <w:szCs w:val="24"/>
              </w:rPr>
              <w:t>____ / ____ / __________</w:t>
            </w:r>
          </w:p>
        </w:tc>
      </w:tr>
      <w:tr w:rsidR="00334B36" w:rsidRPr="00F70477" w14:paraId="31C7B176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3073B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195466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dziewczynka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    </w:t>
            </w: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chłopiec</w:t>
            </w:r>
            <w:proofErr w:type="spellEnd"/>
          </w:p>
        </w:tc>
      </w:tr>
      <w:tr w:rsidR="00334B36" w:rsidRPr="00F70477" w14:paraId="653D92A9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EFBEA1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Obywatelstwo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/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obywatelstwa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0FA43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DC40697" w14:textId="77777777" w:rsidR="00E40EA9" w:rsidRDefault="00E40EA9" w:rsidP="00F70477">
      <w:pPr>
        <w:keepNext/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063051B0" w14:textId="0581334C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 xml:space="preserve">B. </w:t>
      </w:r>
      <w:bookmarkStart w:id="0" w:name="_Hlk240533879"/>
      <w:r w:rsidR="00FD175E">
        <w:rPr>
          <w:rFonts w:eastAsia="Arial" w:cs="Arial"/>
          <w:b/>
          <w:sz w:val="24"/>
          <w:szCs w:val="24"/>
        </w:rPr>
        <w:t xml:space="preserve">DANE DOTYCZĄCE MIEJSCA </w:t>
      </w:r>
      <w:bookmarkEnd w:id="0"/>
      <w:r w:rsidRPr="00F70477">
        <w:rPr>
          <w:rFonts w:eastAsia="Arial" w:cs="Arial"/>
          <w:b/>
          <w:sz w:val="24"/>
          <w:szCs w:val="24"/>
        </w:rPr>
        <w:t>ZAMIESZKANIA DZIECKA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5613"/>
      </w:tblGrid>
      <w:tr w:rsidR="00334B36" w:rsidRPr="00F70477" w14:paraId="02F3C75A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A7CD2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Kraj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533A63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Polska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/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inne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: </w:t>
            </w:r>
          </w:p>
        </w:tc>
      </w:tr>
      <w:tr w:rsidR="00334B36" w:rsidRPr="00F70477" w14:paraId="2D323AA2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3383F0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Województwo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596988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3A20F1D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00237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5DFC3A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1482110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AC7C4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3E8A3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2BE384F0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29438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Miejscowość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C672C" w:rsidRPr="00F70477">
              <w:rPr>
                <w:rFonts w:eastAsia="Arial" w:cs="Arial"/>
                <w:b/>
                <w:sz w:val="24"/>
                <w:szCs w:val="24"/>
              </w:rPr>
              <w:t>i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>kod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>pocztowy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11187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B5029E4" w14:textId="77777777" w:rsidR="00334B36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C. DANE RODZICA / OPIEKUNA PRAWNEGO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5613"/>
      </w:tblGrid>
      <w:tr w:rsidR="00334B36" w:rsidRPr="00F70477" w14:paraId="4D28ACF9" w14:textId="77777777" w:rsidTr="00250609">
        <w:trPr>
          <w:cantSplit/>
          <w:jc w:val="center"/>
        </w:trPr>
        <w:tc>
          <w:tcPr>
            <w:tcW w:w="44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63FA3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Imię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835A36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6FF69EA2" w14:textId="77777777" w:rsidTr="00250609">
        <w:trPr>
          <w:cantSplit/>
          <w:jc w:val="center"/>
        </w:trPr>
        <w:tc>
          <w:tcPr>
            <w:tcW w:w="44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0A0C1" w14:textId="6DE77241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Telefon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kontaktowy</w:t>
            </w:r>
            <w:proofErr w:type="spellEnd"/>
            <w:r w:rsidR="00AB6371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531BBA">
              <w:rPr>
                <w:rFonts w:eastAsia="Arial" w:cs="Arial"/>
                <w:b/>
                <w:sz w:val="24"/>
                <w:szCs w:val="24"/>
              </w:rPr>
              <w:t>lub</w:t>
            </w:r>
            <w:proofErr w:type="spellEnd"/>
            <w:r w:rsidR="00531BBA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531BBA">
              <w:rPr>
                <w:rFonts w:eastAsia="Arial" w:cs="Arial"/>
                <w:b/>
                <w:sz w:val="24"/>
                <w:szCs w:val="24"/>
              </w:rPr>
              <w:t>a</w:t>
            </w:r>
            <w:r w:rsidR="00531BBA" w:rsidRPr="00F70477">
              <w:rPr>
                <w:rFonts w:eastAsia="Arial" w:cs="Arial"/>
                <w:b/>
                <w:sz w:val="24"/>
                <w:szCs w:val="24"/>
              </w:rPr>
              <w:t>dres</w:t>
            </w:r>
            <w:proofErr w:type="spellEnd"/>
            <w:r w:rsidR="00531BBA" w:rsidRPr="00F70477">
              <w:rPr>
                <w:rFonts w:eastAsia="Arial" w:cs="Arial"/>
                <w:b/>
                <w:sz w:val="24"/>
                <w:szCs w:val="24"/>
              </w:rPr>
              <w:t xml:space="preserve"> e-mail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3CCDA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498A4E05" w14:textId="77777777" w:rsidR="0083005B" w:rsidRPr="00F70477" w:rsidRDefault="0083005B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59DFE9CF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D. OWP ORAZ DOKUMENTACJA DOTYCZĄCA POTRZEB DZIECKA</w:t>
      </w:r>
    </w:p>
    <w:p w14:paraId="377A7C4F" w14:textId="19351F1D" w:rsidR="00557E5B" w:rsidRPr="00F70477" w:rsidRDefault="00557E5B" w:rsidP="00A25E9C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t>OWP, do którego uczęszcza dziecko albo do którego przyjęto dziecko na nowe miejsce: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 OWP w Strzebielinie-Osiedlu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/>
      </w:r>
      <w:r w:rsidR="00F70477">
        <w:rPr>
          <w:rFonts w:eastAsia="Arial" w:cs="Arial"/>
          <w:bCs/>
          <w:sz w:val="24"/>
          <w:szCs w:val="24"/>
          <w:lang w:val="pl-PL"/>
        </w:rPr>
        <w:t xml:space="preserve"/>
      </w:r>
      <w:r w:rsidR="00F70477">
        <w:rPr>
          <w:rFonts w:eastAsia="Arial" w:cs="Arial"/>
          <w:bCs/>
          <w:sz w:val="24"/>
          <w:szCs w:val="24"/>
          <w:lang w:val="pl-PL"/>
        </w:rPr>
        <w:tab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/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/>
      </w:r>
    </w:p>
    <w:p w14:paraId="70FFBA23" w14:textId="4210CA7E" w:rsidR="00557E5B" w:rsidRPr="00F70477" w:rsidRDefault="00557E5B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potwierdzająca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odpowiadającą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przewidzianej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br/>
      </w:r>
      <w:r>
        <w:rPr>
          <w:rFonts w:eastAsia="Arial" w:cs="Arial"/>
          <w:i/>
          <w:sz w:val="24"/>
        </w:rPr>
        <w:t xml:space="preserve">(np. </w:t>
      </w:r>
      <w:proofErr w:type="spellStart"/>
      <w:r>
        <w:rPr>
          <w:rFonts w:eastAsia="Arial" w:cs="Arial"/>
          <w:i/>
          <w:sz w:val="24"/>
        </w:rPr>
        <w:t>orzeczenie</w:t>
      </w:r>
      <w:proofErr w:type="spellEnd"/>
      <w:r>
        <w:rPr>
          <w:rFonts w:eastAsia="Arial" w:cs="Arial"/>
          <w:i/>
          <w:sz w:val="24"/>
        </w:rPr>
        <w:t xml:space="preserve"> o </w:t>
      </w:r>
      <w:proofErr w:type="spellStart"/>
      <w:r>
        <w:rPr>
          <w:rFonts w:eastAsia="Arial" w:cs="Arial"/>
          <w:i/>
          <w:sz w:val="24"/>
        </w:rPr>
        <w:t>potrzebie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kształcenia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specjalnego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opinia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poradni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psychologiczno-pedagogicznej</w:t>
      </w:r>
      <w:proofErr w:type="spellEnd"/>
      <w:r>
        <w:rPr>
          <w:rFonts w:eastAsia="Arial" w:cs="Arial"/>
          <w:i/>
          <w:sz w:val="24"/>
        </w:rPr>
        <w:t xml:space="preserve">, IPET, </w:t>
      </w:r>
      <w:proofErr w:type="spellStart"/>
      <w:r>
        <w:rPr>
          <w:rFonts w:eastAsia="Arial" w:cs="Arial"/>
          <w:i/>
          <w:sz w:val="24"/>
        </w:rPr>
        <w:t>diagnoza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funkcjonalna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udokumentowana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obserwacja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pedagogiczna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lub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inna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datowana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dokumentacja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prowadzona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albo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przechowywana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przez</w:t>
      </w:r>
      <w:proofErr w:type="spellEnd"/>
      <w:r>
        <w:rPr>
          <w:rFonts w:eastAsia="Arial" w:cs="Arial"/>
          <w:i/>
          <w:sz w:val="24"/>
        </w:rPr>
        <w:t xml:space="preserve"> OWP </w:t>
      </w:r>
      <w:proofErr w:type="spellStart"/>
      <w:r>
        <w:rPr>
          <w:rFonts w:eastAsia="Arial" w:cs="Arial"/>
          <w:i/>
          <w:sz w:val="24"/>
        </w:rPr>
        <w:t>lub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przedstawiona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przez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rodzica</w:t>
      </w:r>
      <w:proofErr w:type="spellEnd"/>
      <w:r>
        <w:rPr>
          <w:rFonts w:eastAsia="Arial" w:cs="Arial"/>
          <w:i/>
          <w:sz w:val="24"/>
        </w:rPr>
        <w:t>/</w:t>
      </w:r>
      <w:proofErr w:type="spellStart"/>
      <w:r>
        <w:rPr>
          <w:rFonts w:eastAsia="Arial" w:cs="Arial"/>
          <w:i/>
          <w:sz w:val="24"/>
        </w:rPr>
        <w:t>opiekuna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prawnego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pozwalająca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wiarygodnie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potwierdzić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trudność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lub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potrzebę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rozwojową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dziecka</w:t>
      </w:r>
      <w:proofErr w:type="spellEnd"/>
      <w:r>
        <w:rPr>
          <w:rFonts w:eastAsia="Arial" w:cs="Arial"/>
          <w:i/>
          <w:sz w:val="24"/>
        </w:rPr>
        <w:t>)</w:t>
      </w:r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została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załączona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formularza</w:t>
      </w:r>
      <w:proofErr w:type="spellEnd"/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znajduje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w OWP, do </w:t>
      </w:r>
      <w:proofErr w:type="spellStart"/>
      <w:r>
        <w:rPr>
          <w:rFonts w:eastAsia="Arial" w:cs="Arial"/>
          <w:sz w:val="24"/>
        </w:rPr>
        <w:t>którego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uczęszcza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dziecko</w:t>
      </w:r>
      <w:proofErr w:type="spellEnd"/>
      <w:r w:rsidR="00A25E9C">
        <w:rPr>
          <w:rFonts w:eastAsia="Arial" w:cs="Arial"/>
          <w:sz w:val="24"/>
        </w:rPr>
        <w:t xml:space="preserve"> </w:t>
      </w:r>
      <w:r w:rsidR="00A25E9C" w:rsidRPr="00A25E9C">
        <w:rPr>
          <w:rFonts w:eastAsia="Arial" w:cs="Arial"/>
          <w:sz w:val="24"/>
        </w:rPr>
        <w:t xml:space="preserve">– </w:t>
      </w:r>
      <w:proofErr w:type="spellStart"/>
      <w:r w:rsidR="00A25E9C" w:rsidRPr="00A25E9C">
        <w:rPr>
          <w:rFonts w:eastAsia="Arial" w:cs="Arial"/>
          <w:sz w:val="24"/>
        </w:rPr>
        <w:t>kopię</w:t>
      </w:r>
      <w:proofErr w:type="spellEnd"/>
      <w:r w:rsidR="00A25E9C" w:rsidRPr="00A25E9C">
        <w:rPr>
          <w:rFonts w:eastAsia="Arial" w:cs="Arial"/>
          <w:sz w:val="24"/>
        </w:rPr>
        <w:t>/</w:t>
      </w:r>
      <w:proofErr w:type="spellStart"/>
      <w:r w:rsidR="00A25E9C" w:rsidRPr="00A25E9C">
        <w:rPr>
          <w:rFonts w:eastAsia="Arial" w:cs="Arial"/>
          <w:sz w:val="24"/>
        </w:rPr>
        <w:t>skan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dokumentu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włącza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się</w:t>
      </w:r>
      <w:proofErr w:type="spellEnd"/>
      <w:r w:rsidR="00A25E9C" w:rsidRPr="00A25E9C">
        <w:rPr>
          <w:rFonts w:eastAsia="Arial" w:cs="Arial"/>
          <w:sz w:val="24"/>
        </w:rPr>
        <w:t xml:space="preserve"> do </w:t>
      </w:r>
      <w:proofErr w:type="spellStart"/>
      <w:r w:rsidR="00A25E9C" w:rsidRPr="00A25E9C">
        <w:rPr>
          <w:rFonts w:eastAsia="Arial" w:cs="Arial"/>
          <w:sz w:val="24"/>
        </w:rPr>
        <w:t>dokumentacji</w:t>
      </w:r>
      <w:proofErr w:type="spellEnd"/>
      <w:r w:rsidR="00A25E9C" w:rsidRPr="00A25E9C">
        <w:rPr>
          <w:rFonts w:eastAsia="Arial" w:cs="Arial"/>
          <w:sz w:val="24"/>
        </w:rPr>
        <w:t xml:space="preserve"> </w:t>
      </w:r>
      <w:proofErr w:type="spellStart"/>
      <w:r w:rsidR="00A25E9C" w:rsidRPr="00A25E9C">
        <w:rPr>
          <w:rFonts w:eastAsia="Arial" w:cs="Arial"/>
          <w:sz w:val="24"/>
        </w:rPr>
        <w:t>projektu</w:t>
      </w:r>
      <w:proofErr w:type="spellEnd"/>
    </w:p>
    <w:p w14:paraId="1D94CFF2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70FA3ADF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E. OŚWIADCZENIE DOTYCZĄCE DOŚWIADCZENIA MIGRACJI</w:t>
      </w:r>
    </w:p>
    <w:p w14:paraId="4AB1738C" w14:textId="77777777" w:rsidR="00AD56BE" w:rsidRPr="00F70477" w:rsidRDefault="00AD56BE" w:rsidP="00F70477">
      <w:pPr>
        <w:widowControl w:val="0"/>
        <w:spacing w:after="0" w:line="360" w:lineRule="auto"/>
        <w:rPr>
          <w:rFonts w:cs="Arial"/>
          <w:bCs/>
          <w:sz w:val="24"/>
          <w:szCs w:val="24"/>
        </w:rPr>
      </w:pP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doświadczenie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migracji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należy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rozumieć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sytuację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które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związku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zmianą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kraju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zamieszkania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przybyło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z </w:t>
      </w:r>
      <w:proofErr w:type="spellStart"/>
      <w:r>
        <w:rPr>
          <w:rFonts w:eastAsia="Arial" w:cs="Arial"/>
          <w:sz w:val="24"/>
        </w:rPr>
        <w:t>innego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państwa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powróciło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po </w:t>
      </w:r>
      <w:proofErr w:type="spellStart"/>
      <w:r>
        <w:rPr>
          <w:rFonts w:eastAsia="Arial" w:cs="Arial"/>
          <w:sz w:val="24"/>
        </w:rPr>
        <w:t>okresie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zamieszkiwania</w:t>
      </w:r>
      <w:proofErr w:type="spellEnd"/>
      <w:r>
        <w:rPr>
          <w:rFonts w:eastAsia="Arial" w:cs="Arial"/>
          <w:sz w:val="24"/>
        </w:rPr>
        <w:t xml:space="preserve"> za </w:t>
      </w:r>
      <w:proofErr w:type="spellStart"/>
      <w:r>
        <w:rPr>
          <w:rFonts w:eastAsia="Arial" w:cs="Arial"/>
          <w:sz w:val="24"/>
        </w:rPr>
        <w:t>granicą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albo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przybyło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ramach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repatriacji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niezależnie</w:t>
      </w:r>
      <w:proofErr w:type="spellEnd"/>
      <w:r>
        <w:rPr>
          <w:rFonts w:eastAsia="Arial" w:cs="Arial"/>
          <w:sz w:val="24"/>
        </w:rPr>
        <w:t xml:space="preserve"> od </w:t>
      </w:r>
      <w:proofErr w:type="spellStart"/>
      <w:r>
        <w:rPr>
          <w:rFonts w:eastAsia="Arial" w:cs="Arial"/>
          <w:sz w:val="24"/>
        </w:rPr>
        <w:t>jego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obywatelstwa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narodowości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kraju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pochodzenia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podstawy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pobytu</w:t>
      </w:r>
      <w:proofErr w:type="spellEnd"/>
      <w:r>
        <w:rPr>
          <w:rFonts w:eastAsia="Arial" w:cs="Arial"/>
          <w:sz w:val="24"/>
        </w:rPr>
        <w:t>.</w:t>
      </w:r>
    </w:p>
    <w:p w14:paraId="14AAA97D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b/>
          <w:sz w:val="24"/>
          <w:szCs w:val="24"/>
        </w:rPr>
        <w:t>Oświadczam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b/>
          <w:sz w:val="24"/>
          <w:szCs w:val="24"/>
        </w:rPr>
        <w:t>że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dziecko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posiada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doświadczenie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migracji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: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TAK  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NIE</w:t>
      </w:r>
    </w:p>
    <w:p w14:paraId="7234DBE7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70E50F4C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F. DANE DO MONITOROWANIA WSKAŹNIKÓW EFS+</w:t>
      </w:r>
    </w:p>
    <w:p w14:paraId="1E88C37C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i/>
          <w:color w:val="505050"/>
          <w:sz w:val="24"/>
          <w:szCs w:val="24"/>
        </w:rPr>
        <w:t xml:space="preserve">Dane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są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zbierane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monitorowania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wskaźników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projektu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przypadku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danych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szczególnej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kategorii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można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zaznaczyć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„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odmowa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podania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”, 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ile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dana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jest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niezbędna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potwierdzenia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kwalifikowalności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lub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kryterium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rekrutacyjnego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937"/>
        <w:gridCol w:w="3118"/>
      </w:tblGrid>
      <w:tr w:rsidR="00334B36" w:rsidRPr="00F70477" w14:paraId="3F79833D" w14:textId="77777777" w:rsidTr="00A30110">
        <w:trPr>
          <w:cantSplit/>
          <w:tblHeader/>
          <w:jc w:val="center"/>
        </w:trPr>
        <w:tc>
          <w:tcPr>
            <w:tcW w:w="693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C01CAC" w14:textId="77777777" w:rsidR="00334B36" w:rsidRPr="00F70477" w:rsidRDefault="00D42F97" w:rsidP="00F70477">
            <w:pPr>
              <w:widowControl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lastRenderedPageBreak/>
              <w:t>Informacja</w:t>
            </w:r>
            <w:proofErr w:type="spellEnd"/>
          </w:p>
        </w:tc>
        <w:tc>
          <w:tcPr>
            <w:tcW w:w="311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8EE45" w14:textId="77777777" w:rsidR="00334B36" w:rsidRPr="00F70477" w:rsidRDefault="00D42F97" w:rsidP="00F70477">
            <w:pPr>
              <w:widowControl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Odpowiedź</w:t>
            </w:r>
            <w:proofErr w:type="spellEnd"/>
          </w:p>
        </w:tc>
      </w:tr>
      <w:tr w:rsidR="00334B36" w:rsidRPr="00F70477" w14:paraId="6D459D9D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CA183" w14:textId="77777777" w:rsidR="009B6187" w:rsidRDefault="00935E87">
            <w:pPr>
              <w:spacing w:after="0" w:line="360" w:lineRule="auto"/>
            </w:pPr>
            <w:r>
              <w:rPr>
                <w:rFonts w:eastAsia="Arial" w:cs="Arial"/>
                <w:sz w:val="24"/>
              </w:rPr>
              <w:t xml:space="preserve">Status </w:t>
            </w:r>
            <w:proofErr w:type="spellStart"/>
            <w:r>
              <w:rPr>
                <w:rFonts w:eastAsia="Arial" w:cs="Arial"/>
                <w:sz w:val="24"/>
              </w:rPr>
              <w:t>dziecka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rynku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pracy</w:t>
            </w:r>
            <w:proofErr w:type="spellEnd"/>
            <w:r>
              <w:rPr>
                <w:rFonts w:eastAsia="Arial" w:cs="Arial"/>
                <w:sz w:val="24"/>
              </w:rPr>
              <w:t xml:space="preserve"> w </w:t>
            </w:r>
            <w:proofErr w:type="spellStart"/>
            <w:r>
              <w:rPr>
                <w:rFonts w:eastAsia="Arial" w:cs="Arial"/>
                <w:sz w:val="24"/>
              </w:rPr>
              <w:t>chwili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przystąpienia</w:t>
            </w:r>
            <w:proofErr w:type="spellEnd"/>
            <w:r>
              <w:rPr>
                <w:rFonts w:eastAsia="Arial" w:cs="Arial"/>
                <w:sz w:val="24"/>
              </w:rPr>
              <w:t xml:space="preserve"> do </w:t>
            </w:r>
            <w:proofErr w:type="spellStart"/>
            <w:r>
              <w:rPr>
                <w:rFonts w:eastAsia="Arial" w:cs="Arial"/>
                <w:sz w:val="24"/>
              </w:rPr>
              <w:t>projektu</w:t>
            </w:r>
            <w:proofErr w:type="spellEnd"/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BCFD14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osoba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bierna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zawodowo</w:t>
            </w:r>
            <w:proofErr w:type="spellEnd"/>
          </w:p>
        </w:tc>
      </w:tr>
      <w:tr w:rsidR="00334B36" w:rsidRPr="00F70477" w14:paraId="74011755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C7677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Poziom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wykształcenia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dziecka</w:t>
            </w:r>
            <w:proofErr w:type="spellEnd"/>
            <w:r>
              <w:rPr>
                <w:rFonts w:eastAsia="Arial" w:cs="Arial"/>
                <w:sz w:val="24"/>
              </w:rPr>
              <w:t xml:space="preserve"> w </w:t>
            </w:r>
            <w:proofErr w:type="spellStart"/>
            <w:r>
              <w:rPr>
                <w:rFonts w:eastAsia="Arial" w:cs="Arial"/>
                <w:sz w:val="24"/>
              </w:rPr>
              <w:t>chwili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przystąpienia</w:t>
            </w:r>
            <w:proofErr w:type="spellEnd"/>
            <w:r>
              <w:rPr>
                <w:rFonts w:eastAsia="Arial" w:cs="Arial"/>
                <w:sz w:val="24"/>
              </w:rPr>
              <w:t xml:space="preserve"> do </w:t>
            </w:r>
            <w:proofErr w:type="spellStart"/>
            <w:r>
              <w:rPr>
                <w:rFonts w:eastAsia="Arial" w:cs="Arial"/>
                <w:sz w:val="24"/>
              </w:rPr>
              <w:t>projektu</w:t>
            </w:r>
            <w:proofErr w:type="spellEnd"/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197DEF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niższe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niż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podstawowe</w:t>
            </w:r>
            <w:proofErr w:type="spellEnd"/>
            <w:r>
              <w:rPr>
                <w:rFonts w:eastAsia="Arial" w:cs="Arial"/>
                <w:sz w:val="24"/>
              </w:rPr>
              <w:t xml:space="preserve"> (ISCED 0)</w:t>
            </w:r>
          </w:p>
        </w:tc>
      </w:tr>
      <w:tr w:rsidR="00334B36" w:rsidRPr="00F70477" w14:paraId="316E6576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E90C17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Oświadczam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że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dziecko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z </w:t>
            </w:r>
            <w:proofErr w:type="spellStart"/>
            <w:r>
              <w:rPr>
                <w:rFonts w:eastAsia="Arial" w:cs="Arial"/>
                <w:sz w:val="24"/>
              </w:rPr>
              <w:t>kraju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trzeciego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tj</w:t>
            </w:r>
            <w:proofErr w:type="spellEnd"/>
            <w:r>
              <w:rPr>
                <w:rFonts w:eastAsia="Arial" w:cs="Arial"/>
                <w:sz w:val="24"/>
              </w:rPr>
              <w:t xml:space="preserve">. </w:t>
            </w:r>
            <w:proofErr w:type="spellStart"/>
            <w:r>
              <w:rPr>
                <w:rFonts w:eastAsia="Arial" w:cs="Arial"/>
                <w:sz w:val="24"/>
              </w:rPr>
              <w:t>nie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posiada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obywatelstwa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żadnego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państwa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członkowskiego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Unii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Europejskiej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albo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bezpaństwowcem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lub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o </w:t>
            </w:r>
            <w:proofErr w:type="spellStart"/>
            <w:r>
              <w:rPr>
                <w:rFonts w:eastAsia="Arial" w:cs="Arial"/>
                <w:sz w:val="24"/>
              </w:rPr>
              <w:t>nieustalonym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obywatelstwie</w:t>
            </w:r>
            <w:proofErr w:type="spellEnd"/>
            <w:r>
              <w:rPr>
                <w:rFonts w:eastAsia="Arial" w:cs="Arial"/>
                <w:sz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81C411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404BA7B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</w:tc>
      </w:tr>
      <w:tr w:rsidR="00334B36" w:rsidRPr="00F70477" w14:paraId="5C492E75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372001" w14:textId="77777777" w:rsidR="00334B36" w:rsidRPr="00F70477" w:rsidRDefault="00685C09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jest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osobą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obcego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pochodzenia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–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oznacza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nie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posiada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obywatelstwa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polskiego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D3B2C9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687E9C90" w14:textId="77777777" w:rsidR="00D36CED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</w:t>
            </w:r>
          </w:p>
        </w:tc>
      </w:tr>
      <w:tr w:rsidR="00334B36" w:rsidRPr="00F70477" w14:paraId="4E00A2C1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818CA" w14:textId="77777777" w:rsidR="00334B36" w:rsidRPr="00F70477" w:rsidRDefault="00027D00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należy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do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tym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społeczności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marginalizowanej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–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oznacza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to,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identyfikuje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się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z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tym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np.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ze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społecznością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romską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rozumieniu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przepisów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dotyczących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2BF8DD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</w:t>
            </w:r>
          </w:p>
          <w:p w14:paraId="1FF71D50" w14:textId="77777777" w:rsidR="005F009C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  <w:p w14:paraId="662C5689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odmowa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podania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informacji</w:t>
            </w:r>
            <w:proofErr w:type="spellEnd"/>
          </w:p>
        </w:tc>
      </w:tr>
      <w:tr w:rsidR="00334B36" w:rsidRPr="00F70477" w14:paraId="06F1B68F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70AFEA" w14:textId="77777777" w:rsidR="00334B36" w:rsidRPr="00F70477" w:rsidRDefault="00027D00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jest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osobą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kryzysie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bezdomności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dotkniętą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wykluczeniem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z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dostępu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do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mieszkań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969C4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40FB622A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</w:tc>
      </w:tr>
      <w:tr w:rsidR="00334B36" w:rsidRPr="00F70477" w14:paraId="0BD0C7FB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F54280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Dziecko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z </w:t>
            </w:r>
            <w:proofErr w:type="spellStart"/>
            <w:r>
              <w:rPr>
                <w:rFonts w:eastAsia="Arial" w:cs="Arial"/>
                <w:sz w:val="24"/>
              </w:rPr>
              <w:t>niepełnosprawnością</w:t>
            </w:r>
            <w:proofErr w:type="spellEnd"/>
            <w:r>
              <w:rPr>
                <w:rFonts w:eastAsia="Arial" w:cs="Arial"/>
                <w:sz w:val="24"/>
              </w:rPr>
              <w:t xml:space="preserve">. W </w:t>
            </w:r>
            <w:proofErr w:type="spellStart"/>
            <w:r>
              <w:rPr>
                <w:rFonts w:eastAsia="Arial" w:cs="Arial"/>
                <w:sz w:val="24"/>
              </w:rPr>
              <w:t>przypadku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zaznaczenia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odpowiedzi</w:t>
            </w:r>
            <w:proofErr w:type="spellEnd"/>
            <w:r>
              <w:rPr>
                <w:rFonts w:eastAsia="Arial" w:cs="Arial"/>
                <w:sz w:val="24"/>
              </w:rPr>
              <w:t xml:space="preserve"> „TAK” </w:t>
            </w:r>
            <w:proofErr w:type="spellStart"/>
            <w:r>
              <w:rPr>
                <w:rFonts w:eastAsia="Arial" w:cs="Arial"/>
                <w:sz w:val="24"/>
              </w:rPr>
              <w:t>należy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wskazać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gdzie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znajduje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się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potwierdzający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niepełnosprawność</w:t>
            </w:r>
            <w:proofErr w:type="spellEnd"/>
            <w:r>
              <w:rPr>
                <w:rFonts w:eastAsia="Arial" w:cs="Arial"/>
                <w:sz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04E4F8" w14:textId="77777777" w:rsidR="009B6187" w:rsidRDefault="00935E87">
            <w:pPr>
              <w:spacing w:after="0" w:line="36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☐ TAK    ☐ NIE</w:t>
            </w:r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odmowa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podania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informacji</w:t>
            </w:r>
            <w:proofErr w:type="spellEnd"/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załączono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znajduje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się</w:t>
            </w:r>
            <w:proofErr w:type="spellEnd"/>
            <w:r>
              <w:rPr>
                <w:rFonts w:eastAsia="Arial" w:cs="Arial"/>
                <w:sz w:val="24"/>
              </w:rPr>
              <w:t xml:space="preserve"> w OWP</w:t>
            </w:r>
          </w:p>
        </w:tc>
      </w:tr>
    </w:tbl>
    <w:p w14:paraId="6394900B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5566E81C" w14:textId="77777777" w:rsidR="002E07D4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b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G. SZCZEGÓLNE POTRZEBY ZWIĄZANE Z DOSTĘPNOŚCIĄ</w:t>
      </w:r>
      <w:r w:rsidR="002E07D4" w:rsidRPr="00F70477">
        <w:rPr>
          <w:rFonts w:eastAsia="Arial" w:cs="Arial"/>
          <w:b/>
          <w:sz w:val="24"/>
          <w:szCs w:val="24"/>
        </w:rPr>
        <w:t xml:space="preserve"> I ORGANIZACJĄ WSPARCIA</w:t>
      </w:r>
    </w:p>
    <w:p w14:paraId="67E36C83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i/>
          <w:color w:val="505050"/>
          <w:sz w:val="24"/>
          <w:szCs w:val="24"/>
        </w:rPr>
      </w:pP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służy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dostosowaniu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procesu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rekrutacji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organizacji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wsparcia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indywidualnych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lub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prawnego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razie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mogą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zostać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zastosowane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odpowiednie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rozwiązania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zakresie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dostępności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,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tym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racjonalne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usprawnienia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p w14:paraId="1AC6BE7A" w14:textId="77777777" w:rsidR="00557E5B" w:rsidRPr="00F70477" w:rsidRDefault="00557E5B" w:rsidP="00F70477">
      <w:pPr>
        <w:widowControl w:val="0"/>
        <w:spacing w:after="0" w:line="360" w:lineRule="auto"/>
        <w:rPr>
          <w:rFonts w:cs="Arial"/>
          <w:bCs/>
          <w:sz w:val="24"/>
          <w:szCs w:val="24"/>
        </w:rPr>
      </w:pPr>
      <w:proofErr w:type="spellStart"/>
      <w:r w:rsidRPr="00F70477">
        <w:rPr>
          <w:rFonts w:eastAsia="Arial" w:cs="Arial"/>
          <w:bCs/>
          <w:sz w:val="24"/>
          <w:szCs w:val="24"/>
        </w:rPr>
        <w:t>Można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zaznaczyć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więcej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niż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jedną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odpowiedź</w:t>
      </w:r>
      <w:proofErr w:type="spellEnd"/>
      <w:r w:rsidRPr="00F70477">
        <w:rPr>
          <w:rFonts w:eastAsia="Arial" w:cs="Arial"/>
          <w:bCs/>
          <w:sz w:val="24"/>
          <w:szCs w:val="24"/>
        </w:rPr>
        <w:t>:</w:t>
      </w:r>
    </w:p>
    <w:p w14:paraId="5585FC7A" w14:textId="77777777" w:rsidR="002E07D4" w:rsidRPr="00F70477" w:rsidRDefault="002E07D4" w:rsidP="00F70477">
      <w:pPr>
        <w:keepLines/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dziecko nie posiada szczególnych potrzeb wymagających dodatkowego dostosowania wsparcia</w:t>
      </w:r>
      <w:r w:rsidRPr="00F70477">
        <w:rPr>
          <w:rFonts w:eastAsia="Arial" w:cs="Arial"/>
          <w:b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sposobu komunikacji i przekazywania informacji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materiałów dydaktycznych, np. materiały obrazkowe, większa czcionka, odpowiedni kontrast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miejsca realizacji zajęć / zapewnienie dostępności architektonicznej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wsparcie w poruszaniu się lub korzystaniu z pomieszczeń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organizacji zajęć, np. tempa pracy, czasu wykonywania zadań, przerw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ograniczenie nadmiernych bodźców / potrzeby związane z funkcjonowaniem sensorycznym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inne szczególne potrzeby związane z udziałem w projekcie:</w:t>
      </w:r>
    </w:p>
    <w:p w14:paraId="1033A9F7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br/>
        <w:t>....................................................................................................</w:t>
      </w:r>
    </w:p>
    <w:p w14:paraId="290C33CF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t>Jeżeli jest to potrzebne do właściwego przygotowania wsparcia, proszę krótko opisać zaznaczone potrzeby:</w:t>
      </w:r>
    </w:p>
    <w:p w14:paraId="542C6630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br/>
        <w:t>....................................................................................................</w:t>
      </w:r>
    </w:p>
    <w:p w14:paraId="46591F0C" w14:textId="77777777" w:rsidR="00F70477" w:rsidRDefault="00F70477" w:rsidP="005501AB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64D7B4DC" w14:textId="4098028E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22A6DC07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5B1C6217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045C9D96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1DFFE883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57FA5754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6408E081" w14:textId="7D87A60E" w:rsidR="00334B36" w:rsidRPr="00F70477" w:rsidRDefault="00D42F97" w:rsidP="005501AB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H. OŚWIADCZENIA I ZGODY RODZICA / OPIEKUNA PRAWNEGO</w:t>
      </w:r>
    </w:p>
    <w:p w14:paraId="4399AA33" w14:textId="77777777" w:rsidR="00334B36" w:rsidRPr="00F70477" w:rsidRDefault="00D42F97" w:rsidP="005501AB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Wyrażam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zgodę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udział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 xml:space="preserve"> „</w:t>
      </w:r>
      <w:proofErr w:type="spellStart"/>
      <w:r>
        <w:rPr>
          <w:rFonts w:eastAsia="Arial" w:cs="Arial"/>
          <w:sz w:val="24"/>
        </w:rPr>
        <w:t>Rozwój edukacji przedszkolnej w Gminie Łęczyce – etap 3</w:t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>”, nr FEPM.05.07-IZ.00-0043/26, </w:t>
      </w:r>
      <w:proofErr w:type="spellStart"/>
      <w:r>
        <w:rPr>
          <w:rFonts w:eastAsia="Arial" w:cs="Arial"/>
          <w:sz w:val="24"/>
        </w:rPr>
        <w:t>oraz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formach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, do </w:t>
      </w:r>
      <w:proofErr w:type="spellStart"/>
      <w:r>
        <w:rPr>
          <w:rFonts w:eastAsia="Arial" w:cs="Arial"/>
          <w:sz w:val="24"/>
        </w:rPr>
        <w:t>których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zostanie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zakwalifikowane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podstawie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indywidualnych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</w:t>
      </w:r>
      <w:proofErr w:type="spellEnd"/>
      <w:r>
        <w:rPr>
          <w:rFonts w:eastAsia="Arial" w:cs="Arial"/>
          <w:sz w:val="24"/>
        </w:rPr>
        <w:t>.</w:t>
      </w:r>
    </w:p>
    <w:p w14:paraId="79235199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Oświadczam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dane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informacje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podane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formularzu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są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zgodne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stanem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faktycznym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oraz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zobowiązuję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niezwłocznego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informowania</w:t>
      </w:r>
      <w:proofErr w:type="spellEnd"/>
      <w:r w:rsidRPr="00F70477">
        <w:rPr>
          <w:rFonts w:eastAsia="Arial" w:cs="Arial"/>
          <w:sz w:val="24"/>
          <w:szCs w:val="24"/>
        </w:rPr>
        <w:t xml:space="preserve"> OWP o </w:t>
      </w:r>
      <w:proofErr w:type="spellStart"/>
      <w:r w:rsidRPr="00F70477">
        <w:rPr>
          <w:rFonts w:eastAsia="Arial" w:cs="Arial"/>
          <w:sz w:val="24"/>
          <w:szCs w:val="24"/>
        </w:rPr>
        <w:t>zmianach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mających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wpływ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udział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dziecka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projekcie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5AFE4A13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Oświadczam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zapoznałem</w:t>
      </w:r>
      <w:proofErr w:type="spellEnd"/>
      <w:r w:rsidRPr="00F70477">
        <w:rPr>
          <w:rFonts w:eastAsia="Arial" w:cs="Arial"/>
          <w:sz w:val="24"/>
          <w:szCs w:val="24"/>
        </w:rPr>
        <w:t xml:space="preserve">/am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Regulaminem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rekrutacji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uczestnictwa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projekcie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akceptuję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jego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postanowienia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686C9F87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Przyjmuję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wiadomości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udział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formach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wsparcia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realizowanych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ramach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 jest </w:t>
      </w:r>
      <w:proofErr w:type="spellStart"/>
      <w:r w:rsidRPr="00F70477">
        <w:rPr>
          <w:rFonts w:eastAsia="Arial" w:cs="Arial"/>
          <w:sz w:val="24"/>
          <w:szCs w:val="24"/>
        </w:rPr>
        <w:t>bezpłatny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2A30FC13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Potwierdzam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że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zapoznałem</w:t>
      </w:r>
      <w:proofErr w:type="spellEnd"/>
      <w:r>
        <w:rPr>
          <w:rFonts w:eastAsia="Arial" w:cs="Arial"/>
          <w:sz w:val="24"/>
        </w:rPr>
        <w:t xml:space="preserve">/am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z </w:t>
      </w:r>
      <w:proofErr w:type="spellStart"/>
      <w:r>
        <w:rPr>
          <w:rFonts w:eastAsia="Arial" w:cs="Arial"/>
          <w:sz w:val="24"/>
        </w:rPr>
        <w:t>informacjami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wynikającymi</w:t>
      </w:r>
      <w:proofErr w:type="spellEnd"/>
      <w:r>
        <w:rPr>
          <w:rFonts w:eastAsia="Arial" w:cs="Arial"/>
          <w:sz w:val="24"/>
        </w:rPr>
        <w:t xml:space="preserve"> z art. 13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art. 14 RODO, </w:t>
      </w:r>
      <w:proofErr w:type="spellStart"/>
      <w:r>
        <w:rPr>
          <w:rFonts w:eastAsia="Arial" w:cs="Arial"/>
          <w:sz w:val="24"/>
        </w:rPr>
        <w:t>zawartymi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klauzuli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informacyjnej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stanowiącej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Załącznik</w:t>
      </w:r>
      <w:proofErr w:type="spellEnd"/>
      <w:r>
        <w:rPr>
          <w:rFonts w:eastAsia="Arial" w:cs="Arial"/>
          <w:sz w:val="24"/>
        </w:rPr>
        <w:t xml:space="preserve"> nr 4 do </w:t>
      </w:r>
      <w:proofErr w:type="spellStart"/>
      <w:r>
        <w:rPr>
          <w:rFonts w:eastAsia="Arial" w:cs="Arial"/>
          <w:sz w:val="24"/>
        </w:rPr>
        <w:t>Regulaminu</w:t>
      </w:r>
      <w:proofErr w:type="spellEnd"/>
      <w:r>
        <w:rPr>
          <w:rFonts w:eastAsia="Arial" w:cs="Arial"/>
          <w:sz w:val="24"/>
        </w:rPr>
        <w:t>.</w:t>
      </w:r>
    </w:p>
    <w:p w14:paraId="34432C4F" w14:textId="039014F2" w:rsidR="009B6187" w:rsidRDefault="00935E8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Zobowiązuję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się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na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wezwanie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Beneficjenta</w:t>
      </w:r>
      <w:proofErr w:type="spellEnd"/>
      <w:r w:rsidR="006A699D" w:rsidRPr="006A699D">
        <w:rPr>
          <w:rFonts w:eastAsia="Arial" w:cs="Arial"/>
          <w:sz w:val="24"/>
        </w:rPr>
        <w:t xml:space="preserve">, do </w:t>
      </w:r>
      <w:proofErr w:type="spellStart"/>
      <w:r w:rsidR="006A699D" w:rsidRPr="006A699D">
        <w:rPr>
          <w:rFonts w:eastAsia="Arial" w:cs="Arial"/>
          <w:sz w:val="24"/>
        </w:rPr>
        <w:t>przekazania</w:t>
      </w:r>
      <w:proofErr w:type="spellEnd"/>
      <w:r w:rsidR="006A699D" w:rsidRPr="006A699D">
        <w:rPr>
          <w:rFonts w:eastAsia="Arial" w:cs="Arial"/>
          <w:sz w:val="24"/>
        </w:rPr>
        <w:t xml:space="preserve">, w </w:t>
      </w:r>
      <w:proofErr w:type="spellStart"/>
      <w:r w:rsidR="006A699D" w:rsidRPr="006A699D">
        <w:rPr>
          <w:rFonts w:eastAsia="Arial" w:cs="Arial"/>
          <w:sz w:val="24"/>
        </w:rPr>
        <w:t>terminie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przez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niego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wskazanym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później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jednak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niż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ciągu</w:t>
      </w:r>
      <w:proofErr w:type="spellEnd"/>
      <w:r w:rsidR="006A699D" w:rsidRPr="006A699D">
        <w:rPr>
          <w:rFonts w:eastAsia="Arial" w:cs="Arial"/>
          <w:sz w:val="24"/>
        </w:rPr>
        <w:t xml:space="preserve"> 4 </w:t>
      </w:r>
      <w:proofErr w:type="spellStart"/>
      <w:r w:rsidR="006A699D" w:rsidRPr="006A699D">
        <w:rPr>
          <w:rFonts w:eastAsia="Arial" w:cs="Arial"/>
          <w:sz w:val="24"/>
        </w:rPr>
        <w:t>tygodni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od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zakończenia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udziału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dziecka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projekcie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informacji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niezbędnych</w:t>
      </w:r>
      <w:proofErr w:type="spellEnd"/>
      <w:r w:rsidR="006A699D" w:rsidRPr="006A699D">
        <w:rPr>
          <w:rFonts w:eastAsia="Arial" w:cs="Arial"/>
          <w:sz w:val="24"/>
        </w:rPr>
        <w:t xml:space="preserve"> do </w:t>
      </w:r>
      <w:proofErr w:type="spellStart"/>
      <w:r w:rsidR="006A699D" w:rsidRPr="006A699D">
        <w:rPr>
          <w:rFonts w:eastAsia="Arial" w:cs="Arial"/>
          <w:sz w:val="24"/>
        </w:rPr>
        <w:t>ustalenia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sytuacji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dziecka</w:t>
      </w:r>
      <w:proofErr w:type="spellEnd"/>
      <w:r w:rsidR="006A699D" w:rsidRPr="006A699D">
        <w:rPr>
          <w:rFonts w:eastAsia="Arial" w:cs="Arial"/>
          <w:sz w:val="24"/>
        </w:rPr>
        <w:t xml:space="preserve"> po </w:t>
      </w:r>
      <w:proofErr w:type="spellStart"/>
      <w:r w:rsidR="006A699D" w:rsidRPr="006A699D">
        <w:rPr>
          <w:rFonts w:eastAsia="Arial" w:cs="Arial"/>
          <w:sz w:val="24"/>
        </w:rPr>
        <w:t>opuszczeniu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projektu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oraz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pomiaru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właściwych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wskaźników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rezultatu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bezpośredniego</w:t>
      </w:r>
      <w:proofErr w:type="spellEnd"/>
      <w:r w:rsidR="006A699D" w:rsidRPr="006A699D">
        <w:rPr>
          <w:rFonts w:eastAsia="Arial" w:cs="Arial"/>
          <w:sz w:val="24"/>
        </w:rPr>
        <w:t xml:space="preserve"> – </w:t>
      </w:r>
      <w:proofErr w:type="spellStart"/>
      <w:r w:rsidR="006A699D" w:rsidRPr="006A699D">
        <w:rPr>
          <w:rFonts w:eastAsia="Arial" w:cs="Arial"/>
          <w:sz w:val="24"/>
        </w:rPr>
        <w:t>wyłącznie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zakresie</w:t>
      </w:r>
      <w:proofErr w:type="spellEnd"/>
      <w:r w:rsidR="006A699D" w:rsidRPr="006A699D">
        <w:rPr>
          <w:rFonts w:eastAsia="Arial" w:cs="Arial"/>
          <w:sz w:val="24"/>
        </w:rPr>
        <w:t xml:space="preserve">, w </w:t>
      </w:r>
      <w:proofErr w:type="spellStart"/>
      <w:r w:rsidR="006A699D" w:rsidRPr="006A699D">
        <w:rPr>
          <w:rFonts w:eastAsia="Arial" w:cs="Arial"/>
          <w:sz w:val="24"/>
        </w:rPr>
        <w:t>jakim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Beneficjent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posiada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tych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informacji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albo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może</w:t>
      </w:r>
      <w:proofErr w:type="spellEnd"/>
      <w:r w:rsidR="006A699D" w:rsidRPr="006A699D">
        <w:rPr>
          <w:rFonts w:eastAsia="Arial" w:cs="Arial"/>
          <w:sz w:val="24"/>
        </w:rPr>
        <w:t xml:space="preserve"> ich </w:t>
      </w:r>
      <w:proofErr w:type="spellStart"/>
      <w:r w:rsidR="006A699D" w:rsidRPr="006A699D">
        <w:rPr>
          <w:rFonts w:eastAsia="Arial" w:cs="Arial"/>
          <w:sz w:val="24"/>
        </w:rPr>
        <w:t>wiarygodnie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ustalić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podstawie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dokumentacji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projektu</w:t>
      </w:r>
      <w:proofErr w:type="spellEnd"/>
      <w:r w:rsidR="006A699D" w:rsidRPr="006A699D">
        <w:rPr>
          <w:rFonts w:eastAsia="Arial" w:cs="Arial"/>
          <w:sz w:val="24"/>
        </w:rPr>
        <w:t xml:space="preserve">, OWP </w:t>
      </w:r>
      <w:proofErr w:type="spellStart"/>
      <w:r w:rsidR="006A699D" w:rsidRPr="006A699D">
        <w:rPr>
          <w:rFonts w:eastAsia="Arial" w:cs="Arial"/>
          <w:sz w:val="24"/>
        </w:rPr>
        <w:t>lub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szkoły</w:t>
      </w:r>
      <w:proofErr w:type="spellEnd"/>
      <w:r>
        <w:rPr>
          <w:rFonts w:eastAsia="Arial" w:cs="Arial"/>
          <w:sz w:val="24"/>
        </w:rPr>
        <w:t>.</w:t>
      </w:r>
    </w:p>
    <w:p w14:paraId="1007B083" w14:textId="3E3CFFCD" w:rsidR="00D87768" w:rsidRDefault="00B21CFC" w:rsidP="00B21CFC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B21CFC">
        <w:rPr>
          <w:rFonts w:cs="Arial"/>
          <w:sz w:val="24"/>
          <w:szCs w:val="24"/>
        </w:rPr>
        <w:t>Jeżeli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Beneficjent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posiada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wymagane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informacje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albo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może</w:t>
      </w:r>
      <w:proofErr w:type="spellEnd"/>
      <w:r w:rsidRPr="00B21CFC">
        <w:rPr>
          <w:rFonts w:cs="Arial"/>
          <w:sz w:val="24"/>
          <w:szCs w:val="24"/>
        </w:rPr>
        <w:t xml:space="preserve"> je </w:t>
      </w:r>
      <w:proofErr w:type="spellStart"/>
      <w:r w:rsidRPr="00B21CFC">
        <w:rPr>
          <w:rFonts w:cs="Arial"/>
          <w:sz w:val="24"/>
          <w:szCs w:val="24"/>
        </w:rPr>
        <w:t>wiarygodnie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ustalić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na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podstawie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dostępnej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dokumentacji</w:t>
      </w:r>
      <w:proofErr w:type="spellEnd"/>
      <w:r w:rsidRPr="00B21CFC">
        <w:rPr>
          <w:rFonts w:cs="Arial"/>
          <w:sz w:val="24"/>
          <w:szCs w:val="24"/>
        </w:rPr>
        <w:t xml:space="preserve">, </w:t>
      </w:r>
      <w:proofErr w:type="spellStart"/>
      <w:r w:rsidRPr="00B21CFC">
        <w:rPr>
          <w:rFonts w:cs="Arial"/>
          <w:sz w:val="24"/>
          <w:szCs w:val="24"/>
        </w:rPr>
        <w:t>rodzic</w:t>
      </w:r>
      <w:proofErr w:type="spellEnd"/>
      <w:r w:rsidRPr="00B21CFC">
        <w:rPr>
          <w:rFonts w:cs="Arial"/>
          <w:sz w:val="24"/>
          <w:szCs w:val="24"/>
        </w:rPr>
        <w:t>/</w:t>
      </w:r>
      <w:proofErr w:type="spellStart"/>
      <w:r w:rsidRPr="00B21CFC">
        <w:rPr>
          <w:rFonts w:cs="Arial"/>
          <w:sz w:val="24"/>
          <w:szCs w:val="24"/>
        </w:rPr>
        <w:t>opiekun</w:t>
      </w:r>
      <w:proofErr w:type="spellEnd"/>
      <w:r w:rsidRPr="00B21CFC">
        <w:rPr>
          <w:rFonts w:cs="Arial"/>
          <w:sz w:val="24"/>
          <w:szCs w:val="24"/>
        </w:rPr>
        <w:t xml:space="preserve"> prawny </w:t>
      </w:r>
      <w:proofErr w:type="spellStart"/>
      <w:r w:rsidRPr="00B21CFC">
        <w:rPr>
          <w:rFonts w:cs="Arial"/>
          <w:sz w:val="24"/>
          <w:szCs w:val="24"/>
        </w:rPr>
        <w:t>nie</w:t>
      </w:r>
      <w:proofErr w:type="spellEnd"/>
      <w:r w:rsidRPr="00B21CFC">
        <w:rPr>
          <w:rFonts w:cs="Arial"/>
          <w:sz w:val="24"/>
          <w:szCs w:val="24"/>
        </w:rPr>
        <w:t xml:space="preserve"> jest </w:t>
      </w:r>
      <w:proofErr w:type="spellStart"/>
      <w:r w:rsidRPr="00B21CFC">
        <w:rPr>
          <w:rFonts w:cs="Arial"/>
          <w:sz w:val="24"/>
          <w:szCs w:val="24"/>
        </w:rPr>
        <w:t>zobowiązany</w:t>
      </w:r>
      <w:proofErr w:type="spellEnd"/>
      <w:r w:rsidRPr="00B21CFC">
        <w:rPr>
          <w:rFonts w:cs="Arial"/>
          <w:sz w:val="24"/>
          <w:szCs w:val="24"/>
        </w:rPr>
        <w:t xml:space="preserve"> do </w:t>
      </w:r>
      <w:proofErr w:type="spellStart"/>
      <w:r w:rsidRPr="00B21CFC">
        <w:rPr>
          <w:rFonts w:cs="Arial"/>
          <w:sz w:val="24"/>
          <w:szCs w:val="24"/>
        </w:rPr>
        <w:t>składania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dodatkowego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oświadczenia</w:t>
      </w:r>
      <w:proofErr w:type="spellEnd"/>
      <w:r w:rsidRPr="00B21CFC">
        <w:rPr>
          <w:rFonts w:cs="Arial"/>
          <w:sz w:val="24"/>
          <w:szCs w:val="24"/>
        </w:rPr>
        <w:t xml:space="preserve">. </w:t>
      </w:r>
      <w:proofErr w:type="spellStart"/>
      <w:r w:rsidRPr="00B21CFC">
        <w:rPr>
          <w:rFonts w:cs="Arial"/>
          <w:sz w:val="24"/>
          <w:szCs w:val="24"/>
        </w:rPr>
        <w:t>Sytuację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dziecka</w:t>
      </w:r>
      <w:proofErr w:type="spellEnd"/>
      <w:r w:rsidRPr="00B21CFC">
        <w:rPr>
          <w:rFonts w:cs="Arial"/>
          <w:sz w:val="24"/>
          <w:szCs w:val="24"/>
        </w:rPr>
        <w:t xml:space="preserve"> po </w:t>
      </w:r>
      <w:proofErr w:type="spellStart"/>
      <w:r w:rsidRPr="00B21CFC">
        <w:rPr>
          <w:rFonts w:cs="Arial"/>
          <w:sz w:val="24"/>
          <w:szCs w:val="24"/>
        </w:rPr>
        <w:t>opuszczeniu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projektu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dokumentuje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upoważniony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pracownik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Beneficjenta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lub</w:t>
      </w:r>
      <w:proofErr w:type="spellEnd"/>
      <w:r w:rsidRPr="00B21CFC">
        <w:rPr>
          <w:rFonts w:cs="Arial"/>
          <w:sz w:val="24"/>
          <w:szCs w:val="24"/>
        </w:rPr>
        <w:t xml:space="preserve"> OWP w </w:t>
      </w:r>
      <w:proofErr w:type="spellStart"/>
      <w:r w:rsidRPr="00B21CFC">
        <w:rPr>
          <w:rFonts w:cs="Arial"/>
          <w:sz w:val="24"/>
          <w:szCs w:val="24"/>
        </w:rPr>
        <w:t>zbiorczym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Załączniku</w:t>
      </w:r>
      <w:proofErr w:type="spellEnd"/>
      <w:r w:rsidRPr="00B21CFC">
        <w:rPr>
          <w:rFonts w:cs="Arial"/>
          <w:sz w:val="24"/>
          <w:szCs w:val="24"/>
        </w:rPr>
        <w:t xml:space="preserve"> nr </w:t>
      </w:r>
      <w:r w:rsidR="00380593">
        <w:rPr>
          <w:rFonts w:cs="Arial"/>
          <w:sz w:val="24"/>
          <w:szCs w:val="24"/>
        </w:rPr>
        <w:t>7</w:t>
      </w:r>
      <w:r w:rsidRPr="00B21CFC">
        <w:rPr>
          <w:rFonts w:cs="Arial"/>
          <w:sz w:val="24"/>
          <w:szCs w:val="24"/>
        </w:rPr>
        <w:t>.</w:t>
      </w:r>
    </w:p>
    <w:p w14:paraId="4C750E76" w14:textId="77777777" w:rsidR="00B21CFC" w:rsidRPr="00F70477" w:rsidRDefault="00B21CFC" w:rsidP="00F70477">
      <w:pPr>
        <w:widowControl w:val="0"/>
        <w:spacing w:after="0" w:line="360" w:lineRule="auto"/>
        <w:ind w:left="142" w:hanging="142"/>
        <w:rPr>
          <w:rFonts w:cs="Arial"/>
          <w:sz w:val="24"/>
          <w:szCs w:val="24"/>
        </w:rPr>
      </w:pPr>
    </w:p>
    <w:p w14:paraId="57C6D36E" w14:textId="61D7A38F" w:rsidR="00F70477" w:rsidRDefault="00D73062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  <w:proofErr w:type="spellStart"/>
      <w:r w:rsidRPr="00D73062">
        <w:rPr>
          <w:rFonts w:eastAsia="Arial" w:cs="Arial"/>
          <w:sz w:val="24"/>
          <w:szCs w:val="24"/>
        </w:rPr>
        <w:t>Dobrowolna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zgoda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utrwalanie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i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rozpowszechnianie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wizerunku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dziecka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została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zawarta</w:t>
      </w:r>
      <w:proofErr w:type="spellEnd"/>
      <w:r w:rsidRPr="00D73062">
        <w:rPr>
          <w:rFonts w:eastAsia="Arial" w:cs="Arial"/>
          <w:sz w:val="24"/>
          <w:szCs w:val="24"/>
        </w:rPr>
        <w:t xml:space="preserve"> w </w:t>
      </w:r>
      <w:proofErr w:type="spellStart"/>
      <w:r w:rsidRPr="00D73062">
        <w:rPr>
          <w:rFonts w:eastAsia="Arial" w:cs="Arial"/>
          <w:sz w:val="24"/>
          <w:szCs w:val="24"/>
        </w:rPr>
        <w:t>części</w:t>
      </w:r>
      <w:proofErr w:type="spellEnd"/>
      <w:r w:rsidRPr="00D73062">
        <w:rPr>
          <w:rFonts w:eastAsia="Arial" w:cs="Arial"/>
          <w:sz w:val="24"/>
          <w:szCs w:val="24"/>
        </w:rPr>
        <w:t xml:space="preserve"> J </w:t>
      </w:r>
      <w:proofErr w:type="spellStart"/>
      <w:r w:rsidRPr="00D73062">
        <w:rPr>
          <w:rFonts w:eastAsia="Arial" w:cs="Arial"/>
          <w:sz w:val="24"/>
          <w:szCs w:val="24"/>
        </w:rPr>
        <w:t>formularza</w:t>
      </w:r>
      <w:proofErr w:type="spellEnd"/>
      <w:r w:rsidRPr="00D73062">
        <w:rPr>
          <w:rFonts w:eastAsia="Arial" w:cs="Arial"/>
          <w:sz w:val="24"/>
          <w:szCs w:val="24"/>
        </w:rPr>
        <w:t xml:space="preserve">. </w:t>
      </w:r>
      <w:proofErr w:type="spellStart"/>
      <w:r w:rsidRPr="00D73062">
        <w:rPr>
          <w:rFonts w:eastAsia="Arial" w:cs="Arial"/>
          <w:sz w:val="24"/>
          <w:szCs w:val="24"/>
        </w:rPr>
        <w:t>Część</w:t>
      </w:r>
      <w:proofErr w:type="spellEnd"/>
      <w:r w:rsidRPr="00D73062">
        <w:rPr>
          <w:rFonts w:eastAsia="Arial" w:cs="Arial"/>
          <w:sz w:val="24"/>
          <w:szCs w:val="24"/>
        </w:rPr>
        <w:t xml:space="preserve"> J ma </w:t>
      </w:r>
      <w:proofErr w:type="spellStart"/>
      <w:r w:rsidRPr="00D73062">
        <w:rPr>
          <w:rFonts w:eastAsia="Arial" w:cs="Arial"/>
          <w:sz w:val="24"/>
          <w:szCs w:val="24"/>
        </w:rPr>
        <w:t>charakter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fakultatywny</w:t>
      </w:r>
      <w:proofErr w:type="spellEnd"/>
      <w:r w:rsidRPr="00D73062">
        <w:rPr>
          <w:rFonts w:eastAsia="Arial" w:cs="Arial"/>
          <w:sz w:val="24"/>
          <w:szCs w:val="24"/>
        </w:rPr>
        <w:t xml:space="preserve">. </w:t>
      </w:r>
      <w:proofErr w:type="spellStart"/>
      <w:r w:rsidRPr="00D73062">
        <w:rPr>
          <w:rFonts w:eastAsia="Arial" w:cs="Arial"/>
          <w:sz w:val="24"/>
          <w:szCs w:val="24"/>
        </w:rPr>
        <w:t>Jej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niewypełnienie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albo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niewyrażenie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zgody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</w:t>
      </w:r>
      <w:proofErr w:type="spellEnd"/>
      <w:r w:rsidRPr="00D73062">
        <w:rPr>
          <w:rFonts w:eastAsia="Arial" w:cs="Arial"/>
          <w:sz w:val="24"/>
          <w:szCs w:val="24"/>
        </w:rPr>
        <w:t xml:space="preserve"> ma </w:t>
      </w:r>
      <w:proofErr w:type="spellStart"/>
      <w:r w:rsidRPr="00D73062">
        <w:rPr>
          <w:rFonts w:eastAsia="Arial" w:cs="Arial"/>
          <w:sz w:val="24"/>
          <w:szCs w:val="24"/>
        </w:rPr>
        <w:t>wpływu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rekrutację</w:t>
      </w:r>
      <w:proofErr w:type="spellEnd"/>
      <w:r w:rsidRPr="00D73062">
        <w:rPr>
          <w:rFonts w:eastAsia="Arial" w:cs="Arial"/>
          <w:sz w:val="24"/>
          <w:szCs w:val="24"/>
        </w:rPr>
        <w:t xml:space="preserve">, </w:t>
      </w:r>
      <w:proofErr w:type="spellStart"/>
      <w:r w:rsidRPr="00D73062">
        <w:rPr>
          <w:rFonts w:eastAsia="Arial" w:cs="Arial"/>
          <w:sz w:val="24"/>
          <w:szCs w:val="24"/>
        </w:rPr>
        <w:t>udział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dziecka</w:t>
      </w:r>
      <w:proofErr w:type="spellEnd"/>
      <w:r w:rsidRPr="00D73062">
        <w:rPr>
          <w:rFonts w:eastAsia="Arial" w:cs="Arial"/>
          <w:sz w:val="24"/>
          <w:szCs w:val="24"/>
        </w:rPr>
        <w:t xml:space="preserve"> w </w:t>
      </w:r>
      <w:proofErr w:type="spellStart"/>
      <w:r w:rsidRPr="00D73062">
        <w:rPr>
          <w:rFonts w:eastAsia="Arial" w:cs="Arial"/>
          <w:sz w:val="24"/>
          <w:szCs w:val="24"/>
        </w:rPr>
        <w:t>projekcie</w:t>
      </w:r>
      <w:proofErr w:type="spellEnd"/>
      <w:r w:rsidRPr="00D73062">
        <w:rPr>
          <w:rFonts w:eastAsia="Arial" w:cs="Arial"/>
          <w:sz w:val="24"/>
          <w:szCs w:val="24"/>
        </w:rPr>
        <w:t xml:space="preserve"> ani </w:t>
      </w:r>
      <w:proofErr w:type="spellStart"/>
      <w:r w:rsidRPr="00D73062">
        <w:rPr>
          <w:rFonts w:eastAsia="Arial" w:cs="Arial"/>
          <w:sz w:val="24"/>
          <w:szCs w:val="24"/>
        </w:rPr>
        <w:t>zakres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udzielanego</w:t>
      </w:r>
      <w:proofErr w:type="spellEnd"/>
      <w:r w:rsidRPr="00D73062">
        <w:rPr>
          <w:rFonts w:eastAsia="Arial" w:cs="Arial"/>
          <w:sz w:val="24"/>
          <w:szCs w:val="24"/>
        </w:rPr>
        <w:t xml:space="preserve"> mu </w:t>
      </w:r>
      <w:proofErr w:type="spellStart"/>
      <w:r w:rsidRPr="00D73062">
        <w:rPr>
          <w:rFonts w:eastAsia="Arial" w:cs="Arial"/>
          <w:sz w:val="24"/>
          <w:szCs w:val="24"/>
        </w:rPr>
        <w:t>wsparcia</w:t>
      </w:r>
      <w:proofErr w:type="spellEnd"/>
      <w:r w:rsidRPr="00D73062">
        <w:rPr>
          <w:rFonts w:eastAsia="Arial" w:cs="Arial"/>
          <w:sz w:val="24"/>
          <w:szCs w:val="24"/>
        </w:rPr>
        <w:t>.</w:t>
      </w:r>
    </w:p>
    <w:p w14:paraId="01AA050C" w14:textId="77777777" w:rsidR="00334B36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I. INFORMACJA DOTYCZĄCA KPON I KARTY PRAW PODSTAWOWYCH UE</w:t>
      </w:r>
    </w:p>
    <w:p w14:paraId="729047EA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Uczestnik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, a w </w:t>
      </w:r>
      <w:proofErr w:type="spellStart"/>
      <w:r w:rsidRPr="00F70477">
        <w:rPr>
          <w:rFonts w:eastAsia="Arial" w:cs="Arial"/>
          <w:sz w:val="24"/>
          <w:szCs w:val="24"/>
        </w:rPr>
        <w:t>przypadku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jego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rodzic</w:t>
      </w:r>
      <w:proofErr w:type="spellEnd"/>
      <w:r w:rsidRPr="00F70477">
        <w:rPr>
          <w:rFonts w:eastAsia="Arial" w:cs="Arial"/>
          <w:sz w:val="24"/>
          <w:szCs w:val="24"/>
        </w:rPr>
        <w:t>/</w:t>
      </w:r>
      <w:proofErr w:type="spellStart"/>
      <w:r w:rsidRPr="00F70477">
        <w:rPr>
          <w:rFonts w:eastAsia="Arial" w:cs="Arial"/>
          <w:sz w:val="24"/>
          <w:szCs w:val="24"/>
        </w:rPr>
        <w:t>opiekun</w:t>
      </w:r>
      <w:proofErr w:type="spellEnd"/>
      <w:r w:rsidRPr="00F70477">
        <w:rPr>
          <w:rFonts w:eastAsia="Arial" w:cs="Arial"/>
          <w:sz w:val="24"/>
          <w:szCs w:val="24"/>
        </w:rPr>
        <w:t xml:space="preserve"> prawny, ma </w:t>
      </w:r>
      <w:proofErr w:type="spellStart"/>
      <w:r w:rsidRPr="00F70477">
        <w:rPr>
          <w:rFonts w:eastAsia="Arial" w:cs="Arial"/>
          <w:sz w:val="24"/>
          <w:szCs w:val="24"/>
        </w:rPr>
        <w:t>możliwość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zgłoszenia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Instytucji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Zarządzającej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programem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Fundusze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Europejskie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dla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Pomorza</w:t>
      </w:r>
      <w:proofErr w:type="spellEnd"/>
      <w:r w:rsidRPr="00F70477">
        <w:rPr>
          <w:rFonts w:eastAsia="Arial" w:cs="Arial"/>
          <w:sz w:val="24"/>
          <w:szCs w:val="24"/>
        </w:rPr>
        <w:t xml:space="preserve"> 2021–2027 </w:t>
      </w:r>
      <w:proofErr w:type="spellStart"/>
      <w:r w:rsidRPr="00F70477">
        <w:rPr>
          <w:rFonts w:eastAsia="Arial" w:cs="Arial"/>
          <w:sz w:val="24"/>
          <w:szCs w:val="24"/>
        </w:rPr>
        <w:t>podejrzenia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niezgodności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działań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Beneficjenta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postanowieniami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Konwencji</w:t>
      </w:r>
      <w:proofErr w:type="spellEnd"/>
      <w:r w:rsidRPr="00F70477">
        <w:rPr>
          <w:rFonts w:eastAsia="Arial" w:cs="Arial"/>
          <w:sz w:val="24"/>
          <w:szCs w:val="24"/>
        </w:rPr>
        <w:t xml:space="preserve"> o </w:t>
      </w:r>
      <w:proofErr w:type="spellStart"/>
      <w:r w:rsidRPr="00F70477">
        <w:rPr>
          <w:rFonts w:eastAsia="Arial" w:cs="Arial"/>
          <w:sz w:val="24"/>
          <w:szCs w:val="24"/>
        </w:rPr>
        <w:t>prawach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osób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niepełnosprawnych</w:t>
      </w:r>
      <w:proofErr w:type="spellEnd"/>
      <w:r w:rsidRPr="00F70477">
        <w:rPr>
          <w:rFonts w:eastAsia="Arial" w:cs="Arial"/>
          <w:sz w:val="24"/>
          <w:szCs w:val="24"/>
        </w:rPr>
        <w:t xml:space="preserve"> (KPON)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Karty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praw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podstawowych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Unii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Europejskiej</w:t>
      </w:r>
      <w:proofErr w:type="spellEnd"/>
      <w:r w:rsidRPr="00F70477">
        <w:rPr>
          <w:rFonts w:eastAsia="Arial" w:cs="Arial"/>
          <w:sz w:val="24"/>
          <w:szCs w:val="24"/>
        </w:rPr>
        <w:t xml:space="preserve"> (KPP), </w:t>
      </w:r>
      <w:proofErr w:type="spellStart"/>
      <w:r w:rsidRPr="00F70477">
        <w:rPr>
          <w:rFonts w:eastAsia="Arial" w:cs="Arial"/>
          <w:sz w:val="24"/>
          <w:szCs w:val="24"/>
        </w:rPr>
        <w:t>zgodnie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procedurami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obowiązującymi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ramach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programu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5A92ACA6" w14:textId="77777777" w:rsidR="00B8490F" w:rsidRPr="00B8490F" w:rsidRDefault="00B8490F" w:rsidP="00B8490F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  <w:proofErr w:type="spellStart"/>
      <w:r w:rsidRPr="00B8490F">
        <w:rPr>
          <w:rFonts w:eastAsia="Arial" w:cs="Arial"/>
          <w:b/>
          <w:sz w:val="24"/>
          <w:szCs w:val="24"/>
        </w:rPr>
        <w:t>Dokumenty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rekrutacyjne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można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złożyć</w:t>
      </w:r>
      <w:proofErr w:type="spellEnd"/>
      <w:r w:rsidRPr="00B8490F">
        <w:rPr>
          <w:rFonts w:eastAsia="Arial" w:cs="Arial"/>
          <w:b/>
          <w:sz w:val="24"/>
          <w:szCs w:val="24"/>
        </w:rPr>
        <w:t>:</w:t>
      </w:r>
    </w:p>
    <w:p w14:paraId="47F63D7D" w14:textId="77777777" w:rsidR="00B8490F" w:rsidRPr="00B8490F" w:rsidRDefault="00B8490F" w:rsidP="00B8490F">
      <w:pPr>
        <w:widowControl w:val="0"/>
        <w:spacing w:after="0" w:line="360" w:lineRule="auto"/>
        <w:rPr>
          <w:rFonts w:eastAsia="Arial" w:cs="Arial"/>
          <w:bCs/>
          <w:sz w:val="24"/>
          <w:szCs w:val="24"/>
        </w:rPr>
      </w:pPr>
      <w:r w:rsidRPr="00B8490F">
        <w:rPr>
          <w:rFonts w:eastAsia="Arial" w:cs="Arial"/>
          <w:bCs/>
          <w:sz w:val="24"/>
          <w:szCs w:val="24"/>
        </w:rPr>
        <w:t xml:space="preserve">a) w </w:t>
      </w:r>
      <w:proofErr w:type="spellStart"/>
      <w:r w:rsidRPr="00B8490F">
        <w:rPr>
          <w:rFonts w:eastAsia="Arial" w:cs="Arial"/>
          <w:bCs/>
          <w:sz w:val="24"/>
          <w:szCs w:val="24"/>
        </w:rPr>
        <w:t>formie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papierowej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– w OWP </w:t>
      </w:r>
      <w:proofErr w:type="spellStart"/>
      <w:r w:rsidRPr="00B8490F">
        <w:rPr>
          <w:rFonts w:eastAsia="Arial" w:cs="Arial"/>
          <w:bCs/>
          <w:sz w:val="24"/>
          <w:szCs w:val="24"/>
        </w:rPr>
        <w:t>objętym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projektem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lub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w </w:t>
      </w:r>
      <w:proofErr w:type="spellStart"/>
      <w:r w:rsidRPr="00B8490F">
        <w:rPr>
          <w:rFonts w:eastAsia="Arial" w:cs="Arial"/>
          <w:bCs/>
          <w:sz w:val="24"/>
          <w:szCs w:val="24"/>
        </w:rPr>
        <w:t>Urzędzie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Gminy Łęczyce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/>
      </w:r>
      <w:proofErr w:type="spellStart"/>
      <w:r w:rsidRPr="00B8490F">
        <w:rPr>
          <w:rFonts w:eastAsia="Arial" w:cs="Arial"/>
          <w:bCs/>
          <w:sz w:val="24"/>
          <w:szCs w:val="24"/>
        </w:rPr>
        <w:t/>
      </w:r>
      <w:proofErr w:type="spellEnd"/>
      <w:r w:rsidRPr="00B8490F">
        <w:rPr>
          <w:rFonts w:eastAsia="Arial" w:cs="Arial"/>
          <w:bCs/>
          <w:sz w:val="24"/>
          <w:szCs w:val="24"/>
        </w:rPr>
        <w:t>;</w:t>
      </w:r>
    </w:p>
    <w:p w14:paraId="19E16888" w14:textId="71ADEA35" w:rsidR="00924811" w:rsidRPr="00B8490F" w:rsidRDefault="00B8490F" w:rsidP="00B8490F">
      <w:pPr>
        <w:widowControl w:val="0"/>
        <w:spacing w:after="0" w:line="360" w:lineRule="auto"/>
        <w:rPr>
          <w:rFonts w:eastAsia="Arial" w:cs="Arial"/>
          <w:bCs/>
          <w:sz w:val="24"/>
          <w:szCs w:val="24"/>
        </w:rPr>
      </w:pPr>
      <w:r w:rsidRPr="00B8490F">
        <w:rPr>
          <w:rFonts w:eastAsia="Arial" w:cs="Arial"/>
          <w:bCs/>
          <w:sz w:val="24"/>
          <w:szCs w:val="24"/>
        </w:rPr>
        <w:t xml:space="preserve">b) w </w:t>
      </w:r>
      <w:proofErr w:type="spellStart"/>
      <w:r w:rsidRPr="00B8490F">
        <w:rPr>
          <w:rFonts w:eastAsia="Arial" w:cs="Arial"/>
          <w:bCs/>
          <w:sz w:val="24"/>
          <w:szCs w:val="24"/>
        </w:rPr>
        <w:t>formie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elektronicznej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– w </w:t>
      </w:r>
      <w:proofErr w:type="spellStart"/>
      <w:r w:rsidRPr="00B8490F">
        <w:rPr>
          <w:rFonts w:eastAsia="Arial" w:cs="Arial"/>
          <w:bCs/>
          <w:sz w:val="24"/>
          <w:szCs w:val="24"/>
        </w:rPr>
        <w:t>postaci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skanu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podpisanej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i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opatrzonej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datą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dokumentacji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, </w:t>
      </w:r>
      <w:proofErr w:type="spellStart"/>
      <w:r w:rsidRPr="00B8490F">
        <w:rPr>
          <w:rFonts w:eastAsia="Arial" w:cs="Arial"/>
          <w:bCs/>
          <w:sz w:val="24"/>
          <w:szCs w:val="24"/>
        </w:rPr>
        <w:t>przesłanego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na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adres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e-mail </w:t>
      </w:r>
      <w:proofErr w:type="spellStart"/>
      <w:r w:rsidRPr="00B8490F">
        <w:rPr>
          <w:rFonts w:eastAsia="Arial" w:cs="Arial"/>
          <w:bCs/>
          <w:sz w:val="24"/>
          <w:szCs w:val="24"/>
        </w:rPr>
        <w:t>Gminy Łęczyce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/>
      </w:r>
      <w:proofErr w:type="spellStart"/>
      <w:r w:rsidRPr="00B8490F">
        <w:rPr>
          <w:rFonts w:eastAsia="Arial" w:cs="Arial"/>
          <w:bCs/>
          <w:sz w:val="24"/>
          <w:szCs w:val="24"/>
        </w:rPr>
        <w:t/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: sekretariat@leczyce.pl. </w:t>
      </w:r>
      <w:proofErr w:type="spellStart"/>
      <w:r w:rsidRPr="00B8490F">
        <w:rPr>
          <w:rFonts w:eastAsia="Arial" w:cs="Arial"/>
          <w:bCs/>
          <w:sz w:val="24"/>
          <w:szCs w:val="24"/>
        </w:rPr>
        <w:t>Dokumentacja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przesłana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w </w:t>
      </w:r>
      <w:proofErr w:type="spellStart"/>
      <w:r w:rsidRPr="00B8490F">
        <w:rPr>
          <w:rFonts w:eastAsia="Arial" w:cs="Arial"/>
          <w:bCs/>
          <w:sz w:val="24"/>
          <w:szCs w:val="24"/>
        </w:rPr>
        <w:t>formie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skanu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nie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wymaga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opatrzenia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pliku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dodatkowym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podpisem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elektronicznym</w:t>
      </w:r>
      <w:proofErr w:type="spellEnd"/>
      <w:r w:rsidRPr="00B8490F">
        <w:rPr>
          <w:rFonts w:eastAsia="Arial" w:cs="Arial"/>
          <w:bCs/>
          <w:sz w:val="24"/>
          <w:szCs w:val="24"/>
        </w:rPr>
        <w:t>.</w:t>
      </w:r>
    </w:p>
    <w:p w14:paraId="37FEE632" w14:textId="77777777" w:rsidR="00B8490F" w:rsidRPr="00F70477" w:rsidRDefault="00B8490F" w:rsidP="00B8490F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0D0391AA" w14:textId="10928E81" w:rsidR="00A777B0" w:rsidRDefault="00A777B0">
      <w:pPr>
        <w:widowControl w:val="0"/>
        <w:spacing w:after="0" w:line="360" w:lineRule="auto"/>
        <w:rPr>
          <w:rFonts w:eastAsia="Arial" w:cs="Arial"/>
          <w:i/>
          <w:sz w:val="24"/>
        </w:rPr>
      </w:pPr>
      <w:proofErr w:type="spellStart"/>
      <w:r w:rsidRPr="00A777B0">
        <w:rPr>
          <w:rFonts w:eastAsia="Arial" w:cs="Arial"/>
          <w:i/>
          <w:sz w:val="24"/>
        </w:rPr>
        <w:t>Potwierdzam</w:t>
      </w:r>
      <w:proofErr w:type="spellEnd"/>
      <w:r w:rsidRPr="00A777B0">
        <w:rPr>
          <w:rFonts w:eastAsia="Arial" w:cs="Arial"/>
          <w:i/>
          <w:sz w:val="24"/>
        </w:rPr>
        <w:t xml:space="preserve">, </w:t>
      </w:r>
      <w:proofErr w:type="spellStart"/>
      <w:r w:rsidRPr="00A777B0">
        <w:rPr>
          <w:rFonts w:eastAsia="Arial" w:cs="Arial"/>
          <w:i/>
          <w:sz w:val="24"/>
        </w:rPr>
        <w:t>że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dane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i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oświadczenia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dotyczące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rekrutacji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i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udziału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dziecka</w:t>
      </w:r>
      <w:proofErr w:type="spellEnd"/>
      <w:r w:rsidRPr="00A81BD7">
        <w:rPr>
          <w:rFonts w:eastAsia="Arial" w:cs="Arial"/>
          <w:i/>
          <w:sz w:val="24"/>
        </w:rPr>
        <w:t xml:space="preserve"> w </w:t>
      </w:r>
      <w:proofErr w:type="spellStart"/>
      <w:r w:rsidRPr="00A81BD7">
        <w:rPr>
          <w:rFonts w:eastAsia="Arial" w:cs="Arial"/>
          <w:i/>
          <w:sz w:val="24"/>
        </w:rPr>
        <w:t>projekcie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zawarte</w:t>
      </w:r>
      <w:proofErr w:type="spellEnd"/>
      <w:r w:rsidRPr="00A777B0">
        <w:rPr>
          <w:rFonts w:eastAsia="Arial" w:cs="Arial"/>
          <w:i/>
          <w:sz w:val="24"/>
        </w:rPr>
        <w:t xml:space="preserve"> w </w:t>
      </w:r>
      <w:proofErr w:type="spellStart"/>
      <w:r w:rsidRPr="00A777B0">
        <w:rPr>
          <w:rFonts w:eastAsia="Arial" w:cs="Arial"/>
          <w:i/>
          <w:sz w:val="24"/>
        </w:rPr>
        <w:t>częściach</w:t>
      </w:r>
      <w:proofErr w:type="spellEnd"/>
      <w:r w:rsidRPr="00A777B0">
        <w:rPr>
          <w:rFonts w:eastAsia="Arial" w:cs="Arial"/>
          <w:i/>
          <w:sz w:val="24"/>
        </w:rPr>
        <w:t xml:space="preserve"> A–I </w:t>
      </w:r>
      <w:proofErr w:type="spellStart"/>
      <w:r w:rsidRPr="00A777B0">
        <w:rPr>
          <w:rFonts w:eastAsia="Arial" w:cs="Arial"/>
          <w:i/>
          <w:sz w:val="24"/>
        </w:rPr>
        <w:t>formularza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są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zgodne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stanem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faktycznym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i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zostały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przeze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mnie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złożone</w:t>
      </w:r>
      <w:proofErr w:type="spellEnd"/>
      <w:r w:rsidRPr="00A777B0">
        <w:rPr>
          <w:rFonts w:eastAsia="Arial" w:cs="Arial"/>
          <w:i/>
          <w:sz w:val="24"/>
        </w:rPr>
        <w:t xml:space="preserve"> w </w:t>
      </w:r>
      <w:proofErr w:type="spellStart"/>
      <w:r w:rsidRPr="00A777B0">
        <w:rPr>
          <w:rFonts w:eastAsia="Arial" w:cs="Arial"/>
          <w:i/>
          <w:sz w:val="24"/>
        </w:rPr>
        <w:t>dniu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wskazanym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poniżej</w:t>
      </w:r>
      <w:proofErr w:type="spellEnd"/>
      <w:r w:rsidRPr="00A777B0">
        <w:rPr>
          <w:rFonts w:eastAsia="Arial" w:cs="Arial"/>
          <w:i/>
          <w:sz w:val="24"/>
        </w:rPr>
        <w:t>.</w:t>
      </w:r>
    </w:p>
    <w:p w14:paraId="3E6732C9" w14:textId="77777777" w:rsidR="00A81BD7" w:rsidRDefault="00A81BD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7366E5B6" w14:textId="77777777" w:rsidR="00924811" w:rsidRDefault="00935E87">
      <w:pPr>
        <w:widowControl w:val="0"/>
        <w:spacing w:after="0" w:line="360" w:lineRule="auto"/>
        <w:rPr>
          <w:rFonts w:eastAsia="Arial" w:cs="Arial"/>
          <w:sz w:val="24"/>
        </w:rPr>
      </w:pPr>
      <w:proofErr w:type="spellStart"/>
      <w:r>
        <w:rPr>
          <w:rFonts w:eastAsia="Arial" w:cs="Arial"/>
          <w:sz w:val="24"/>
        </w:rPr>
        <w:t>Miejscowość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data </w:t>
      </w:r>
      <w:proofErr w:type="spellStart"/>
      <w:r>
        <w:rPr>
          <w:rFonts w:eastAsia="Arial" w:cs="Arial"/>
          <w:sz w:val="24"/>
        </w:rPr>
        <w:t>wypełnienia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oraz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podpisania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formularza</w:t>
      </w:r>
      <w:proofErr w:type="spellEnd"/>
      <w:r>
        <w:rPr>
          <w:rFonts w:eastAsia="Arial" w:cs="Arial"/>
          <w:sz w:val="24"/>
        </w:rPr>
        <w:t xml:space="preserve">: </w:t>
      </w:r>
    </w:p>
    <w:p w14:paraId="60979AEE" w14:textId="77777777" w:rsidR="00924811" w:rsidRDefault="00924811">
      <w:pPr>
        <w:widowControl w:val="0"/>
        <w:spacing w:after="0" w:line="360" w:lineRule="auto"/>
        <w:rPr>
          <w:rFonts w:eastAsia="Arial" w:cs="Arial"/>
          <w:sz w:val="24"/>
        </w:rPr>
      </w:pPr>
    </w:p>
    <w:p w14:paraId="5DC46332" w14:textId="77777777" w:rsidR="00924811" w:rsidRDefault="00924811">
      <w:pPr>
        <w:widowControl w:val="0"/>
        <w:spacing w:after="0" w:line="360" w:lineRule="auto"/>
        <w:rPr>
          <w:rFonts w:eastAsia="Arial" w:cs="Arial"/>
          <w:sz w:val="24"/>
        </w:rPr>
      </w:pPr>
    </w:p>
    <w:p w14:paraId="73CC439A" w14:textId="331F95D9" w:rsidR="009B6187" w:rsidRDefault="00935E8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sz w:val="24"/>
        </w:rPr>
        <w:t>................................................................................</w:t>
      </w:r>
    </w:p>
    <w:p w14:paraId="7E4A678C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077368C3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7186C0E7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sz w:val="24"/>
        </w:rPr>
        <w:t>........................................................</w:t>
      </w:r>
    </w:p>
    <w:p w14:paraId="59A3435F" w14:textId="77777777" w:rsidR="0015168D" w:rsidRPr="00F70477" w:rsidRDefault="006F36F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t>Czytelny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podpis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rodzica</w:t>
      </w:r>
      <w:proofErr w:type="spellEnd"/>
      <w:r>
        <w:rPr>
          <w:rFonts w:eastAsia="Arial" w:cs="Arial"/>
          <w:sz w:val="24"/>
        </w:rPr>
        <w:t>/</w:t>
      </w:r>
      <w:proofErr w:type="spellStart"/>
      <w:r>
        <w:rPr>
          <w:rFonts w:eastAsia="Arial" w:cs="Arial"/>
          <w:sz w:val="24"/>
        </w:rPr>
        <w:t>opiekuna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prawnego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składającego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formularz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oświadczenia</w:t>
      </w:r>
      <w:proofErr w:type="spellEnd"/>
    </w:p>
    <w:p w14:paraId="675C6B40" w14:textId="030C1457" w:rsidR="009B6187" w:rsidRDefault="009B6187">
      <w:pPr>
        <w:spacing w:after="0" w:line="360" w:lineRule="auto"/>
        <w:rPr>
          <w:rFonts w:eastAsia="Arial" w:cs="Arial"/>
          <w:sz w:val="24"/>
        </w:rPr>
      </w:pPr>
    </w:p>
    <w:p w14:paraId="0174F279" w14:textId="7E86CD85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148755AF" w14:textId="26EED04D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32B9D684" w14:textId="1E6756CE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7D79CFEF" w14:textId="452AFF62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1D941A4F" w14:textId="55C21C05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12B9C50F" w14:textId="7BC990BC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530770A6" w14:textId="5C769133" w:rsidR="0057711F" w:rsidRPr="00330A96" w:rsidRDefault="0057711F" w:rsidP="0057711F">
      <w:pPr>
        <w:keepNext/>
        <w:spacing w:before="120" w:after="120" w:line="36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J. </w:t>
      </w:r>
      <w:r w:rsidRPr="00330A96">
        <w:rPr>
          <w:b/>
          <w:sz w:val="24"/>
          <w:szCs w:val="24"/>
        </w:rPr>
        <w:t>DOBROWOLNA ZGODA NA UTRWALANIE</w:t>
      </w:r>
      <w:r>
        <w:rPr>
          <w:b/>
          <w:sz w:val="24"/>
          <w:szCs w:val="24"/>
        </w:rPr>
        <w:t xml:space="preserve"> </w:t>
      </w:r>
      <w:r w:rsidRPr="00330A96">
        <w:rPr>
          <w:b/>
          <w:sz w:val="24"/>
          <w:szCs w:val="24"/>
        </w:rPr>
        <w:t>I ROZPOWSZECHNIANIE WIZERUNKU DZIECKA</w:t>
      </w:r>
    </w:p>
    <w:p w14:paraId="5F7962CD" w14:textId="4F2312C6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 xml:space="preserve">w </w:t>
      </w:r>
      <w:proofErr w:type="spellStart"/>
      <w:r w:rsidRPr="00330A96">
        <w:rPr>
          <w:sz w:val="24"/>
          <w:szCs w:val="24"/>
        </w:rPr>
        <w:t>projekcie</w:t>
      </w:r>
      <w:proofErr w:type="spellEnd"/>
      <w:r w:rsidRPr="00330A96">
        <w:rPr>
          <w:sz w:val="24"/>
          <w:szCs w:val="24"/>
        </w:rPr>
        <w:t xml:space="preserve"> „</w:t>
      </w:r>
      <w:proofErr w:type="spellStart"/>
      <w:r w:rsidRPr="00330A96">
        <w:rPr>
          <w:sz w:val="24"/>
          <w:szCs w:val="24"/>
        </w:rPr>
        <w:t>Rozwój edukacji przedszkolnej w Gminie Łęczyce – etap 3</w:t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>”</w:t>
      </w:r>
      <w:r>
        <w:rPr>
          <w:sz w:val="24"/>
          <w:szCs w:val="24"/>
        </w:rPr>
        <w:t xml:space="preserve"> </w:t>
      </w:r>
      <w:r w:rsidRPr="00330A96">
        <w:rPr>
          <w:sz w:val="24"/>
          <w:szCs w:val="24"/>
        </w:rPr>
        <w:t>nr FEPM.05.07-IZ.00-0043/26</w:t>
      </w:r>
    </w:p>
    <w:p w14:paraId="4ED02BC9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Imię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>: ........................................................................................................................</w:t>
      </w:r>
    </w:p>
    <w:p w14:paraId="232CABA4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Imię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rodzica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prawnego</w:t>
      </w:r>
      <w:proofErr w:type="spellEnd"/>
      <w:r w:rsidRPr="00330A96">
        <w:rPr>
          <w:sz w:val="24"/>
          <w:szCs w:val="24"/>
        </w:rPr>
        <w:t>: .......................................................................................</w:t>
      </w:r>
    </w:p>
    <w:p w14:paraId="03C18275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 xml:space="preserve">OWP:   ☐ w Strzebielinie-Osiedlu</w:t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</w:p>
    <w:p w14:paraId="31B667BF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Jako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</w:t>
      </w:r>
      <w:proofErr w:type="spellEnd"/>
      <w:r w:rsidRPr="00330A96">
        <w:rPr>
          <w:sz w:val="24"/>
          <w:szCs w:val="24"/>
        </w:rPr>
        <w:t xml:space="preserve"> prawny </w:t>
      </w:r>
      <w:proofErr w:type="spellStart"/>
      <w:r w:rsidRPr="00330A96">
        <w:rPr>
          <w:sz w:val="24"/>
          <w:szCs w:val="24"/>
        </w:rPr>
        <w:t>wyrażam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dobrowolną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nieodpłatną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zgodę</w:t>
      </w:r>
      <w:proofErr w:type="spellEnd"/>
      <w:r w:rsidRPr="00330A96">
        <w:rPr>
          <w:sz w:val="24"/>
          <w:szCs w:val="24"/>
        </w:rPr>
        <w:t xml:space="preserve"> -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podstawie</w:t>
      </w:r>
      <w:proofErr w:type="spellEnd"/>
      <w:r w:rsidRPr="00330A96">
        <w:rPr>
          <w:sz w:val="24"/>
          <w:szCs w:val="24"/>
        </w:rPr>
        <w:t xml:space="preserve"> art. 6 </w:t>
      </w:r>
      <w:proofErr w:type="spellStart"/>
      <w:r w:rsidRPr="00330A96">
        <w:rPr>
          <w:sz w:val="24"/>
          <w:szCs w:val="24"/>
        </w:rPr>
        <w:t>ust</w:t>
      </w:r>
      <w:proofErr w:type="spellEnd"/>
      <w:r w:rsidRPr="00330A96">
        <w:rPr>
          <w:sz w:val="24"/>
          <w:szCs w:val="24"/>
        </w:rPr>
        <w:t xml:space="preserve">. 1 lit. a RODO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art. 81 </w:t>
      </w:r>
      <w:proofErr w:type="spellStart"/>
      <w:r w:rsidRPr="00330A96">
        <w:rPr>
          <w:sz w:val="24"/>
          <w:szCs w:val="24"/>
        </w:rPr>
        <w:t>ust</w:t>
      </w:r>
      <w:proofErr w:type="spellEnd"/>
      <w:r w:rsidRPr="00330A96">
        <w:rPr>
          <w:sz w:val="24"/>
          <w:szCs w:val="24"/>
        </w:rPr>
        <w:t xml:space="preserve">. 1 </w:t>
      </w:r>
      <w:proofErr w:type="spellStart"/>
      <w:r w:rsidRPr="00330A96">
        <w:rPr>
          <w:sz w:val="24"/>
          <w:szCs w:val="24"/>
        </w:rPr>
        <w:t>ustawy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prawie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autorskim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pokrewnych</w:t>
      </w:r>
      <w:proofErr w:type="spellEnd"/>
      <w:r w:rsidRPr="00330A96">
        <w:rPr>
          <w:sz w:val="24"/>
          <w:szCs w:val="24"/>
        </w:rPr>
        <w:t xml:space="preserve"> -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utrwalanie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wizerunku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podczas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działań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projektowych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formie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fotografii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nagrań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wideo</w:t>
      </w:r>
      <w:proofErr w:type="spellEnd"/>
      <w:r w:rsidRPr="00330A96">
        <w:rPr>
          <w:sz w:val="24"/>
          <w:szCs w:val="24"/>
        </w:rPr>
        <w:t xml:space="preserve"> (w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głosu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jeżeli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zostanie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zarejestrowany</w:t>
      </w:r>
      <w:proofErr w:type="spellEnd"/>
      <w:r w:rsidRPr="00330A96">
        <w:rPr>
          <w:sz w:val="24"/>
          <w:szCs w:val="24"/>
        </w:rPr>
        <w:t xml:space="preserve">)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jego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rozpowszechnianie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zaznaczonych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poniżej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kanałach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wyłącznie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celu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dokumentowania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informowania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realizacji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promocji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projektu</w:t>
      </w:r>
      <w:proofErr w:type="spellEnd"/>
      <w:r w:rsidRPr="00330A96">
        <w:rPr>
          <w:sz w:val="24"/>
          <w:szCs w:val="24"/>
        </w:rPr>
        <w:t>.</w:t>
      </w:r>
    </w:p>
    <w:p w14:paraId="3DB6C86E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b/>
          <w:sz w:val="24"/>
          <w:szCs w:val="24"/>
        </w:rPr>
        <w:t>Proszę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zaznaczyć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wybrane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kanały</w:t>
      </w:r>
      <w:proofErr w:type="spellEnd"/>
      <w:r w:rsidRPr="00330A96">
        <w:rPr>
          <w:b/>
          <w:sz w:val="24"/>
          <w:szCs w:val="24"/>
        </w:rPr>
        <w:t xml:space="preserve">. </w:t>
      </w:r>
      <w:proofErr w:type="spellStart"/>
      <w:r w:rsidRPr="00330A96">
        <w:rPr>
          <w:b/>
          <w:sz w:val="24"/>
          <w:szCs w:val="24"/>
        </w:rPr>
        <w:t>Brak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zaznaczenia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pola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oznacza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niewyrażenie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zgody</w:t>
      </w:r>
      <w:proofErr w:type="spellEnd"/>
      <w:r w:rsidRPr="00330A96">
        <w:rPr>
          <w:b/>
          <w:sz w:val="24"/>
          <w:szCs w:val="24"/>
        </w:rPr>
        <w:t xml:space="preserve"> w </w:t>
      </w:r>
      <w:proofErr w:type="spellStart"/>
      <w:r w:rsidRPr="00330A96">
        <w:rPr>
          <w:b/>
          <w:sz w:val="24"/>
          <w:szCs w:val="24"/>
        </w:rPr>
        <w:t>danym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zakresie</w:t>
      </w:r>
      <w:proofErr w:type="spellEnd"/>
      <w:r w:rsidRPr="00330A96">
        <w:rPr>
          <w:b/>
          <w:sz w:val="24"/>
          <w:szCs w:val="24"/>
        </w:rPr>
        <w:t>.</w:t>
      </w:r>
    </w:p>
    <w:p w14:paraId="2833E6B9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strona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internetowa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Gminy Łęczyce</w:t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>;</w:t>
      </w:r>
    </w:p>
    <w:p w14:paraId="6A271AFA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strona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internetowa</w:t>
      </w:r>
      <w:proofErr w:type="spellEnd"/>
      <w:r w:rsidRPr="00330A96">
        <w:rPr>
          <w:sz w:val="24"/>
          <w:szCs w:val="24"/>
        </w:rPr>
        <w:t xml:space="preserve"> OWP, do </w:t>
      </w:r>
      <w:proofErr w:type="spellStart"/>
      <w:r w:rsidRPr="00330A96">
        <w:rPr>
          <w:sz w:val="24"/>
          <w:szCs w:val="24"/>
        </w:rPr>
        <w:t>którego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uczęszcza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dziecko</w:t>
      </w:r>
      <w:proofErr w:type="spellEnd"/>
      <w:r w:rsidRPr="00330A96">
        <w:rPr>
          <w:sz w:val="24"/>
          <w:szCs w:val="24"/>
        </w:rPr>
        <w:t>;</w:t>
      </w:r>
    </w:p>
    <w:p w14:paraId="7942C581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oficjalne</w:t>
      </w:r>
      <w:proofErr w:type="spellEnd"/>
      <w:r w:rsidRPr="00330A96">
        <w:rPr>
          <w:sz w:val="24"/>
          <w:szCs w:val="24"/>
        </w:rPr>
        <w:t xml:space="preserve"> profile </w:t>
      </w:r>
      <w:proofErr w:type="spellStart"/>
      <w:r w:rsidRPr="00330A96">
        <w:rPr>
          <w:sz w:val="24"/>
          <w:szCs w:val="24"/>
        </w:rPr>
        <w:t>Gminy Łęczyce</w:t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właściwego</w:t>
      </w:r>
      <w:proofErr w:type="spellEnd"/>
      <w:r w:rsidRPr="00330A96">
        <w:rPr>
          <w:sz w:val="24"/>
          <w:szCs w:val="24"/>
        </w:rPr>
        <w:t xml:space="preserve"> OWP w </w:t>
      </w:r>
      <w:proofErr w:type="spellStart"/>
      <w:r w:rsidRPr="00330A96">
        <w:rPr>
          <w:sz w:val="24"/>
          <w:szCs w:val="24"/>
        </w:rPr>
        <w:t>mediach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społecznościowych</w:t>
      </w:r>
      <w:proofErr w:type="spellEnd"/>
      <w:r w:rsidRPr="00330A96">
        <w:rPr>
          <w:sz w:val="24"/>
          <w:szCs w:val="24"/>
        </w:rPr>
        <w:t>;</w:t>
      </w:r>
    </w:p>
    <w:p w14:paraId="119FDA28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materiały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informacyjne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promocyjne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projektu</w:t>
      </w:r>
      <w:proofErr w:type="spellEnd"/>
      <w:r w:rsidRPr="00330A96">
        <w:rPr>
          <w:sz w:val="24"/>
          <w:szCs w:val="24"/>
        </w:rPr>
        <w:t xml:space="preserve">, 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prezentacje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publikacje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sprawozdania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materiały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drukowane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elektroniczne</w:t>
      </w:r>
      <w:proofErr w:type="spellEnd"/>
      <w:r w:rsidRPr="00330A96">
        <w:rPr>
          <w:sz w:val="24"/>
          <w:szCs w:val="24"/>
        </w:rPr>
        <w:t>.</w:t>
      </w:r>
    </w:p>
    <w:p w14:paraId="3C80E069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b/>
          <w:sz w:val="24"/>
          <w:szCs w:val="24"/>
        </w:rPr>
        <w:t>Zgoda</w:t>
      </w:r>
      <w:proofErr w:type="spellEnd"/>
      <w:r w:rsidRPr="00330A96">
        <w:rPr>
          <w:b/>
          <w:sz w:val="24"/>
          <w:szCs w:val="24"/>
        </w:rPr>
        <w:t xml:space="preserve"> jest </w:t>
      </w:r>
      <w:proofErr w:type="spellStart"/>
      <w:r w:rsidRPr="00330A96">
        <w:rPr>
          <w:b/>
          <w:sz w:val="24"/>
          <w:szCs w:val="24"/>
        </w:rPr>
        <w:t>dobrowolna</w:t>
      </w:r>
      <w:proofErr w:type="spellEnd"/>
      <w:r w:rsidRPr="00330A96">
        <w:rPr>
          <w:b/>
          <w:sz w:val="24"/>
          <w:szCs w:val="24"/>
        </w:rPr>
        <w:t xml:space="preserve">. </w:t>
      </w:r>
      <w:proofErr w:type="spellStart"/>
      <w:r w:rsidRPr="00330A96">
        <w:rPr>
          <w:b/>
          <w:sz w:val="24"/>
          <w:szCs w:val="24"/>
        </w:rPr>
        <w:t>Jej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niewyrażenie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albo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późniejsze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wycofanie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</w:t>
      </w:r>
      <w:proofErr w:type="spellEnd"/>
      <w:r w:rsidRPr="00330A96">
        <w:rPr>
          <w:b/>
          <w:sz w:val="24"/>
          <w:szCs w:val="24"/>
        </w:rPr>
        <w:t xml:space="preserve"> ma </w:t>
      </w:r>
      <w:proofErr w:type="spellStart"/>
      <w:r w:rsidRPr="00330A96">
        <w:rPr>
          <w:b/>
          <w:sz w:val="24"/>
          <w:szCs w:val="24"/>
        </w:rPr>
        <w:t>wpływu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rekrutację</w:t>
      </w:r>
      <w:proofErr w:type="spellEnd"/>
      <w:r w:rsidRPr="00330A96">
        <w:rPr>
          <w:b/>
          <w:sz w:val="24"/>
          <w:szCs w:val="24"/>
        </w:rPr>
        <w:t xml:space="preserve">, </w:t>
      </w:r>
      <w:proofErr w:type="spellStart"/>
      <w:r w:rsidRPr="00330A96">
        <w:rPr>
          <w:b/>
          <w:sz w:val="24"/>
          <w:szCs w:val="24"/>
        </w:rPr>
        <w:t>udział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dziecka</w:t>
      </w:r>
      <w:proofErr w:type="spellEnd"/>
      <w:r w:rsidRPr="00330A96">
        <w:rPr>
          <w:b/>
          <w:sz w:val="24"/>
          <w:szCs w:val="24"/>
        </w:rPr>
        <w:t xml:space="preserve"> w </w:t>
      </w:r>
      <w:proofErr w:type="spellStart"/>
      <w:r w:rsidRPr="00330A96">
        <w:rPr>
          <w:b/>
          <w:sz w:val="24"/>
          <w:szCs w:val="24"/>
        </w:rPr>
        <w:t>projekcie</w:t>
      </w:r>
      <w:proofErr w:type="spellEnd"/>
      <w:r w:rsidRPr="00330A96">
        <w:rPr>
          <w:b/>
          <w:sz w:val="24"/>
          <w:szCs w:val="24"/>
        </w:rPr>
        <w:t xml:space="preserve"> ani </w:t>
      </w:r>
      <w:proofErr w:type="spellStart"/>
      <w:r w:rsidRPr="00330A96">
        <w:rPr>
          <w:b/>
          <w:sz w:val="24"/>
          <w:szCs w:val="24"/>
        </w:rPr>
        <w:t>zakres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udzielanego</w:t>
      </w:r>
      <w:proofErr w:type="spellEnd"/>
      <w:r w:rsidRPr="00330A96">
        <w:rPr>
          <w:b/>
          <w:sz w:val="24"/>
          <w:szCs w:val="24"/>
        </w:rPr>
        <w:t xml:space="preserve"> mu </w:t>
      </w:r>
      <w:proofErr w:type="spellStart"/>
      <w:r w:rsidRPr="00330A96">
        <w:rPr>
          <w:b/>
          <w:sz w:val="24"/>
          <w:szCs w:val="24"/>
        </w:rPr>
        <w:t>wsparcia</w:t>
      </w:r>
      <w:proofErr w:type="spellEnd"/>
      <w:r w:rsidRPr="00330A96">
        <w:rPr>
          <w:b/>
          <w:sz w:val="24"/>
          <w:szCs w:val="24"/>
        </w:rPr>
        <w:t>.</w:t>
      </w:r>
    </w:p>
    <w:p w14:paraId="372DF89B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Wizerunek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będzie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wykorzystywany</w:t>
      </w:r>
      <w:proofErr w:type="spellEnd"/>
      <w:r w:rsidRPr="00330A96">
        <w:rPr>
          <w:sz w:val="24"/>
          <w:szCs w:val="24"/>
        </w:rPr>
        <w:t xml:space="preserve"> bez </w:t>
      </w:r>
      <w:proofErr w:type="spellStart"/>
      <w:r w:rsidRPr="00330A96">
        <w:rPr>
          <w:sz w:val="24"/>
          <w:szCs w:val="24"/>
        </w:rPr>
        <w:t>podawania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imienia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chyba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że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zostanie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uzyskana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odrębna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sposób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nienaruszający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jego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godności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dobrego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imienia</w:t>
      </w:r>
      <w:proofErr w:type="spellEnd"/>
      <w:r w:rsidRPr="00330A96">
        <w:rPr>
          <w:sz w:val="24"/>
          <w:szCs w:val="24"/>
        </w:rPr>
        <w:t xml:space="preserve">. </w:t>
      </w:r>
      <w:proofErr w:type="spellStart"/>
      <w:r w:rsidRPr="00330A96">
        <w:rPr>
          <w:sz w:val="24"/>
          <w:szCs w:val="24"/>
        </w:rPr>
        <w:t>Publikacja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Internecie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oznacza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dostęp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dla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nieograniczonego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kręgu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odbiorców</w:t>
      </w:r>
      <w:proofErr w:type="spellEnd"/>
      <w:r w:rsidRPr="00330A96">
        <w:rPr>
          <w:sz w:val="24"/>
          <w:szCs w:val="24"/>
        </w:rPr>
        <w:t xml:space="preserve">. </w:t>
      </w:r>
      <w:r w:rsidRPr="00330A96">
        <w:rPr>
          <w:sz w:val="24"/>
          <w:szCs w:val="24"/>
        </w:rPr>
        <w:lastRenderedPageBreak/>
        <w:t xml:space="preserve">Operator </w:t>
      </w:r>
      <w:proofErr w:type="spellStart"/>
      <w:r w:rsidRPr="00330A96">
        <w:rPr>
          <w:sz w:val="24"/>
          <w:szCs w:val="24"/>
        </w:rPr>
        <w:t>serwisu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społecznościowego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może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przetwarzać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zasadach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własnej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polityki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prywatności</w:t>
      </w:r>
      <w:proofErr w:type="spellEnd"/>
      <w:r w:rsidRPr="00330A96">
        <w:rPr>
          <w:sz w:val="24"/>
          <w:szCs w:val="24"/>
        </w:rPr>
        <w:t xml:space="preserve">, 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Europejskim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Obszarem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Gospodarczym</w:t>
      </w:r>
      <w:proofErr w:type="spellEnd"/>
      <w:r w:rsidRPr="00330A96">
        <w:rPr>
          <w:sz w:val="24"/>
          <w:szCs w:val="24"/>
        </w:rPr>
        <w:t>.</w:t>
      </w:r>
    </w:p>
    <w:p w14:paraId="79A731B0" w14:textId="48BE6C0E" w:rsidR="0057711F" w:rsidRPr="00330A96" w:rsidRDefault="00AA2366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AA2366">
        <w:rPr>
          <w:sz w:val="24"/>
          <w:szCs w:val="24"/>
        </w:rPr>
        <w:t>Zgoda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obowiązuje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od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jej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podpisania</w:t>
      </w:r>
      <w:proofErr w:type="spellEnd"/>
      <w:r w:rsidRPr="00AA2366">
        <w:rPr>
          <w:sz w:val="24"/>
          <w:szCs w:val="24"/>
        </w:rPr>
        <w:t xml:space="preserve"> do </w:t>
      </w:r>
      <w:proofErr w:type="spellStart"/>
      <w:r w:rsidRPr="00AA2366">
        <w:rPr>
          <w:sz w:val="24"/>
          <w:szCs w:val="24"/>
        </w:rPr>
        <w:t>dnia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zakończenia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realizacji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projektu</w:t>
      </w:r>
      <w:proofErr w:type="spellEnd"/>
      <w:r w:rsidRPr="00AA2366">
        <w:rPr>
          <w:sz w:val="24"/>
          <w:szCs w:val="24"/>
        </w:rPr>
        <w:t xml:space="preserve">, </w:t>
      </w:r>
      <w:proofErr w:type="spellStart"/>
      <w:r w:rsidRPr="00AA2366">
        <w:rPr>
          <w:sz w:val="24"/>
          <w:szCs w:val="24"/>
        </w:rPr>
        <w:t>chyba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że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zostanie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wcześniej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wycofana</w:t>
      </w:r>
      <w:proofErr w:type="spellEnd"/>
      <w:r w:rsidRPr="00AA2366">
        <w:rPr>
          <w:sz w:val="24"/>
          <w:szCs w:val="24"/>
        </w:rPr>
        <w:t>.</w:t>
      </w:r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Można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ją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wycofać</w:t>
      </w:r>
      <w:proofErr w:type="spellEnd"/>
      <w:r w:rsidR="0057711F" w:rsidRPr="00330A96">
        <w:rPr>
          <w:sz w:val="24"/>
          <w:szCs w:val="24"/>
        </w:rPr>
        <w:t xml:space="preserve"> w </w:t>
      </w:r>
      <w:proofErr w:type="spellStart"/>
      <w:r w:rsidR="0057711F" w:rsidRPr="00330A96">
        <w:rPr>
          <w:sz w:val="24"/>
          <w:szCs w:val="24"/>
        </w:rPr>
        <w:t>całości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albo</w:t>
      </w:r>
      <w:proofErr w:type="spellEnd"/>
      <w:r w:rsidR="0057711F" w:rsidRPr="00330A96">
        <w:rPr>
          <w:sz w:val="24"/>
          <w:szCs w:val="24"/>
        </w:rPr>
        <w:t xml:space="preserve"> w </w:t>
      </w:r>
      <w:proofErr w:type="spellStart"/>
      <w:r w:rsidR="0057711F" w:rsidRPr="00330A96">
        <w:rPr>
          <w:sz w:val="24"/>
          <w:szCs w:val="24"/>
        </w:rPr>
        <w:t>odniesieniu</w:t>
      </w:r>
      <w:proofErr w:type="spellEnd"/>
      <w:r w:rsidR="0057711F" w:rsidRPr="00330A96">
        <w:rPr>
          <w:sz w:val="24"/>
          <w:szCs w:val="24"/>
        </w:rPr>
        <w:t xml:space="preserve"> do </w:t>
      </w:r>
      <w:proofErr w:type="spellStart"/>
      <w:r w:rsidR="0057711F" w:rsidRPr="00330A96">
        <w:rPr>
          <w:sz w:val="24"/>
          <w:szCs w:val="24"/>
        </w:rPr>
        <w:t>wybranego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kanału</w:t>
      </w:r>
      <w:proofErr w:type="spellEnd"/>
      <w:r w:rsidR="0057711F" w:rsidRPr="00330A96">
        <w:rPr>
          <w:sz w:val="24"/>
          <w:szCs w:val="24"/>
        </w:rPr>
        <w:t xml:space="preserve">, </w:t>
      </w:r>
      <w:proofErr w:type="spellStart"/>
      <w:r w:rsidR="0057711F" w:rsidRPr="00330A96">
        <w:rPr>
          <w:sz w:val="24"/>
          <w:szCs w:val="24"/>
        </w:rPr>
        <w:t>składając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oświadczenie</w:t>
      </w:r>
      <w:proofErr w:type="spellEnd"/>
      <w:r w:rsidR="0057711F" w:rsidRPr="00330A96">
        <w:rPr>
          <w:sz w:val="24"/>
          <w:szCs w:val="24"/>
        </w:rPr>
        <w:t xml:space="preserve"> w OWP </w:t>
      </w:r>
      <w:proofErr w:type="spellStart"/>
      <w:r w:rsidR="0057711F" w:rsidRPr="00330A96">
        <w:rPr>
          <w:sz w:val="24"/>
          <w:szCs w:val="24"/>
        </w:rPr>
        <w:t>lub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wysyłając</w:t>
      </w:r>
      <w:proofErr w:type="spellEnd"/>
      <w:r w:rsidR="0057711F" w:rsidRPr="00330A96">
        <w:rPr>
          <w:sz w:val="24"/>
          <w:szCs w:val="24"/>
        </w:rPr>
        <w:t xml:space="preserve"> je </w:t>
      </w:r>
      <w:proofErr w:type="spellStart"/>
      <w:r w:rsidR="0057711F" w:rsidRPr="00330A96">
        <w:rPr>
          <w:sz w:val="24"/>
          <w:szCs w:val="24"/>
        </w:rPr>
        <w:t>na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adres</w:t>
      </w:r>
      <w:proofErr w:type="spellEnd"/>
      <w:r w:rsidR="0057711F" w:rsidRPr="00330A96">
        <w:rPr>
          <w:sz w:val="24"/>
          <w:szCs w:val="24"/>
        </w:rPr>
        <w:t xml:space="preserve"> sekretariat@leczyce.pl. </w:t>
      </w:r>
      <w:proofErr w:type="spellStart"/>
      <w:r w:rsidR="0057711F" w:rsidRPr="00330A96">
        <w:rPr>
          <w:sz w:val="24"/>
          <w:szCs w:val="24"/>
        </w:rPr>
        <w:t>Wycofanie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wpływa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zgodność</w:t>
      </w:r>
      <w:proofErr w:type="spellEnd"/>
      <w:r w:rsidR="0057711F" w:rsidRPr="00330A96">
        <w:rPr>
          <w:sz w:val="24"/>
          <w:szCs w:val="24"/>
        </w:rPr>
        <w:t xml:space="preserve"> z </w:t>
      </w:r>
      <w:proofErr w:type="spellStart"/>
      <w:r w:rsidR="0057711F" w:rsidRPr="00330A96">
        <w:rPr>
          <w:sz w:val="24"/>
          <w:szCs w:val="24"/>
        </w:rPr>
        <w:t>prawem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działań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dokonanych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wcześniej</w:t>
      </w:r>
      <w:proofErr w:type="spellEnd"/>
      <w:r w:rsidR="0057711F" w:rsidRPr="00330A96">
        <w:rPr>
          <w:sz w:val="24"/>
          <w:szCs w:val="24"/>
        </w:rPr>
        <w:t xml:space="preserve">. Po </w:t>
      </w:r>
      <w:proofErr w:type="spellStart"/>
      <w:r w:rsidR="0057711F" w:rsidRPr="00330A96">
        <w:rPr>
          <w:sz w:val="24"/>
          <w:szCs w:val="24"/>
        </w:rPr>
        <w:t>jego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otrzymaniu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będą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dokonywane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nowe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publikacje</w:t>
      </w:r>
      <w:proofErr w:type="spellEnd"/>
      <w:r w:rsidR="0057711F" w:rsidRPr="00330A96">
        <w:rPr>
          <w:sz w:val="24"/>
          <w:szCs w:val="24"/>
        </w:rPr>
        <w:t xml:space="preserve">, a </w:t>
      </w:r>
      <w:proofErr w:type="spellStart"/>
      <w:r w:rsidR="0057711F" w:rsidRPr="00330A96">
        <w:rPr>
          <w:sz w:val="24"/>
          <w:szCs w:val="24"/>
        </w:rPr>
        <w:t>materiały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internetowe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pozostające</w:t>
      </w:r>
      <w:proofErr w:type="spellEnd"/>
      <w:r w:rsidR="0057711F" w:rsidRPr="00330A96">
        <w:rPr>
          <w:sz w:val="24"/>
          <w:szCs w:val="24"/>
        </w:rPr>
        <w:t xml:space="preserve"> pod </w:t>
      </w:r>
      <w:proofErr w:type="spellStart"/>
      <w:r w:rsidR="0057711F" w:rsidRPr="00330A96">
        <w:rPr>
          <w:sz w:val="24"/>
          <w:szCs w:val="24"/>
        </w:rPr>
        <w:t>kontrolą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Gminy Łęczyce</w:t>
      </w:r>
      <w:proofErr w:type="spellEnd"/>
      <w:r w:rsidR="0057711F" w:rsidRPr="00330A96">
        <w:rPr>
          <w:sz w:val="24"/>
          <w:szCs w:val="24"/>
        </w:rPr>
        <w:t xml:space="preserve"/>
      </w:r>
      <w:proofErr w:type="spellStart"/>
      <w:r w:rsidR="0057711F" w:rsidRPr="00330A96">
        <w:rPr>
          <w:sz w:val="24"/>
          <w:szCs w:val="24"/>
        </w:rPr>
        <w:t/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lub</w:t>
      </w:r>
      <w:proofErr w:type="spellEnd"/>
      <w:r w:rsidR="0057711F" w:rsidRPr="00330A96">
        <w:rPr>
          <w:sz w:val="24"/>
          <w:szCs w:val="24"/>
        </w:rPr>
        <w:t xml:space="preserve"> OWP </w:t>
      </w:r>
      <w:proofErr w:type="spellStart"/>
      <w:r w:rsidR="0057711F" w:rsidRPr="00330A96">
        <w:rPr>
          <w:sz w:val="24"/>
          <w:szCs w:val="24"/>
        </w:rPr>
        <w:t>zostaną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usunięte</w:t>
      </w:r>
      <w:proofErr w:type="spellEnd"/>
      <w:r w:rsidR="0057711F" w:rsidRPr="00330A96">
        <w:rPr>
          <w:sz w:val="24"/>
          <w:szCs w:val="24"/>
        </w:rPr>
        <w:t xml:space="preserve"> w </w:t>
      </w:r>
      <w:proofErr w:type="spellStart"/>
      <w:r w:rsidR="0057711F" w:rsidRPr="00330A96">
        <w:rPr>
          <w:sz w:val="24"/>
          <w:szCs w:val="24"/>
        </w:rPr>
        <w:t>zakresie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technicznie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i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organizacyjnie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możliwym</w:t>
      </w:r>
      <w:proofErr w:type="spellEnd"/>
      <w:r w:rsidR="0057711F" w:rsidRPr="00330A96">
        <w:rPr>
          <w:sz w:val="24"/>
          <w:szCs w:val="24"/>
        </w:rPr>
        <w:t xml:space="preserve">. </w:t>
      </w:r>
      <w:proofErr w:type="spellStart"/>
      <w:r w:rsidR="0057711F" w:rsidRPr="00330A96">
        <w:rPr>
          <w:sz w:val="24"/>
          <w:szCs w:val="24"/>
        </w:rPr>
        <w:t>Kopie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zapisane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lub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udostępnione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wcześniej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przez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osoby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trzecie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oraz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materiały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drukowane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już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rozpowszechnione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mogą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pozostać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poza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kontrolą</w:t>
      </w:r>
      <w:proofErr w:type="spellEnd"/>
      <w:r w:rsidR="0057711F" w:rsidRPr="00330A96">
        <w:rPr>
          <w:sz w:val="24"/>
          <w:szCs w:val="24"/>
        </w:rPr>
        <w:t xml:space="preserve"> </w:t>
      </w:r>
      <w:proofErr w:type="spellStart"/>
      <w:r w:rsidR="0057711F" w:rsidRPr="00330A96">
        <w:rPr>
          <w:sz w:val="24"/>
          <w:szCs w:val="24"/>
        </w:rPr>
        <w:t>administratora</w:t>
      </w:r>
      <w:proofErr w:type="spellEnd"/>
      <w:r w:rsidR="0057711F" w:rsidRPr="00330A96">
        <w:rPr>
          <w:sz w:val="24"/>
          <w:szCs w:val="24"/>
        </w:rPr>
        <w:t>.</w:t>
      </w:r>
    </w:p>
    <w:p w14:paraId="1E2A35E9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Administratorem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przetwarzanych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podstawie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niniejszej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zgody</w:t>
      </w:r>
      <w:proofErr w:type="spellEnd"/>
      <w:r w:rsidRPr="00330A96">
        <w:rPr>
          <w:sz w:val="24"/>
          <w:szCs w:val="24"/>
        </w:rPr>
        <w:t xml:space="preserve"> jest </w:t>
      </w:r>
      <w:proofErr w:type="spellStart"/>
      <w:r w:rsidRPr="00330A96">
        <w:rPr>
          <w:sz w:val="24"/>
          <w:szCs w:val="24"/>
        </w:rPr>
        <w:t>Wójt Gminy Łęczyce</w:t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/>
      </w:r>
      <w:proofErr w:type="spellStart"/>
      <w:r w:rsidRPr="00330A96">
        <w:rPr>
          <w:sz w:val="24"/>
          <w:szCs w:val="24"/>
        </w:rPr>
        <w:t/>
      </w:r>
      <w:proofErr w:type="spellEnd"/>
      <w:r w:rsidRPr="00330A96">
        <w:rPr>
          <w:sz w:val="24"/>
          <w:szCs w:val="24"/>
        </w:rPr>
        <w:t xml:space="preserve">. </w:t>
      </w:r>
      <w:proofErr w:type="spellStart"/>
      <w:r w:rsidRPr="00330A96">
        <w:rPr>
          <w:sz w:val="24"/>
          <w:szCs w:val="24"/>
        </w:rPr>
        <w:t>Szczegółowe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informacje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przetwarzaniu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prawach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osoby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której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dotyczą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kontaktowych</w:t>
      </w:r>
      <w:proofErr w:type="spellEnd"/>
      <w:r w:rsidRPr="00330A96">
        <w:rPr>
          <w:sz w:val="24"/>
          <w:szCs w:val="24"/>
        </w:rPr>
        <w:t xml:space="preserve"> IOD </w:t>
      </w:r>
      <w:proofErr w:type="spellStart"/>
      <w:r w:rsidRPr="00330A96">
        <w:rPr>
          <w:sz w:val="24"/>
          <w:szCs w:val="24"/>
        </w:rPr>
        <w:t>zawiera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Załącznik</w:t>
      </w:r>
      <w:proofErr w:type="spellEnd"/>
      <w:r w:rsidRPr="00330A96">
        <w:rPr>
          <w:sz w:val="24"/>
          <w:szCs w:val="24"/>
        </w:rPr>
        <w:t xml:space="preserve"> nr 4.</w:t>
      </w:r>
    </w:p>
    <w:p w14:paraId="704FF758" w14:textId="0B22C63E" w:rsidR="0057711F" w:rsidRDefault="00104042" w:rsidP="00104042">
      <w:pPr>
        <w:spacing w:before="120" w:after="120" w:line="360" w:lineRule="auto"/>
        <w:rPr>
          <w:sz w:val="24"/>
          <w:szCs w:val="24"/>
        </w:rPr>
      </w:pPr>
      <w:proofErr w:type="spellStart"/>
      <w:r w:rsidRPr="00104042">
        <w:rPr>
          <w:sz w:val="24"/>
          <w:szCs w:val="24"/>
        </w:rPr>
        <w:t>Podpisując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część</w:t>
      </w:r>
      <w:proofErr w:type="spellEnd"/>
      <w:r w:rsidRPr="00104042">
        <w:rPr>
          <w:sz w:val="24"/>
          <w:szCs w:val="24"/>
        </w:rPr>
        <w:t xml:space="preserve"> J </w:t>
      </w:r>
      <w:proofErr w:type="spellStart"/>
      <w:r w:rsidRPr="00104042">
        <w:rPr>
          <w:sz w:val="24"/>
          <w:szCs w:val="24"/>
        </w:rPr>
        <w:t>formularza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potwierdzam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że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zapoznałem</w:t>
      </w:r>
      <w:proofErr w:type="spellEnd"/>
      <w:r w:rsidRPr="00104042">
        <w:rPr>
          <w:sz w:val="24"/>
          <w:szCs w:val="24"/>
        </w:rPr>
        <w:t xml:space="preserve">/am </w:t>
      </w:r>
      <w:proofErr w:type="spellStart"/>
      <w:r w:rsidRPr="00104042">
        <w:rPr>
          <w:sz w:val="24"/>
          <w:szCs w:val="24"/>
        </w:rPr>
        <w:t>się</w:t>
      </w:r>
      <w:proofErr w:type="spellEnd"/>
      <w:r w:rsidRPr="00104042">
        <w:rPr>
          <w:sz w:val="24"/>
          <w:szCs w:val="24"/>
        </w:rPr>
        <w:t xml:space="preserve"> z </w:t>
      </w:r>
      <w:proofErr w:type="spellStart"/>
      <w:r w:rsidRPr="00104042">
        <w:rPr>
          <w:sz w:val="24"/>
          <w:szCs w:val="24"/>
        </w:rPr>
        <w:t>jej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treścią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rozumiem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dobrowolny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charakter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zgody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i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jestem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uprawniony</w:t>
      </w:r>
      <w:proofErr w:type="spellEnd"/>
      <w:r w:rsidRPr="00104042">
        <w:rPr>
          <w:sz w:val="24"/>
          <w:szCs w:val="24"/>
        </w:rPr>
        <w:t xml:space="preserve">/a do </w:t>
      </w:r>
      <w:proofErr w:type="spellStart"/>
      <w:r w:rsidRPr="00104042">
        <w:rPr>
          <w:sz w:val="24"/>
          <w:szCs w:val="24"/>
        </w:rPr>
        <w:t>jej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wyrażenia</w:t>
      </w:r>
      <w:proofErr w:type="spellEnd"/>
      <w:r w:rsidRPr="00104042">
        <w:rPr>
          <w:sz w:val="24"/>
          <w:szCs w:val="24"/>
        </w:rPr>
        <w:t xml:space="preserve"> w </w:t>
      </w:r>
      <w:proofErr w:type="spellStart"/>
      <w:r w:rsidRPr="00104042">
        <w:rPr>
          <w:sz w:val="24"/>
          <w:szCs w:val="24"/>
        </w:rPr>
        <w:t>imieniu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dziecka</w:t>
      </w:r>
      <w:proofErr w:type="spellEnd"/>
      <w:r w:rsidRPr="00104042">
        <w:rPr>
          <w:sz w:val="24"/>
          <w:szCs w:val="24"/>
        </w:rPr>
        <w:t xml:space="preserve"> w </w:t>
      </w:r>
      <w:proofErr w:type="spellStart"/>
      <w:r w:rsidRPr="00104042">
        <w:rPr>
          <w:sz w:val="24"/>
          <w:szCs w:val="24"/>
        </w:rPr>
        <w:t>zakresie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zaznaczonych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kanałów</w:t>
      </w:r>
      <w:proofErr w:type="spellEnd"/>
      <w:r w:rsidRPr="00104042">
        <w:rPr>
          <w:sz w:val="24"/>
          <w:szCs w:val="24"/>
        </w:rPr>
        <w:t>.</w:t>
      </w:r>
    </w:p>
    <w:p w14:paraId="501BE6E7" w14:textId="77777777" w:rsidR="00104042" w:rsidRPr="00330A96" w:rsidRDefault="00104042" w:rsidP="00104042">
      <w:pPr>
        <w:spacing w:before="120" w:after="120" w:line="360" w:lineRule="auto"/>
        <w:rPr>
          <w:sz w:val="24"/>
          <w:szCs w:val="24"/>
        </w:rPr>
      </w:pPr>
    </w:p>
    <w:p w14:paraId="46D0E507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Data: ........................................................................</w:t>
      </w:r>
    </w:p>
    <w:p w14:paraId="56EF1356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2CC5A342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Czytelny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podpis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rodzica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prawnego</w:t>
      </w:r>
      <w:proofErr w:type="spellEnd"/>
      <w:r w:rsidRPr="00330A96">
        <w:rPr>
          <w:sz w:val="24"/>
          <w:szCs w:val="24"/>
        </w:rPr>
        <w:t xml:space="preserve">: </w:t>
      </w:r>
    </w:p>
    <w:p w14:paraId="3514ECB9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7ECA5590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334165C8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............................................................................................</w:t>
      </w:r>
    </w:p>
    <w:p w14:paraId="0F2DBEFA" w14:textId="3FBC467D" w:rsidR="0057711F" w:rsidRDefault="0057711F">
      <w:pPr>
        <w:spacing w:after="0" w:line="360" w:lineRule="auto"/>
      </w:pPr>
    </w:p>
    <w:p w14:paraId="34E9002E" w14:textId="69B8A539" w:rsidR="0057711F" w:rsidRDefault="0057711F">
      <w:pPr>
        <w:spacing w:after="0" w:line="360" w:lineRule="auto"/>
      </w:pPr>
    </w:p>
    <w:p w14:paraId="6BA7649B" w14:textId="0FCB738A" w:rsidR="0057711F" w:rsidRDefault="0057711F">
      <w:pPr>
        <w:spacing w:after="0" w:line="360" w:lineRule="auto"/>
      </w:pPr>
    </w:p>
    <w:p w14:paraId="0B1C37E6" w14:textId="54991FF6" w:rsidR="0057711F" w:rsidRDefault="0057711F">
      <w:pPr>
        <w:spacing w:after="0" w:line="360" w:lineRule="auto"/>
      </w:pPr>
    </w:p>
    <w:p w14:paraId="116BFD0F" w14:textId="76D7D002" w:rsidR="0057711F" w:rsidRDefault="0057711F">
      <w:pPr>
        <w:spacing w:after="0" w:line="360" w:lineRule="auto"/>
      </w:pPr>
    </w:p>
    <w:p w14:paraId="5053D955" w14:textId="77777777" w:rsidR="0057711F" w:rsidRDefault="0057711F">
      <w:pPr>
        <w:spacing w:after="0" w:line="360" w:lineRule="auto"/>
      </w:pPr>
    </w:p>
    <w:p w14:paraId="5F8B6AFD" w14:textId="21DBF58F" w:rsidR="007702C4" w:rsidRPr="00F70477" w:rsidRDefault="00B1788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b/>
          <w:sz w:val="24"/>
        </w:rPr>
        <w:lastRenderedPageBreak/>
        <w:t>K</w:t>
      </w:r>
      <w:r w:rsidR="007702C4">
        <w:rPr>
          <w:rFonts w:eastAsia="Arial" w:cs="Arial"/>
          <w:b/>
          <w:sz w:val="24"/>
        </w:rPr>
        <w:t>. POTWIERDZENIE WERYFIKACJI DOKUMENTACJI DZIECKA – PONIŻSZĄ CZĘŚĆ WYPEŁNIA WYŁĄCZNIE UPOWAŻNIONY PRACOWNIK OWP</w:t>
      </w:r>
    </w:p>
    <w:p w14:paraId="0294459A" w14:textId="77777777" w:rsidR="00A15506" w:rsidRPr="00F70477" w:rsidRDefault="00A15506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Potwierdzam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podstawie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załączonej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formularza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znajdującej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w OWP </w:t>
      </w:r>
      <w:proofErr w:type="spellStart"/>
      <w:r w:rsidRPr="00F70477">
        <w:rPr>
          <w:rFonts w:eastAsia="Arial" w:cs="Arial"/>
          <w:sz w:val="24"/>
          <w:szCs w:val="24"/>
        </w:rPr>
        <w:t>zweryfikowano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0D3EE8AF" w14:textId="77777777" w:rsidR="00A15506" w:rsidRPr="00F70477" w:rsidRDefault="00A15506" w:rsidP="00F70477">
      <w:pPr>
        <w:pStyle w:val="Akapitzlist"/>
        <w:widowControl w:val="0"/>
        <w:numPr>
          <w:ilvl w:val="0"/>
          <w:numId w:val="10"/>
        </w:numPr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dziecko uczęszcza do OWP objętego projektem albo zostało przyjęte na nowo utworzone miejsce w OWP (rozpoczęcie uczęszczania przed pierwszym wsparciem):</w:t>
      </w:r>
      <w:proofErr w:type="spellEnd"/>
      <w:r w:rsidRPr="00F70477">
        <w:rPr>
          <w:rFonts w:eastAsia="Arial" w:cs="Arial"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sz w:val="24"/>
          <w:szCs w:val="24"/>
        </w:rPr>
        <w:t/>
      </w:r>
      <w:proofErr w:type="spellEnd"/>
      <w:r w:rsidRPr="00F70477">
        <w:rPr>
          <w:rFonts w:eastAsia="Arial" w:cs="Arial"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sz w:val="24"/>
          <w:szCs w:val="24"/>
        </w:rPr>
        <w:t/>
      </w:r>
      <w:proofErr w:type="spellEnd"/>
      <w:r w:rsidRPr="00F70477">
        <w:rPr>
          <w:rFonts w:eastAsia="Arial" w:cs="Arial"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sz w:val="24"/>
          <w:szCs w:val="24"/>
        </w:rPr>
        <w:t/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</w:p>
    <w:p w14:paraId="41713CD8" w14:textId="77777777" w:rsidR="00A15506" w:rsidRPr="00F70477" w:rsidRDefault="00A15506" w:rsidP="00F70477">
      <w:pPr>
        <w:keepLines/>
        <w:widowControl w:val="0"/>
        <w:spacing w:after="0" w:line="360" w:lineRule="auto"/>
        <w:ind w:firstLine="720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 OWP w Strzebielinie-Osiedlu</w:t>
      </w:r>
      <w:r w:rsidRPr="00F70477">
        <w:rPr>
          <w:rFonts w:eastAsia="Arial" w:cs="Arial"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sz w:val="24"/>
          <w:szCs w:val="24"/>
        </w:rPr>
        <w:t/>
      </w:r>
      <w:proofErr w:type="spellEnd"/>
      <w:r w:rsidRPr="00F70477">
        <w:rPr>
          <w:rFonts w:eastAsia="Arial" w:cs="Arial"/>
          <w:sz w:val="24"/>
          <w:szCs w:val="24"/>
        </w:rPr>
        <w:t/>
      </w:r>
      <w:r w:rsidRPr="00F70477">
        <w:rPr>
          <w:rFonts w:ascii="Segoe UI Symbol" w:eastAsia="Segoe UI Symbol" w:hAnsi="Segoe UI Symbol" w:cs="Segoe UI Symbol"/>
          <w:sz w:val="24"/>
          <w:szCs w:val="24"/>
        </w:rPr>
        <w:t/>
      </w:r>
      <w:r w:rsidRPr="00F70477">
        <w:rPr>
          <w:rFonts w:eastAsia="Arial" w:cs="Arial"/>
          <w:sz w:val="24"/>
          <w:szCs w:val="24"/>
        </w:rPr>
        <w:t xml:space="preserve"/>
      </w:r>
      <w:proofErr w:type="spellStart"/>
      <w:r w:rsidRPr="00F70477">
        <w:rPr>
          <w:rFonts w:eastAsia="Arial" w:cs="Arial"/>
          <w:sz w:val="24"/>
          <w:szCs w:val="24"/>
        </w:rPr>
        <w:t/>
      </w:r>
      <w:proofErr w:type="spellEnd"/>
    </w:p>
    <w:p w14:paraId="30380EF1" w14:textId="77777777" w:rsidR="00A15506" w:rsidRPr="00F70477" w:rsidRDefault="00A15506" w:rsidP="00F70477">
      <w:pPr>
        <w:pStyle w:val="Akapitzlist"/>
        <w:widowControl w:val="0"/>
        <w:numPr>
          <w:ilvl w:val="0"/>
          <w:numId w:val="10"/>
        </w:numPr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t>dziecko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posiada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odpowiadającą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przewidzianej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>:</w:t>
      </w:r>
    </w:p>
    <w:p w14:paraId="71A1EDFE" w14:textId="77777777" w:rsidR="00A15506" w:rsidRPr="00F70477" w:rsidRDefault="00A15506" w:rsidP="00F70477">
      <w:pPr>
        <w:keepLines/>
        <w:widowControl w:val="0"/>
        <w:spacing w:after="0" w:line="360" w:lineRule="auto"/>
        <w:ind w:firstLine="720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TAK 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NIE    </w:t>
      </w:r>
    </w:p>
    <w:p w14:paraId="6C341D2F" w14:textId="77777777" w:rsidR="00A15506" w:rsidRPr="00F70477" w:rsidRDefault="00A15506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26509447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Podstawa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weryfikacji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7C553989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orzeczenie</w:t>
      </w:r>
      <w:proofErr w:type="spellEnd"/>
      <w:r w:rsidRPr="00F70477">
        <w:rPr>
          <w:rFonts w:eastAsia="Arial" w:cs="Arial"/>
          <w:sz w:val="24"/>
          <w:szCs w:val="24"/>
        </w:rPr>
        <w:t xml:space="preserve"> o </w:t>
      </w:r>
      <w:proofErr w:type="spellStart"/>
      <w:r w:rsidRPr="00F70477">
        <w:rPr>
          <w:rFonts w:eastAsia="Arial" w:cs="Arial"/>
          <w:sz w:val="24"/>
          <w:szCs w:val="24"/>
        </w:rPr>
        <w:t>potrzebie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kształcenia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specjalnego</w:t>
      </w:r>
      <w:proofErr w:type="spellEnd"/>
      <w:r w:rsidRPr="00F70477">
        <w:rPr>
          <w:rFonts w:eastAsia="Arial" w:cs="Arial"/>
          <w:sz w:val="24"/>
          <w:szCs w:val="24"/>
        </w:rPr>
        <w:t xml:space="preserve"> (OPKS)</w:t>
      </w:r>
    </w:p>
    <w:p w14:paraId="6C8D437D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opinia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poradni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psychologiczno-pedagogicznej</w:t>
      </w:r>
      <w:proofErr w:type="spellEnd"/>
    </w:p>
    <w:p w14:paraId="02630308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IPET</w:t>
      </w:r>
    </w:p>
    <w:p w14:paraId="2B77FDAF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diagnoza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funkcjonalna</w:t>
      </w:r>
      <w:proofErr w:type="spellEnd"/>
    </w:p>
    <w:p w14:paraId="354BE9C2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obserwacja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pedagogiczna</w:t>
      </w:r>
      <w:proofErr w:type="spellEnd"/>
    </w:p>
    <w:p w14:paraId="3C539763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datowana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prowadzona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albo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przechowywana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OWP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przedstawiona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rodzica</w:t>
      </w:r>
      <w:proofErr w:type="spellEnd"/>
      <w:r>
        <w:rPr>
          <w:rFonts w:eastAsia="Arial" w:cs="Arial"/>
          <w:sz w:val="24"/>
        </w:rPr>
        <w:t>/</w:t>
      </w:r>
      <w:proofErr w:type="spellStart"/>
      <w:r>
        <w:rPr>
          <w:rFonts w:eastAsia="Arial" w:cs="Arial"/>
          <w:sz w:val="24"/>
        </w:rPr>
        <w:t>opiekuna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prawnego</w:t>
      </w:r>
      <w:proofErr w:type="spellEnd"/>
      <w:r>
        <w:rPr>
          <w:rFonts w:eastAsia="Arial" w:cs="Arial"/>
          <w:sz w:val="24"/>
        </w:rPr>
        <w:t>: ................................</w:t>
      </w:r>
    </w:p>
    <w:p w14:paraId="6DE3779F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4A70F39D" w14:textId="77777777" w:rsidR="007A2AA3" w:rsidRPr="00F70477" w:rsidRDefault="007A2AA3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 xml:space="preserve">Na </w:t>
      </w:r>
      <w:proofErr w:type="spellStart"/>
      <w:r w:rsidRPr="00F70477">
        <w:rPr>
          <w:rFonts w:eastAsia="Arial" w:cs="Arial"/>
          <w:sz w:val="24"/>
          <w:szCs w:val="24"/>
        </w:rPr>
        <w:t>podstawie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zweryfikowanej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6A3EBAC1" w14:textId="77777777" w:rsidR="007A2AA3" w:rsidRPr="00F70477" w:rsidRDefault="007A2AA3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posiada</w:t>
      </w:r>
      <w:proofErr w:type="spellEnd"/>
      <w:r w:rsidRPr="00F70477">
        <w:rPr>
          <w:rFonts w:eastAsia="Arial" w:cs="Arial"/>
          <w:sz w:val="24"/>
          <w:szCs w:val="24"/>
        </w:rPr>
        <w:t xml:space="preserve"> OPKS</w:t>
      </w:r>
    </w:p>
    <w:p w14:paraId="038F6D76" w14:textId="77777777" w:rsidR="007702C4" w:rsidRPr="00F70477" w:rsidRDefault="007A2AA3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u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występuje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przewidzianemu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</w:p>
    <w:p w14:paraId="3066F832" w14:textId="77777777" w:rsidR="009B6187" w:rsidRDefault="00935E87">
      <w:pPr>
        <w:keepNext/>
        <w:keepLines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lastRenderedPageBreak/>
        <w:t>Rozpoznana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następującej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formom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przewidzianym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 xml:space="preserve"> (</w:t>
      </w:r>
      <w:proofErr w:type="spellStart"/>
      <w:r>
        <w:rPr>
          <w:rFonts w:eastAsia="Arial" w:cs="Arial"/>
          <w:sz w:val="24"/>
        </w:rPr>
        <w:t>można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zaznaczyć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więcej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niż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odpowiedź</w:t>
      </w:r>
      <w:proofErr w:type="spellEnd"/>
      <w:r>
        <w:rPr>
          <w:rFonts w:eastAsia="Arial" w:cs="Arial"/>
          <w:sz w:val="24"/>
        </w:rPr>
        <w:t>):</w:t>
      </w:r>
    </w:p>
    <w:p w14:paraId="794C7612" w14:textId="52291D11" w:rsidR="009B6187" w:rsidRDefault="00935E87">
      <w:pPr>
        <w:keepLines/>
        <w:widowControl w:val="0"/>
        <w:spacing w:after="0" w:line="360" w:lineRule="auto"/>
        <w:rPr>
          <w:rFonts w:eastAsia="Arial" w:cs="Arial"/>
          <w:sz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indywidualne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rewalidacyjne</w:t>
      </w:r>
      <w:proofErr w:type="spellEnd"/>
      <w:r>
        <w:rPr>
          <w:rFonts w:eastAsia="Arial" w:cs="Arial"/>
          <w:sz w:val="24"/>
        </w:rPr>
        <w:t xml:space="preserve"> – </w:t>
      </w:r>
      <w:proofErr w:type="spellStart"/>
      <w:r>
        <w:rPr>
          <w:rFonts w:eastAsia="Arial" w:cs="Arial"/>
          <w:sz w:val="24"/>
        </w:rPr>
        <w:t>wyłącznie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dla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posiadającego</w:t>
      </w:r>
      <w:proofErr w:type="spellEnd"/>
      <w:r>
        <w:rPr>
          <w:rFonts w:eastAsia="Arial" w:cs="Arial"/>
          <w:sz w:val="24"/>
        </w:rPr>
        <w:t xml:space="preserve"> OPKS</w:t>
      </w:r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grupowe zajęcia rozwijające myślenie logiczne oraz umiejętność rozwiązywania problemów i planowania z wykorzystaniem gier matematyczno-logicznych</w:t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t xml:space="preserve"/>
      </w:r>
      <w:proofErr w:type="spellStart"/>
      <w:r>
        <w:rPr>
          <w:rFonts w:eastAsia="Arial" w:cs="Arial"/>
          <w:sz w:val="24"/>
        </w:rPr>
        <w:t/>
      </w:r>
      <w:proofErr w:type="spellEnd"/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indywidualne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zakresie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wczesnego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wspierania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mowy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artykulacji</w:t>
      </w:r>
      <w:proofErr w:type="spellEnd"/>
      <w:r>
        <w:rPr>
          <w:rFonts w:eastAsia="Arial" w:cs="Arial"/>
          <w:sz w:val="24"/>
        </w:rPr>
        <w:br/>
      </w: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grupowe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zajęcia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wspierające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rozwój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kompetencji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społeczno-emocjonalnych</w:t>
      </w:r>
      <w:proofErr w:type="spellEnd"/>
    </w:p>
    <w:p w14:paraId="0E4CEA86" w14:textId="77777777" w:rsidR="00097CC1" w:rsidRDefault="00097CC1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</w:p>
    <w:p w14:paraId="055A7D90" w14:textId="37CDC5E3" w:rsidR="009B6187" w:rsidRDefault="00935E87">
      <w:pPr>
        <w:keepLines/>
        <w:widowControl w:val="0"/>
        <w:spacing w:after="0" w:line="360" w:lineRule="auto"/>
        <w:rPr>
          <w:rFonts w:eastAsia="Arial" w:cs="Arial"/>
          <w:i/>
          <w:sz w:val="24"/>
        </w:rPr>
      </w:pPr>
      <w:proofErr w:type="spellStart"/>
      <w:r>
        <w:rPr>
          <w:rFonts w:eastAsia="Arial" w:cs="Arial"/>
          <w:i/>
          <w:sz w:val="24"/>
        </w:rPr>
        <w:t>Potwierdzenie</w:t>
      </w:r>
      <w:proofErr w:type="spellEnd"/>
      <w:r>
        <w:rPr>
          <w:rFonts w:eastAsia="Arial" w:cs="Arial"/>
          <w:i/>
          <w:sz w:val="24"/>
        </w:rPr>
        <w:t xml:space="preserve"> w </w:t>
      </w:r>
      <w:proofErr w:type="spellStart"/>
      <w:r>
        <w:rPr>
          <w:rFonts w:eastAsia="Arial" w:cs="Arial"/>
          <w:i/>
          <w:sz w:val="24"/>
        </w:rPr>
        <w:t>tej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części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nie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stanowi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decyzji</w:t>
      </w:r>
      <w:proofErr w:type="spellEnd"/>
      <w:r>
        <w:rPr>
          <w:rFonts w:eastAsia="Arial" w:cs="Arial"/>
          <w:i/>
          <w:sz w:val="24"/>
        </w:rPr>
        <w:t xml:space="preserve"> o </w:t>
      </w:r>
      <w:proofErr w:type="spellStart"/>
      <w:r>
        <w:rPr>
          <w:rFonts w:eastAsia="Arial" w:cs="Arial"/>
          <w:i/>
          <w:sz w:val="24"/>
        </w:rPr>
        <w:t>zakwalifikowaniu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dziecka</w:t>
      </w:r>
      <w:proofErr w:type="spellEnd"/>
      <w:r>
        <w:rPr>
          <w:rFonts w:eastAsia="Arial" w:cs="Arial"/>
          <w:i/>
          <w:sz w:val="24"/>
        </w:rPr>
        <w:t xml:space="preserve">. </w:t>
      </w:r>
      <w:proofErr w:type="spellStart"/>
      <w:r>
        <w:rPr>
          <w:rFonts w:eastAsia="Arial" w:cs="Arial"/>
          <w:i/>
          <w:sz w:val="24"/>
        </w:rPr>
        <w:t>Oceny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kryteriów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przyznania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punktów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kwalifikacji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dokonuje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Komisja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Rekrutacyjna</w:t>
      </w:r>
      <w:proofErr w:type="spellEnd"/>
      <w:r>
        <w:rPr>
          <w:rFonts w:eastAsia="Arial" w:cs="Arial"/>
          <w:i/>
          <w:sz w:val="24"/>
        </w:rPr>
        <w:t xml:space="preserve"> w </w:t>
      </w:r>
      <w:proofErr w:type="spellStart"/>
      <w:r>
        <w:rPr>
          <w:rFonts w:eastAsia="Arial" w:cs="Arial"/>
          <w:i/>
          <w:sz w:val="24"/>
        </w:rPr>
        <w:t>protokole</w:t>
      </w:r>
      <w:proofErr w:type="spellEnd"/>
      <w:r>
        <w:rPr>
          <w:rFonts w:eastAsia="Arial" w:cs="Arial"/>
          <w:i/>
          <w:sz w:val="24"/>
        </w:rPr>
        <w:t>.</w:t>
      </w:r>
    </w:p>
    <w:p w14:paraId="6C2D5993" w14:textId="22D23A84" w:rsidR="00097CC1" w:rsidRDefault="00097CC1">
      <w:pPr>
        <w:keepLines/>
        <w:widowControl w:val="0"/>
        <w:spacing w:after="0" w:line="360" w:lineRule="auto"/>
        <w:rPr>
          <w:rFonts w:eastAsia="Arial" w:cs="Arial"/>
          <w:i/>
          <w:sz w:val="24"/>
        </w:rPr>
      </w:pPr>
    </w:p>
    <w:p w14:paraId="761B92D2" w14:textId="77777777" w:rsidR="00097CC1" w:rsidRDefault="00097CC1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</w:p>
    <w:p w14:paraId="7B8FBBE0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........................................................</w:t>
      </w:r>
    </w:p>
    <w:p w14:paraId="542773EA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imię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nazwisko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oraz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funkcja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osoby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dokonującej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weryfikacji</w:t>
      </w:r>
      <w:proofErr w:type="spellEnd"/>
    </w:p>
    <w:p w14:paraId="0896B572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18BB9D4D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708E4000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........................................................</w:t>
      </w:r>
    </w:p>
    <w:p w14:paraId="1C3A4693" w14:textId="77777777" w:rsidR="0015168D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 xml:space="preserve">data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podpis</w:t>
      </w:r>
      <w:proofErr w:type="spellEnd"/>
    </w:p>
    <w:sectPr w:rsidR="0015168D" w:rsidRPr="00F70477" w:rsidSect="00034616">
      <w:headerReference w:type="default" r:id="rId8"/>
      <w:footerReference w:type="default" r:id="rId9"/>
      <w:pgSz w:w="12240" w:h="15840"/>
      <w:pgMar w:top="907" w:right="1077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464F9" w14:textId="77777777" w:rsidR="00373835" w:rsidRDefault="00373835">
      <w:pPr>
        <w:spacing w:after="0"/>
      </w:pPr>
      <w:r>
        <w:separator/>
      </w:r>
    </w:p>
  </w:endnote>
  <w:endnote w:type="continuationSeparator" w:id="0">
    <w:p w14:paraId="49DDB4C2" w14:textId="77777777" w:rsidR="00373835" w:rsidRDefault="003738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2004623632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848893" w14:textId="530498C0" w:rsidR="009712D2" w:rsidRPr="009712D2" w:rsidRDefault="009712D2">
            <w:pPr>
              <w:pStyle w:val="Stopka"/>
              <w:jc w:val="right"/>
              <w:rPr>
                <w:sz w:val="22"/>
              </w:rPr>
            </w:pPr>
            <w:r w:rsidRPr="009712D2">
              <w:rPr>
                <w:sz w:val="22"/>
                <w:lang w:val="pl-PL"/>
              </w:rPr>
              <w:t xml:space="preserve">Strona </w:t>
            </w:r>
            <w:r w:rsidRPr="009712D2">
              <w:rPr>
                <w:b/>
                <w:bCs/>
                <w:sz w:val="22"/>
              </w:rPr>
              <w:fldChar w:fldCharType="begin"/>
            </w:r>
            <w:r w:rsidRPr="009712D2">
              <w:rPr>
                <w:b/>
                <w:bCs/>
                <w:sz w:val="22"/>
              </w:rPr>
              <w:instrText>PAGE</w:instrText>
            </w:r>
            <w:r w:rsidRPr="009712D2">
              <w:rPr>
                <w:b/>
                <w:bCs/>
                <w:sz w:val="22"/>
              </w:rPr>
              <w:fldChar w:fldCharType="separate"/>
            </w:r>
            <w:r w:rsidRPr="009712D2">
              <w:rPr>
                <w:b/>
                <w:bCs/>
                <w:sz w:val="22"/>
                <w:lang w:val="pl-PL"/>
              </w:rPr>
              <w:t>2</w:t>
            </w:r>
            <w:r w:rsidRPr="009712D2">
              <w:rPr>
                <w:b/>
                <w:bCs/>
                <w:sz w:val="22"/>
              </w:rPr>
              <w:fldChar w:fldCharType="end"/>
            </w:r>
            <w:r w:rsidRPr="009712D2">
              <w:rPr>
                <w:sz w:val="22"/>
                <w:lang w:val="pl-PL"/>
              </w:rPr>
              <w:t xml:space="preserve"> z </w:t>
            </w:r>
            <w:r w:rsidRPr="009712D2">
              <w:rPr>
                <w:b/>
                <w:bCs/>
                <w:sz w:val="22"/>
              </w:rPr>
              <w:fldChar w:fldCharType="begin"/>
            </w:r>
            <w:r w:rsidRPr="009712D2">
              <w:rPr>
                <w:b/>
                <w:bCs/>
                <w:sz w:val="22"/>
              </w:rPr>
              <w:instrText>NUMPAGES</w:instrText>
            </w:r>
            <w:r w:rsidRPr="009712D2">
              <w:rPr>
                <w:b/>
                <w:bCs/>
                <w:sz w:val="22"/>
              </w:rPr>
              <w:fldChar w:fldCharType="separate"/>
            </w:r>
            <w:r w:rsidRPr="009712D2">
              <w:rPr>
                <w:b/>
                <w:bCs/>
                <w:sz w:val="22"/>
                <w:lang w:val="pl-PL"/>
              </w:rPr>
              <w:t>2</w:t>
            </w:r>
            <w:r w:rsidRPr="009712D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4D108431" w14:textId="77777777" w:rsidR="009712D2" w:rsidRPr="009712D2" w:rsidRDefault="009712D2" w:rsidP="009712D2">
    <w:pPr>
      <w:pStyle w:val="Stopka"/>
      <w:jc w:val="center"/>
      <w:rPr>
        <w:sz w:val="24"/>
        <w:szCs w:val="32"/>
      </w:rPr>
    </w:pPr>
    <w:proofErr w:type="spellStart"/>
    <w:r w:rsidRPr="009712D2">
      <w:rPr>
        <w:sz w:val="24"/>
        <w:szCs w:val="32"/>
      </w:rPr>
      <w:t>Fundusze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Europejskie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dla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Pomorza</w:t>
    </w:r>
    <w:proofErr w:type="spellEnd"/>
    <w:r w:rsidRPr="009712D2">
      <w:rPr>
        <w:sz w:val="24"/>
        <w:szCs w:val="32"/>
      </w:rPr>
      <w:t xml:space="preserve"> 2021-2027</w:t>
    </w:r>
  </w:p>
  <w:p w14:paraId="4C155DFB" w14:textId="558FF3B0" w:rsidR="006D6834" w:rsidRPr="006D6834" w:rsidRDefault="006D6834" w:rsidP="006D6834">
    <w:pPr>
      <w:pStyle w:val="Stopka"/>
      <w:jc w:val="center"/>
      <w:rPr>
        <w:rFonts w:cs="Arial"/>
        <w:sz w:val="2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C5580" w14:textId="77777777" w:rsidR="00373835" w:rsidRDefault="00373835">
      <w:pPr>
        <w:spacing w:after="0"/>
      </w:pPr>
      <w:r>
        <w:separator/>
      </w:r>
    </w:p>
  </w:footnote>
  <w:footnote w:type="continuationSeparator" w:id="0">
    <w:p w14:paraId="3948FA6B" w14:textId="77777777" w:rsidR="00373835" w:rsidRDefault="003738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E95B3" w14:textId="77777777" w:rsidR="006D6834" w:rsidRDefault="006D6834">
    <w:pPr>
      <w:pStyle w:val="Nagwek"/>
    </w:pPr>
    <w:r>
      <w:rPr>
        <w:noProof/>
      </w:rPr>
      <w:drawing>
        <wp:inline distT="0" distB="0" distL="0" distR="0" wp14:anchorId="2045C696" wp14:editId="2FE01EBE">
          <wp:extent cx="5760720" cy="669925"/>
          <wp:effectExtent l="0" t="0" r="0" b="0"/>
          <wp:docPr id="3" name="Obraz 3" descr="Logotypy Funduszy Europejskich dla Pomorza, Unii Europejskiej i Urzędu Marszałkowskiego Województwa Pomorskiego" title="Logotypy instytucji finansujących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C1E7DE" w14:textId="77777777" w:rsidR="006D6834" w:rsidRDefault="006D68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1042F4"/>
    <w:multiLevelType w:val="hybridMultilevel"/>
    <w:tmpl w:val="72C44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D00"/>
    <w:rsid w:val="00034616"/>
    <w:rsid w:val="0006063C"/>
    <w:rsid w:val="00097CC1"/>
    <w:rsid w:val="000A0C05"/>
    <w:rsid w:val="00104042"/>
    <w:rsid w:val="001306E1"/>
    <w:rsid w:val="00140D70"/>
    <w:rsid w:val="0015074B"/>
    <w:rsid w:val="0015168D"/>
    <w:rsid w:val="001B093F"/>
    <w:rsid w:val="001C0E03"/>
    <w:rsid w:val="001E6FFB"/>
    <w:rsid w:val="00224EE3"/>
    <w:rsid w:val="00250609"/>
    <w:rsid w:val="0029639D"/>
    <w:rsid w:val="002E07D4"/>
    <w:rsid w:val="002F6F46"/>
    <w:rsid w:val="00326F90"/>
    <w:rsid w:val="00334B36"/>
    <w:rsid w:val="00341558"/>
    <w:rsid w:val="00373835"/>
    <w:rsid w:val="00380593"/>
    <w:rsid w:val="003A7654"/>
    <w:rsid w:val="003E3F68"/>
    <w:rsid w:val="00465C2E"/>
    <w:rsid w:val="00524C23"/>
    <w:rsid w:val="00525619"/>
    <w:rsid w:val="00531BBA"/>
    <w:rsid w:val="00531F91"/>
    <w:rsid w:val="005501AB"/>
    <w:rsid w:val="00557E5B"/>
    <w:rsid w:val="00560FDE"/>
    <w:rsid w:val="0057711F"/>
    <w:rsid w:val="005E3274"/>
    <w:rsid w:val="005F009C"/>
    <w:rsid w:val="0066036E"/>
    <w:rsid w:val="00666007"/>
    <w:rsid w:val="00685C09"/>
    <w:rsid w:val="006A699D"/>
    <w:rsid w:val="006B1367"/>
    <w:rsid w:val="006B5E33"/>
    <w:rsid w:val="006D6834"/>
    <w:rsid w:val="006E22FB"/>
    <w:rsid w:val="006F36F7"/>
    <w:rsid w:val="0070004B"/>
    <w:rsid w:val="0070524E"/>
    <w:rsid w:val="007702C4"/>
    <w:rsid w:val="007839C9"/>
    <w:rsid w:val="007A2AA3"/>
    <w:rsid w:val="007A3D03"/>
    <w:rsid w:val="0083005B"/>
    <w:rsid w:val="008E2342"/>
    <w:rsid w:val="009133C2"/>
    <w:rsid w:val="00924811"/>
    <w:rsid w:val="00935E87"/>
    <w:rsid w:val="009712D2"/>
    <w:rsid w:val="009B6187"/>
    <w:rsid w:val="009D4663"/>
    <w:rsid w:val="00A15506"/>
    <w:rsid w:val="00A25E9C"/>
    <w:rsid w:val="00A30110"/>
    <w:rsid w:val="00A41022"/>
    <w:rsid w:val="00A56CBC"/>
    <w:rsid w:val="00A777B0"/>
    <w:rsid w:val="00A81BD7"/>
    <w:rsid w:val="00AA1D8D"/>
    <w:rsid w:val="00AA2366"/>
    <w:rsid w:val="00AB6371"/>
    <w:rsid w:val="00AD56BE"/>
    <w:rsid w:val="00AE5193"/>
    <w:rsid w:val="00B17887"/>
    <w:rsid w:val="00B21CFC"/>
    <w:rsid w:val="00B47730"/>
    <w:rsid w:val="00B8490F"/>
    <w:rsid w:val="00C32B8C"/>
    <w:rsid w:val="00C4429F"/>
    <w:rsid w:val="00CB0664"/>
    <w:rsid w:val="00CC672C"/>
    <w:rsid w:val="00D006B7"/>
    <w:rsid w:val="00D04382"/>
    <w:rsid w:val="00D10067"/>
    <w:rsid w:val="00D36CED"/>
    <w:rsid w:val="00D42F97"/>
    <w:rsid w:val="00D64547"/>
    <w:rsid w:val="00D73062"/>
    <w:rsid w:val="00D87768"/>
    <w:rsid w:val="00DF76AA"/>
    <w:rsid w:val="00E0497B"/>
    <w:rsid w:val="00E2029F"/>
    <w:rsid w:val="00E40EA9"/>
    <w:rsid w:val="00E91B28"/>
    <w:rsid w:val="00EC629C"/>
    <w:rsid w:val="00EE1F86"/>
    <w:rsid w:val="00F70477"/>
    <w:rsid w:val="00FA6641"/>
    <w:rsid w:val="00FC693F"/>
    <w:rsid w:val="00FD175E"/>
    <w:rsid w:val="00FE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5E88D"/>
  <w14:defaultImageDpi w14:val="300"/>
  <w15:docId w15:val="{8F3CA7F5-9724-4581-8FC4-5A0C7CC9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2481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0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7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8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1924</Words>
  <Characters>11546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rekrutacyjny dziecka</dc:title>
  <dc:subject>Projekt Rozwój edukacji przedszkolnej w Gminie Luzino</dc:subject>
  <dc:creator>Gmina Luzino</dc:creator>
  <cp:keywords>EFS+, FEP 2021-2027, rekrutacja, dziecko, Luzino</cp:keywords>
  <dc:description>generated by python-docx</dc:description>
  <cp:lastModifiedBy>Dawid</cp:lastModifiedBy>
  <cp:revision>73</cp:revision>
  <dcterms:created xsi:type="dcterms:W3CDTF">2013-12-23T23:15:00Z</dcterms:created>
  <dcterms:modified xsi:type="dcterms:W3CDTF">2026-09-24T06:12:00Z</dcterms:modified>
  <cp:category/>
</cp:coreProperties>
</file>