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51BA37" w14:textId="56F95996" w:rsidR="00CA3213" w:rsidRPr="00CD0D08" w:rsidRDefault="00053E0D" w:rsidP="00541DF8">
      <w:pPr>
        <w:widowControl w:val="0"/>
        <w:spacing w:before="120" w:after="120" w:line="360" w:lineRule="auto"/>
        <w:jc w:val="center"/>
        <w:rPr>
          <w:rFonts w:cs="Arial"/>
          <w:sz w:val="24"/>
          <w:szCs w:val="24"/>
        </w:rPr>
      </w:pPr>
      <w:r w:rsidRPr="00CD0D08">
        <w:rPr>
          <w:rFonts w:cs="Arial"/>
          <w:b/>
          <w:sz w:val="24"/>
          <w:szCs w:val="24"/>
        </w:rPr>
        <w:t xml:space="preserve">ZAŁĄCZNIK NR </w:t>
      </w:r>
      <w:r w:rsidR="007D5570" w:rsidRPr="00CD0D08">
        <w:rPr>
          <w:rFonts w:cs="Arial"/>
          <w:b/>
          <w:sz w:val="24"/>
          <w:szCs w:val="24"/>
        </w:rPr>
        <w:t>6</w:t>
      </w:r>
    </w:p>
    <w:p w14:paraId="34618CC0" w14:textId="77777777" w:rsidR="00CA3213" w:rsidRPr="00CD0D08" w:rsidRDefault="00053E0D" w:rsidP="00541DF8">
      <w:pPr>
        <w:widowControl w:val="0"/>
        <w:spacing w:before="120" w:after="120" w:line="360" w:lineRule="auto"/>
        <w:jc w:val="center"/>
        <w:rPr>
          <w:rFonts w:cs="Arial"/>
          <w:sz w:val="24"/>
          <w:szCs w:val="24"/>
        </w:rPr>
      </w:pPr>
      <w:r w:rsidRPr="00CD0D08">
        <w:rPr>
          <w:rFonts w:cs="Arial"/>
          <w:b/>
          <w:sz w:val="24"/>
          <w:szCs w:val="24"/>
        </w:rPr>
        <w:t>PROTOKÓŁ KOMISJI REKRUTACYJNEJ - NAUCZYCIELE/NAUCZYCIELKI</w:t>
      </w:r>
    </w:p>
    <w:p w14:paraId="1D616124" w14:textId="77777777" w:rsidR="00CA3213" w:rsidRPr="00CD0D08" w:rsidRDefault="00053E0D" w:rsidP="00541DF8">
      <w:pPr>
        <w:widowControl w:val="0"/>
        <w:spacing w:before="120" w:after="120" w:line="360" w:lineRule="auto"/>
        <w:jc w:val="center"/>
        <w:rPr>
          <w:rFonts w:cs="Arial"/>
          <w:sz w:val="24"/>
          <w:szCs w:val="24"/>
        </w:rPr>
      </w:pPr>
      <w:r w:rsidRPr="00CD0D08">
        <w:rPr>
          <w:rFonts w:cs="Arial"/>
          <w:sz w:val="24"/>
          <w:szCs w:val="24"/>
        </w:rPr>
        <w:t xml:space="preserve">z </w:t>
      </w:r>
      <w:proofErr w:type="spellStart"/>
      <w:r w:rsidRPr="00CD0D08">
        <w:rPr>
          <w:rFonts w:cs="Arial"/>
          <w:sz w:val="24"/>
          <w:szCs w:val="24"/>
        </w:rPr>
        <w:t>oceny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formularzy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rekrutacyjnych</w:t>
      </w:r>
      <w:proofErr w:type="spellEnd"/>
      <w:r w:rsidRPr="00CD0D08">
        <w:rPr>
          <w:rFonts w:cs="Arial"/>
          <w:sz w:val="24"/>
          <w:szCs w:val="24"/>
        </w:rPr>
        <w:t xml:space="preserve"> do </w:t>
      </w:r>
      <w:proofErr w:type="spellStart"/>
      <w:r w:rsidRPr="00CD0D08">
        <w:rPr>
          <w:rFonts w:cs="Arial"/>
          <w:sz w:val="24"/>
          <w:szCs w:val="24"/>
        </w:rPr>
        <w:t>projektu</w:t>
      </w:r>
      <w:proofErr w:type="spellEnd"/>
      <w:r w:rsidRPr="00CD0D08">
        <w:rPr>
          <w:rFonts w:cs="Arial"/>
          <w:sz w:val="24"/>
          <w:szCs w:val="24"/>
        </w:rPr>
        <w:br/>
        <w:t>„</w:t>
      </w:r>
      <w:proofErr w:type="spellStart"/>
      <w:r w:rsidRPr="00CD0D08">
        <w:rPr>
          <w:rFonts w:cs="Arial"/>
          <w:sz w:val="24"/>
          <w:szCs w:val="24"/>
        </w:rPr>
        <w:t>Rozwój edukacji przedszkolnej w Gminie Łęczyce – etap 3</w:t>
      </w:r>
      <w:proofErr w:type="spellEnd"/>
      <w:r w:rsidRPr="00CD0D08">
        <w:rPr>
          <w:rFonts w:cs="Arial"/>
          <w:sz w:val="24"/>
          <w:szCs w:val="24"/>
        </w:rPr>
        <w:t xml:space="preserve"/>
      </w:r>
      <w:proofErr w:type="spellStart"/>
      <w:r w:rsidRPr="00CD0D08">
        <w:rPr>
          <w:rFonts w:cs="Arial"/>
          <w:sz w:val="24"/>
          <w:szCs w:val="24"/>
        </w:rPr>
        <w:t/>
      </w:r>
      <w:proofErr w:type="spellEnd"/>
      <w:r w:rsidRPr="00CD0D08">
        <w:rPr>
          <w:rFonts w:cs="Arial"/>
          <w:sz w:val="24"/>
          <w:szCs w:val="24"/>
        </w:rPr>
        <w:t xml:space="preserve"/>
      </w:r>
      <w:proofErr w:type="spellStart"/>
      <w:r w:rsidRPr="00CD0D08">
        <w:rPr>
          <w:rFonts w:cs="Arial"/>
          <w:sz w:val="24"/>
          <w:szCs w:val="24"/>
        </w:rPr>
        <w:t/>
      </w:r>
      <w:proofErr w:type="spellEnd"/>
      <w:r w:rsidRPr="00CD0D08">
        <w:rPr>
          <w:rFonts w:cs="Arial"/>
          <w:sz w:val="24"/>
          <w:szCs w:val="24"/>
        </w:rPr>
        <w:t xml:space="preserve"/>
      </w:r>
      <w:proofErr w:type="spellStart"/>
      <w:r w:rsidRPr="00CD0D08">
        <w:rPr>
          <w:rFonts w:cs="Arial"/>
          <w:sz w:val="24"/>
          <w:szCs w:val="24"/>
        </w:rPr>
        <w:t/>
      </w:r>
      <w:proofErr w:type="spellEnd"/>
      <w:r w:rsidRPr="00CD0D08">
        <w:rPr>
          <w:rFonts w:cs="Arial"/>
          <w:sz w:val="24"/>
          <w:szCs w:val="24"/>
        </w:rPr>
        <w:t xml:space="preserve"/>
      </w:r>
      <w:proofErr w:type="spellStart"/>
      <w:r w:rsidRPr="00CD0D08">
        <w:rPr>
          <w:rFonts w:cs="Arial"/>
          <w:sz w:val="24"/>
          <w:szCs w:val="24"/>
        </w:rPr>
        <w:t/>
      </w:r>
      <w:proofErr w:type="spellEnd"/>
      <w:r w:rsidRPr="00CD0D08">
        <w:rPr>
          <w:rFonts w:cs="Arial"/>
          <w:sz w:val="24"/>
          <w:szCs w:val="24"/>
        </w:rPr>
        <w:t>”, nr FEPM.05.07-IZ.00-0043/26</w:t>
      </w:r>
    </w:p>
    <w:tbl>
      <w:tblPr>
        <w:tblStyle w:val="Tabela-Siatka"/>
        <w:tblW w:w="15362" w:type="dxa"/>
        <w:jc w:val="center"/>
        <w:tblLayout w:type="fixed"/>
        <w:tblLook w:val="04A0" w:firstRow="1" w:lastRow="0" w:firstColumn="1" w:lastColumn="0" w:noHBand="0" w:noVBand="1"/>
      </w:tblPr>
      <w:tblGrid>
        <w:gridCol w:w="2324"/>
        <w:gridCol w:w="5357"/>
        <w:gridCol w:w="2324"/>
        <w:gridCol w:w="5357"/>
      </w:tblGrid>
      <w:tr w:rsidR="00CD0D08" w:rsidRPr="00CD0D08" w14:paraId="2A00E1C5" w14:textId="77777777">
        <w:trPr>
          <w:cantSplit/>
          <w:trHeight w:val="425"/>
          <w:tblHeader/>
          <w:jc w:val="center"/>
        </w:trPr>
        <w:tc>
          <w:tcPr>
            <w:tcW w:w="2324" w:type="dxa"/>
            <w:shd w:val="clear" w:color="auto" w:fill="F2F2F2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BD86F2E" w14:textId="77777777" w:rsidR="00CA3213" w:rsidRPr="00CD0D08" w:rsidRDefault="00053E0D" w:rsidP="00541DF8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  <w:r w:rsidRPr="00CD0D08">
              <w:rPr>
                <w:rFonts w:cs="Arial"/>
                <w:b/>
                <w:sz w:val="24"/>
                <w:szCs w:val="24"/>
              </w:rPr>
              <w:t xml:space="preserve">Data </w:t>
            </w:r>
            <w:proofErr w:type="spellStart"/>
            <w:r w:rsidRPr="00CD0D08">
              <w:rPr>
                <w:rFonts w:cs="Arial"/>
                <w:b/>
                <w:sz w:val="24"/>
                <w:szCs w:val="24"/>
              </w:rPr>
              <w:t>posiedzenia</w:t>
            </w:r>
            <w:proofErr w:type="spellEnd"/>
            <w:r w:rsidRPr="00CD0D08">
              <w:rPr>
                <w:rFonts w:cs="Arial"/>
                <w:b/>
                <w:sz w:val="24"/>
                <w:szCs w:val="24"/>
              </w:rPr>
              <w:t xml:space="preserve"> </w:t>
            </w:r>
            <w:proofErr w:type="spellStart"/>
            <w:r w:rsidRPr="00CD0D08">
              <w:rPr>
                <w:rFonts w:cs="Arial"/>
                <w:b/>
                <w:sz w:val="24"/>
                <w:szCs w:val="24"/>
              </w:rPr>
              <w:t>Komisji</w:t>
            </w:r>
            <w:proofErr w:type="spellEnd"/>
            <w:r w:rsidRPr="00CD0D08">
              <w:rPr>
                <w:rFonts w:cs="Arial"/>
                <w:b/>
                <w:sz w:val="24"/>
                <w:szCs w:val="24"/>
              </w:rPr>
              <w:t>:</w:t>
            </w:r>
          </w:p>
        </w:tc>
        <w:tc>
          <w:tcPr>
            <w:tcW w:w="535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92E0E06" w14:textId="77777777" w:rsidR="00CA3213" w:rsidRPr="00CD0D08" w:rsidRDefault="00CA3213" w:rsidP="00541DF8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2324" w:type="dxa"/>
            <w:shd w:val="clear" w:color="auto" w:fill="F2F2F2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6DD05F8" w14:textId="77777777" w:rsidR="00CA3213" w:rsidRPr="00CD0D08" w:rsidRDefault="00053E0D" w:rsidP="00541DF8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  <w:proofErr w:type="spellStart"/>
            <w:r w:rsidRPr="00CD0D08">
              <w:rPr>
                <w:rFonts w:cs="Arial"/>
                <w:b/>
                <w:sz w:val="24"/>
                <w:szCs w:val="24"/>
              </w:rPr>
              <w:t>Miejsce</w:t>
            </w:r>
            <w:proofErr w:type="spellEnd"/>
            <w:r w:rsidRPr="00CD0D08">
              <w:rPr>
                <w:rFonts w:cs="Arial"/>
                <w:b/>
                <w:sz w:val="24"/>
                <w:szCs w:val="24"/>
              </w:rPr>
              <w:t xml:space="preserve"> </w:t>
            </w:r>
            <w:proofErr w:type="spellStart"/>
            <w:r w:rsidRPr="00CD0D08">
              <w:rPr>
                <w:rFonts w:cs="Arial"/>
                <w:b/>
                <w:sz w:val="24"/>
                <w:szCs w:val="24"/>
              </w:rPr>
              <w:t>posiedzenia</w:t>
            </w:r>
            <w:proofErr w:type="spellEnd"/>
            <w:r w:rsidRPr="00CD0D08">
              <w:rPr>
                <w:rFonts w:cs="Arial"/>
                <w:b/>
                <w:sz w:val="24"/>
                <w:szCs w:val="24"/>
              </w:rPr>
              <w:t>:</w:t>
            </w:r>
          </w:p>
        </w:tc>
        <w:tc>
          <w:tcPr>
            <w:tcW w:w="535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83AFCCC" w14:textId="77777777" w:rsidR="00CA3213" w:rsidRPr="00CD0D08" w:rsidRDefault="00CA3213" w:rsidP="00541DF8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</w:tr>
      <w:tr w:rsidR="00CD0D08" w:rsidRPr="00CD0D08" w14:paraId="688B028D" w14:textId="77777777">
        <w:trPr>
          <w:cantSplit/>
          <w:trHeight w:val="425"/>
          <w:jc w:val="center"/>
        </w:trPr>
        <w:tc>
          <w:tcPr>
            <w:tcW w:w="2324" w:type="dxa"/>
            <w:shd w:val="clear" w:color="auto" w:fill="F2F2F2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EE21D3A" w14:textId="77777777" w:rsidR="00CA3213" w:rsidRPr="00CD0D08" w:rsidRDefault="00053E0D" w:rsidP="00541DF8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  <w:proofErr w:type="spellStart"/>
            <w:r w:rsidRPr="00CD0D08">
              <w:rPr>
                <w:rFonts w:cs="Arial"/>
                <w:b/>
                <w:sz w:val="24"/>
                <w:szCs w:val="24"/>
              </w:rPr>
              <w:t>Rodzaj</w:t>
            </w:r>
            <w:proofErr w:type="spellEnd"/>
            <w:r w:rsidRPr="00CD0D08">
              <w:rPr>
                <w:rFonts w:cs="Arial"/>
                <w:b/>
                <w:sz w:val="24"/>
                <w:szCs w:val="24"/>
              </w:rPr>
              <w:t xml:space="preserve"> </w:t>
            </w:r>
            <w:proofErr w:type="spellStart"/>
            <w:r w:rsidRPr="00CD0D08">
              <w:rPr>
                <w:rFonts w:cs="Arial"/>
                <w:b/>
                <w:sz w:val="24"/>
                <w:szCs w:val="24"/>
              </w:rPr>
              <w:t>rekrutacji</w:t>
            </w:r>
            <w:proofErr w:type="spellEnd"/>
            <w:r w:rsidRPr="00CD0D08">
              <w:rPr>
                <w:rFonts w:cs="Arial"/>
                <w:b/>
                <w:sz w:val="24"/>
                <w:szCs w:val="24"/>
              </w:rPr>
              <w:t>:</w:t>
            </w:r>
          </w:p>
        </w:tc>
        <w:tc>
          <w:tcPr>
            <w:tcW w:w="535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3883208" w14:textId="77777777" w:rsidR="00CA3213" w:rsidRPr="00CD0D08" w:rsidRDefault="00053E0D" w:rsidP="00541DF8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  <w:r w:rsidRPr="00CD0D0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CD0D08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CD0D08">
              <w:rPr>
                <w:rFonts w:cs="Arial"/>
                <w:sz w:val="24"/>
                <w:szCs w:val="24"/>
              </w:rPr>
              <w:t>podstawowa</w:t>
            </w:r>
            <w:proofErr w:type="spellEnd"/>
            <w:r w:rsidRPr="00CD0D08">
              <w:rPr>
                <w:rFonts w:cs="Arial"/>
                <w:sz w:val="24"/>
                <w:szCs w:val="24"/>
              </w:rPr>
              <w:t xml:space="preserve">    </w:t>
            </w:r>
            <w:r w:rsidRPr="00CD0D0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CD0D08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CD0D08">
              <w:rPr>
                <w:rFonts w:cs="Arial"/>
                <w:sz w:val="24"/>
                <w:szCs w:val="24"/>
              </w:rPr>
              <w:t>uzupełniająca</w:t>
            </w:r>
            <w:proofErr w:type="spellEnd"/>
          </w:p>
        </w:tc>
        <w:tc>
          <w:tcPr>
            <w:tcW w:w="2324" w:type="dxa"/>
            <w:shd w:val="clear" w:color="auto" w:fill="F2F2F2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AF42F67" w14:textId="77777777" w:rsidR="00CA3213" w:rsidRPr="00CD0D08" w:rsidRDefault="00053E0D" w:rsidP="00541DF8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  <w:proofErr w:type="spellStart"/>
            <w:r w:rsidRPr="00CD0D08">
              <w:rPr>
                <w:rFonts w:cs="Arial"/>
                <w:b/>
                <w:sz w:val="24"/>
                <w:szCs w:val="24"/>
              </w:rPr>
              <w:t>Zakres</w:t>
            </w:r>
            <w:proofErr w:type="spellEnd"/>
            <w:r w:rsidRPr="00CD0D08">
              <w:rPr>
                <w:rFonts w:cs="Arial"/>
                <w:b/>
                <w:sz w:val="24"/>
                <w:szCs w:val="24"/>
              </w:rPr>
              <w:t xml:space="preserve"> OWP:</w:t>
            </w:r>
          </w:p>
        </w:tc>
        <w:tc>
          <w:tcPr>
            <w:tcW w:w="535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4CB5BBB" w14:textId="77305F9C" w:rsidR="00CA3213" w:rsidRPr="00CD0D08" w:rsidRDefault="00053E0D" w:rsidP="00541DF8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  <w:r w:rsidRPr="00CD0D08">
              <w:rPr>
                <w:rFonts w:ascii="Segoe UI Symbol" w:hAnsi="Segoe UI Symbol" w:cs="Segoe UI Symbol"/>
                <w:sz w:val="24"/>
                <w:szCs w:val="24"/>
              </w:rPr>
              <w:t>☐ Strzebielino-Osiedle</w:t>
            </w:r>
            <w:r w:rsidRPr="00CD0D08">
              <w:rPr>
                <w:rFonts w:cs="Arial"/>
                <w:sz w:val="24"/>
                <w:szCs w:val="24"/>
              </w:rPr>
              <w:t xml:space="preserve"/>
            </w:r>
            <w:proofErr w:type="spellStart"/>
            <w:r w:rsidRPr="00CD0D08">
              <w:rPr>
                <w:rFonts w:cs="Arial"/>
                <w:sz w:val="24"/>
                <w:szCs w:val="24"/>
              </w:rPr>
              <w:t/>
            </w:r>
            <w:proofErr w:type="spellEnd"/>
            <w:r w:rsidRPr="00CD0D08">
              <w:rPr>
                <w:rFonts w:cs="Arial"/>
                <w:sz w:val="24"/>
                <w:szCs w:val="24"/>
              </w:rPr>
              <w:t xml:space="preserve"/>
            </w:r>
            <w:r w:rsidRPr="00CD0D08">
              <w:rPr>
                <w:rFonts w:ascii="Segoe UI Symbol" w:hAnsi="Segoe UI Symbol" w:cs="Segoe UI Symbol"/>
                <w:sz w:val="24"/>
                <w:szCs w:val="24"/>
              </w:rPr>
              <w:t/>
            </w:r>
            <w:r w:rsidRPr="00CD0D08">
              <w:rPr>
                <w:rFonts w:cs="Arial"/>
                <w:sz w:val="24"/>
                <w:szCs w:val="24"/>
              </w:rPr>
              <w:t xml:space="preserve"/>
            </w:r>
            <w:proofErr w:type="spellStart"/>
            <w:r w:rsidRPr="00CD0D08">
              <w:rPr>
                <w:rFonts w:cs="Arial"/>
                <w:sz w:val="24"/>
                <w:szCs w:val="24"/>
              </w:rPr>
              <w:t/>
            </w:r>
            <w:proofErr w:type="spellEnd"/>
            <w:r w:rsidRPr="00CD0D08">
              <w:rPr>
                <w:rFonts w:cs="Arial"/>
                <w:sz w:val="24"/>
                <w:szCs w:val="24"/>
              </w:rPr>
              <w:t xml:space="preserve">    </w:t>
            </w:r>
          </w:p>
        </w:tc>
      </w:tr>
    </w:tbl>
    <w:p w14:paraId="37EDD176" w14:textId="77777777" w:rsidR="00CA3213" w:rsidRPr="00CD0D08" w:rsidRDefault="00053E0D" w:rsidP="00541DF8">
      <w:pPr>
        <w:pStyle w:val="Nagwek1"/>
        <w:keepNext w:val="0"/>
        <w:keepLines w:val="0"/>
        <w:widowControl w:val="0"/>
        <w:spacing w:before="120" w:after="120" w:line="360" w:lineRule="auto"/>
        <w:rPr>
          <w:rFonts w:ascii="Arial" w:hAnsi="Arial" w:cs="Arial"/>
          <w:color w:val="auto"/>
          <w:sz w:val="24"/>
          <w:szCs w:val="24"/>
        </w:rPr>
      </w:pPr>
      <w:proofErr w:type="spellStart"/>
      <w:r w:rsidRPr="00CD0D08">
        <w:rPr>
          <w:rFonts w:ascii="Arial" w:eastAsia="Arial" w:hAnsi="Arial" w:cs="Arial"/>
          <w:color w:val="auto"/>
          <w:sz w:val="24"/>
          <w:szCs w:val="24"/>
        </w:rPr>
        <w:t>Skład</w:t>
      </w:r>
      <w:proofErr w:type="spellEnd"/>
      <w:r w:rsidRPr="00CD0D08">
        <w:rPr>
          <w:rFonts w:ascii="Arial" w:eastAsia="Arial" w:hAnsi="Arial" w:cs="Arial"/>
          <w:color w:val="auto"/>
          <w:sz w:val="24"/>
          <w:szCs w:val="24"/>
        </w:rPr>
        <w:t xml:space="preserve"> </w:t>
      </w:r>
      <w:proofErr w:type="spellStart"/>
      <w:r w:rsidRPr="00CD0D08">
        <w:rPr>
          <w:rFonts w:ascii="Arial" w:eastAsia="Arial" w:hAnsi="Arial" w:cs="Arial"/>
          <w:color w:val="auto"/>
          <w:sz w:val="24"/>
          <w:szCs w:val="24"/>
        </w:rPr>
        <w:t>Komisji</w:t>
      </w:r>
      <w:proofErr w:type="spellEnd"/>
      <w:r w:rsidRPr="00CD0D08">
        <w:rPr>
          <w:rFonts w:ascii="Arial" w:eastAsia="Arial" w:hAnsi="Arial" w:cs="Arial"/>
          <w:color w:val="auto"/>
          <w:sz w:val="24"/>
          <w:szCs w:val="24"/>
        </w:rPr>
        <w:t xml:space="preserve"> </w:t>
      </w:r>
      <w:proofErr w:type="spellStart"/>
      <w:r w:rsidRPr="00CD0D08">
        <w:rPr>
          <w:rFonts w:ascii="Arial" w:eastAsia="Arial" w:hAnsi="Arial" w:cs="Arial"/>
          <w:color w:val="auto"/>
          <w:sz w:val="24"/>
          <w:szCs w:val="24"/>
        </w:rPr>
        <w:t>Rekrutacyjnej</w:t>
      </w:r>
      <w:proofErr w:type="spellEnd"/>
    </w:p>
    <w:tbl>
      <w:tblPr>
        <w:tblStyle w:val="Tabela-Siatka"/>
        <w:tblW w:w="15363" w:type="dxa"/>
        <w:jc w:val="center"/>
        <w:tblLayout w:type="fixed"/>
        <w:tblLook w:val="04A0" w:firstRow="1" w:lastRow="0" w:firstColumn="1" w:lastColumn="0" w:noHBand="0" w:noVBand="1"/>
      </w:tblPr>
      <w:tblGrid>
        <w:gridCol w:w="680"/>
        <w:gridCol w:w="7370"/>
        <w:gridCol w:w="7313"/>
      </w:tblGrid>
      <w:tr w:rsidR="00CD0D08" w:rsidRPr="00CD0D08" w14:paraId="675D699C" w14:textId="77777777" w:rsidTr="00CD0D08">
        <w:trPr>
          <w:tblHeader/>
          <w:jc w:val="center"/>
        </w:trPr>
        <w:tc>
          <w:tcPr>
            <w:tcW w:w="680" w:type="dxa"/>
            <w:shd w:val="clear" w:color="auto" w:fill="D9D9D9" w:themeFill="background1" w:themeFillShade="D9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9896778" w14:textId="77777777" w:rsidR="00CA3213" w:rsidRPr="00CD0D08" w:rsidRDefault="00053E0D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proofErr w:type="spellStart"/>
            <w:r w:rsidRPr="00CD0D08">
              <w:rPr>
                <w:rFonts w:cs="Arial"/>
                <w:b/>
                <w:sz w:val="24"/>
                <w:szCs w:val="24"/>
              </w:rPr>
              <w:t>Lp</w:t>
            </w:r>
            <w:proofErr w:type="spellEnd"/>
            <w:r w:rsidRPr="00CD0D08">
              <w:rPr>
                <w:rFonts w:cs="Arial"/>
                <w:b/>
                <w:sz w:val="24"/>
                <w:szCs w:val="24"/>
              </w:rPr>
              <w:t>.</w:t>
            </w:r>
          </w:p>
        </w:tc>
        <w:tc>
          <w:tcPr>
            <w:tcW w:w="7370" w:type="dxa"/>
            <w:shd w:val="clear" w:color="auto" w:fill="D9D9D9" w:themeFill="background1" w:themeFillShade="D9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7534AFF" w14:textId="77777777" w:rsidR="00CA3213" w:rsidRPr="00CD0D08" w:rsidRDefault="00053E0D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proofErr w:type="spellStart"/>
            <w:r w:rsidRPr="00CD0D08">
              <w:rPr>
                <w:rFonts w:cs="Arial"/>
                <w:b/>
                <w:sz w:val="24"/>
                <w:szCs w:val="24"/>
              </w:rPr>
              <w:t>Funkcja</w:t>
            </w:r>
            <w:proofErr w:type="spellEnd"/>
            <w:r w:rsidRPr="00CD0D08">
              <w:rPr>
                <w:rFonts w:cs="Arial"/>
                <w:b/>
                <w:sz w:val="24"/>
                <w:szCs w:val="24"/>
              </w:rPr>
              <w:t xml:space="preserve"> w </w:t>
            </w:r>
            <w:proofErr w:type="spellStart"/>
            <w:r w:rsidRPr="00CD0D08">
              <w:rPr>
                <w:rFonts w:cs="Arial"/>
                <w:b/>
                <w:sz w:val="24"/>
                <w:szCs w:val="24"/>
              </w:rPr>
              <w:t>Komisji</w:t>
            </w:r>
            <w:proofErr w:type="spellEnd"/>
          </w:p>
        </w:tc>
        <w:tc>
          <w:tcPr>
            <w:tcW w:w="7313" w:type="dxa"/>
            <w:shd w:val="clear" w:color="auto" w:fill="D9D9D9" w:themeFill="background1" w:themeFillShade="D9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17101C4" w14:textId="77777777" w:rsidR="00CA3213" w:rsidRPr="00CD0D08" w:rsidRDefault="00053E0D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proofErr w:type="spellStart"/>
            <w:r w:rsidRPr="00CD0D08">
              <w:rPr>
                <w:rFonts w:cs="Arial"/>
                <w:b/>
                <w:sz w:val="24"/>
                <w:szCs w:val="24"/>
              </w:rPr>
              <w:t>Imię</w:t>
            </w:r>
            <w:proofErr w:type="spellEnd"/>
            <w:r w:rsidRPr="00CD0D08">
              <w:rPr>
                <w:rFonts w:cs="Arial"/>
                <w:b/>
                <w:sz w:val="24"/>
                <w:szCs w:val="24"/>
              </w:rPr>
              <w:t xml:space="preserve"> </w:t>
            </w:r>
            <w:proofErr w:type="spellStart"/>
            <w:r w:rsidRPr="00CD0D08">
              <w:rPr>
                <w:rFonts w:cs="Arial"/>
                <w:b/>
                <w:sz w:val="24"/>
                <w:szCs w:val="24"/>
              </w:rPr>
              <w:t>i</w:t>
            </w:r>
            <w:proofErr w:type="spellEnd"/>
            <w:r w:rsidRPr="00CD0D08">
              <w:rPr>
                <w:rFonts w:cs="Arial"/>
                <w:b/>
                <w:sz w:val="24"/>
                <w:szCs w:val="24"/>
              </w:rPr>
              <w:t xml:space="preserve"> </w:t>
            </w:r>
            <w:proofErr w:type="spellStart"/>
            <w:r w:rsidRPr="00CD0D08">
              <w:rPr>
                <w:rFonts w:cs="Arial"/>
                <w:b/>
                <w:sz w:val="24"/>
                <w:szCs w:val="24"/>
              </w:rPr>
              <w:t>nazwisko</w:t>
            </w:r>
            <w:proofErr w:type="spellEnd"/>
          </w:p>
        </w:tc>
      </w:tr>
      <w:tr w:rsidR="00CD0D08" w:rsidRPr="00CD0D08" w14:paraId="077CA224" w14:textId="77777777">
        <w:trPr>
          <w:cantSplit/>
          <w:trHeight w:val="369"/>
          <w:jc w:val="center"/>
        </w:trPr>
        <w:tc>
          <w:tcPr>
            <w:tcW w:w="68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5A9625D" w14:textId="77777777" w:rsidR="00CA3213" w:rsidRPr="00CD0D08" w:rsidRDefault="00053E0D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r w:rsidRPr="00CD0D08">
              <w:rPr>
                <w:rFonts w:cs="Arial"/>
                <w:sz w:val="24"/>
                <w:szCs w:val="24"/>
              </w:rPr>
              <w:t>1</w:t>
            </w:r>
          </w:p>
        </w:tc>
        <w:tc>
          <w:tcPr>
            <w:tcW w:w="737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E2F3CD0" w14:textId="77777777" w:rsidR="00CA3213" w:rsidRPr="00CD0D08" w:rsidRDefault="00053E0D" w:rsidP="00541DF8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  <w:proofErr w:type="spellStart"/>
            <w:r w:rsidRPr="00CD0D08">
              <w:rPr>
                <w:rFonts w:cs="Arial"/>
                <w:sz w:val="24"/>
                <w:szCs w:val="24"/>
              </w:rPr>
              <w:t>Koordynator</w:t>
            </w:r>
            <w:proofErr w:type="spellEnd"/>
            <w:r w:rsidRPr="00CD0D08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CD0D08">
              <w:rPr>
                <w:rFonts w:cs="Arial"/>
                <w:sz w:val="24"/>
                <w:szCs w:val="24"/>
              </w:rPr>
              <w:t>projektu</w:t>
            </w:r>
            <w:proofErr w:type="spellEnd"/>
          </w:p>
        </w:tc>
        <w:tc>
          <w:tcPr>
            <w:tcW w:w="7313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53CC5CB" w14:textId="77777777" w:rsidR="00CA3213" w:rsidRPr="00CD0D08" w:rsidRDefault="00CA3213" w:rsidP="00541DF8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</w:tr>
      <w:tr w:rsidR="00CD0D08" w:rsidRPr="00CD0D08" w14:paraId="1EC0CE27" w14:textId="77777777">
        <w:trPr>
          <w:cantSplit/>
          <w:trHeight w:val="369"/>
          <w:jc w:val="center"/>
        </w:trPr>
        <w:tc>
          <w:tcPr>
            <w:tcW w:w="68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r>
              <w:t>2</w:t>
            </w:r>
          </w:p>
        </w:tc>
        <w:tc>
          <w:tcPr>
            <w:tcW w:w="737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C8E70C6" w14:textId="20F1C611" w:rsidR="00CA3213" w:rsidRPr="00CD0D08" w:rsidRDefault="00053E0D" w:rsidP="00541DF8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  <w:proofErr w:type="spellStart"/>
            <w:r w:rsidRPr="00CD0D08">
              <w:rPr>
                <w:rFonts w:cs="Arial"/>
                <w:sz w:val="24"/>
                <w:szCs w:val="24"/>
              </w:rPr>
              <w:t>Dyrektor</w:t>
            </w:r>
            <w:proofErr w:type="spellEnd"/>
            <w:r w:rsidRPr="00CD0D08">
              <w:rPr>
                <w:rFonts w:cs="Arial"/>
                <w:sz w:val="24"/>
                <w:szCs w:val="24"/>
              </w:rPr>
              <w:t xml:space="preserve"> OWP w Strzebielinie-Osiedlu</w:t>
            </w:r>
            <w:proofErr w:type="spellStart"/>
            <w:r w:rsidRPr="00CD0D08">
              <w:rPr>
                <w:rFonts w:cs="Arial"/>
                <w:sz w:val="24"/>
                <w:szCs w:val="24"/>
              </w:rPr>
              <w:t/>
            </w:r>
            <w:proofErr w:type="spellEnd"/>
            <w:r w:rsidR="00541DF8" w:rsidRPr="00CD0D08">
              <w:rPr>
                <w:rFonts w:cs="Arial"/>
                <w:sz w:val="24"/>
                <w:szCs w:val="24"/>
              </w:rPr>
              <w:t/>
            </w:r>
            <w:proofErr w:type="spellStart"/>
            <w:r w:rsidR="00541DF8" w:rsidRPr="00CD0D08">
              <w:rPr>
                <w:rFonts w:cs="Arial"/>
                <w:sz w:val="24"/>
                <w:szCs w:val="24"/>
              </w:rPr>
              <w:t/>
            </w:r>
            <w:proofErr w:type="spellEnd"/>
          </w:p>
        </w:tc>
        <w:tc>
          <w:tcPr>
            <w:tcW w:w="7313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F893B9E" w14:textId="77777777" w:rsidR="00CA3213" w:rsidRPr="00CD0D08" w:rsidRDefault="00CA3213" w:rsidP="00541DF8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</w:tr>
    </w:tbl>
    <w:p w14:paraId="1794E489" w14:textId="77777777" w:rsidR="00CA3213" w:rsidRPr="00CD0D08" w:rsidRDefault="00053E0D" w:rsidP="00541DF8">
      <w:pPr>
        <w:widowControl w:val="0"/>
        <w:spacing w:before="120" w:after="120" w:line="360" w:lineRule="auto"/>
        <w:jc w:val="both"/>
        <w:rPr>
          <w:rFonts w:cs="Arial"/>
          <w:sz w:val="24"/>
          <w:szCs w:val="24"/>
        </w:rPr>
      </w:pPr>
      <w:proofErr w:type="spellStart"/>
      <w:r w:rsidRPr="00CD0D08">
        <w:rPr>
          <w:rFonts w:cs="Arial"/>
          <w:b/>
          <w:sz w:val="24"/>
          <w:szCs w:val="24"/>
        </w:rPr>
        <w:t>Członkowie</w:t>
      </w:r>
      <w:proofErr w:type="spellEnd"/>
      <w:r w:rsidRPr="00CD0D08">
        <w:rPr>
          <w:rFonts w:cs="Arial"/>
          <w:b/>
          <w:sz w:val="24"/>
          <w:szCs w:val="24"/>
        </w:rPr>
        <w:t xml:space="preserve"> </w:t>
      </w:r>
      <w:proofErr w:type="spellStart"/>
      <w:r w:rsidRPr="00CD0D08">
        <w:rPr>
          <w:rFonts w:cs="Arial"/>
          <w:b/>
          <w:sz w:val="24"/>
          <w:szCs w:val="24"/>
        </w:rPr>
        <w:t>Komisji</w:t>
      </w:r>
      <w:proofErr w:type="spellEnd"/>
      <w:r w:rsidRPr="00CD0D08">
        <w:rPr>
          <w:rFonts w:cs="Arial"/>
          <w:b/>
          <w:sz w:val="24"/>
          <w:szCs w:val="24"/>
        </w:rPr>
        <w:t xml:space="preserve"> </w:t>
      </w:r>
      <w:proofErr w:type="spellStart"/>
      <w:r w:rsidRPr="00CD0D08">
        <w:rPr>
          <w:rFonts w:cs="Arial"/>
          <w:b/>
          <w:sz w:val="24"/>
          <w:szCs w:val="24"/>
        </w:rPr>
        <w:t>potwierdzają</w:t>
      </w:r>
      <w:proofErr w:type="spellEnd"/>
      <w:r w:rsidRPr="00CD0D08">
        <w:rPr>
          <w:rFonts w:cs="Arial"/>
          <w:b/>
          <w:sz w:val="24"/>
          <w:szCs w:val="24"/>
        </w:rPr>
        <w:t xml:space="preserve"> </w:t>
      </w:r>
      <w:proofErr w:type="spellStart"/>
      <w:r w:rsidRPr="00CD0D08">
        <w:rPr>
          <w:rFonts w:cs="Arial"/>
          <w:b/>
          <w:sz w:val="24"/>
          <w:szCs w:val="24"/>
        </w:rPr>
        <w:t>brak</w:t>
      </w:r>
      <w:proofErr w:type="spellEnd"/>
      <w:r w:rsidRPr="00CD0D08">
        <w:rPr>
          <w:rFonts w:cs="Arial"/>
          <w:b/>
          <w:sz w:val="24"/>
          <w:szCs w:val="24"/>
        </w:rPr>
        <w:t xml:space="preserve"> </w:t>
      </w:r>
      <w:proofErr w:type="spellStart"/>
      <w:r w:rsidRPr="00CD0D08">
        <w:rPr>
          <w:rFonts w:cs="Arial"/>
          <w:b/>
          <w:sz w:val="24"/>
          <w:szCs w:val="24"/>
        </w:rPr>
        <w:t>konfliktu</w:t>
      </w:r>
      <w:proofErr w:type="spellEnd"/>
      <w:r w:rsidRPr="00CD0D08">
        <w:rPr>
          <w:rFonts w:cs="Arial"/>
          <w:b/>
          <w:sz w:val="24"/>
          <w:szCs w:val="24"/>
        </w:rPr>
        <w:t xml:space="preserve"> </w:t>
      </w:r>
      <w:proofErr w:type="spellStart"/>
      <w:r w:rsidRPr="00CD0D08">
        <w:rPr>
          <w:rFonts w:cs="Arial"/>
          <w:b/>
          <w:sz w:val="24"/>
          <w:szCs w:val="24"/>
        </w:rPr>
        <w:t>interesów</w:t>
      </w:r>
      <w:proofErr w:type="spellEnd"/>
      <w:r w:rsidRPr="00CD0D08">
        <w:rPr>
          <w:rFonts w:cs="Arial"/>
          <w:b/>
          <w:sz w:val="24"/>
          <w:szCs w:val="24"/>
        </w:rPr>
        <w:t xml:space="preserve">, </w:t>
      </w:r>
      <w:proofErr w:type="spellStart"/>
      <w:r w:rsidRPr="00CD0D08">
        <w:rPr>
          <w:rFonts w:cs="Arial"/>
          <w:b/>
          <w:sz w:val="24"/>
          <w:szCs w:val="24"/>
        </w:rPr>
        <w:t>bezstronność</w:t>
      </w:r>
      <w:proofErr w:type="spellEnd"/>
      <w:r w:rsidRPr="00CD0D08">
        <w:rPr>
          <w:rFonts w:cs="Arial"/>
          <w:b/>
          <w:sz w:val="24"/>
          <w:szCs w:val="24"/>
        </w:rPr>
        <w:t xml:space="preserve">, </w:t>
      </w:r>
      <w:proofErr w:type="spellStart"/>
      <w:r w:rsidRPr="00CD0D08">
        <w:rPr>
          <w:rFonts w:cs="Arial"/>
          <w:b/>
          <w:sz w:val="24"/>
          <w:szCs w:val="24"/>
        </w:rPr>
        <w:t>zachowanie</w:t>
      </w:r>
      <w:proofErr w:type="spellEnd"/>
      <w:r w:rsidRPr="00CD0D08">
        <w:rPr>
          <w:rFonts w:cs="Arial"/>
          <w:b/>
          <w:sz w:val="24"/>
          <w:szCs w:val="24"/>
        </w:rPr>
        <w:t xml:space="preserve"> </w:t>
      </w:r>
      <w:proofErr w:type="spellStart"/>
      <w:r w:rsidRPr="00CD0D08">
        <w:rPr>
          <w:rFonts w:cs="Arial"/>
          <w:b/>
          <w:sz w:val="24"/>
          <w:szCs w:val="24"/>
        </w:rPr>
        <w:t>poufności</w:t>
      </w:r>
      <w:proofErr w:type="spellEnd"/>
      <w:r w:rsidRPr="00CD0D08">
        <w:rPr>
          <w:rFonts w:cs="Arial"/>
          <w:b/>
          <w:sz w:val="24"/>
          <w:szCs w:val="24"/>
        </w:rPr>
        <w:t xml:space="preserve"> </w:t>
      </w:r>
      <w:proofErr w:type="spellStart"/>
      <w:r w:rsidRPr="00CD0D08">
        <w:rPr>
          <w:rFonts w:cs="Arial"/>
          <w:b/>
          <w:sz w:val="24"/>
          <w:szCs w:val="24"/>
        </w:rPr>
        <w:t>oraz</w:t>
      </w:r>
      <w:proofErr w:type="spellEnd"/>
      <w:r w:rsidRPr="00CD0D08">
        <w:rPr>
          <w:rFonts w:cs="Arial"/>
          <w:b/>
          <w:sz w:val="24"/>
          <w:szCs w:val="24"/>
        </w:rPr>
        <w:t xml:space="preserve"> </w:t>
      </w:r>
      <w:proofErr w:type="spellStart"/>
      <w:r w:rsidRPr="00CD0D08">
        <w:rPr>
          <w:rFonts w:cs="Arial"/>
          <w:b/>
          <w:sz w:val="24"/>
          <w:szCs w:val="24"/>
        </w:rPr>
        <w:t>ochronę</w:t>
      </w:r>
      <w:proofErr w:type="spellEnd"/>
      <w:r w:rsidRPr="00CD0D08">
        <w:rPr>
          <w:rFonts w:cs="Arial"/>
          <w:b/>
          <w:sz w:val="24"/>
          <w:szCs w:val="24"/>
        </w:rPr>
        <w:t xml:space="preserve"> </w:t>
      </w:r>
      <w:proofErr w:type="spellStart"/>
      <w:r w:rsidRPr="00CD0D08">
        <w:rPr>
          <w:rFonts w:cs="Arial"/>
          <w:b/>
          <w:sz w:val="24"/>
          <w:szCs w:val="24"/>
        </w:rPr>
        <w:t>danych</w:t>
      </w:r>
      <w:proofErr w:type="spellEnd"/>
      <w:r w:rsidRPr="00CD0D08">
        <w:rPr>
          <w:rFonts w:cs="Arial"/>
          <w:b/>
          <w:sz w:val="24"/>
          <w:szCs w:val="24"/>
        </w:rPr>
        <w:t xml:space="preserve"> </w:t>
      </w:r>
      <w:proofErr w:type="spellStart"/>
      <w:r w:rsidRPr="00CD0D08">
        <w:rPr>
          <w:rFonts w:cs="Arial"/>
          <w:b/>
          <w:sz w:val="24"/>
          <w:szCs w:val="24"/>
        </w:rPr>
        <w:t>osobowych</w:t>
      </w:r>
      <w:proofErr w:type="spellEnd"/>
      <w:r w:rsidRPr="00CD0D08">
        <w:rPr>
          <w:rFonts w:cs="Arial"/>
          <w:b/>
          <w:sz w:val="24"/>
          <w:szCs w:val="24"/>
        </w:rPr>
        <w:t xml:space="preserve">. </w:t>
      </w:r>
      <w:proofErr w:type="spellStart"/>
      <w:r w:rsidRPr="00CD0D08">
        <w:rPr>
          <w:rFonts w:cs="Arial"/>
          <w:b/>
          <w:sz w:val="24"/>
          <w:szCs w:val="24"/>
        </w:rPr>
        <w:t>Potwierdzenie</w:t>
      </w:r>
      <w:proofErr w:type="spellEnd"/>
      <w:r w:rsidRPr="00CD0D08">
        <w:rPr>
          <w:rFonts w:cs="Arial"/>
          <w:b/>
          <w:sz w:val="24"/>
          <w:szCs w:val="24"/>
        </w:rPr>
        <w:t xml:space="preserve"> </w:t>
      </w:r>
      <w:proofErr w:type="spellStart"/>
      <w:r w:rsidRPr="00CD0D08">
        <w:rPr>
          <w:rFonts w:cs="Arial"/>
          <w:b/>
          <w:sz w:val="24"/>
          <w:szCs w:val="24"/>
        </w:rPr>
        <w:t>obejmują</w:t>
      </w:r>
      <w:proofErr w:type="spellEnd"/>
      <w:r w:rsidRPr="00CD0D08">
        <w:rPr>
          <w:rFonts w:cs="Arial"/>
          <w:b/>
          <w:sz w:val="24"/>
          <w:szCs w:val="24"/>
        </w:rPr>
        <w:t xml:space="preserve"> </w:t>
      </w:r>
      <w:proofErr w:type="spellStart"/>
      <w:r w:rsidRPr="00CD0D08">
        <w:rPr>
          <w:rFonts w:cs="Arial"/>
          <w:b/>
          <w:sz w:val="24"/>
          <w:szCs w:val="24"/>
        </w:rPr>
        <w:t>podpisy</w:t>
      </w:r>
      <w:proofErr w:type="spellEnd"/>
      <w:r w:rsidRPr="00CD0D08">
        <w:rPr>
          <w:rFonts w:cs="Arial"/>
          <w:b/>
          <w:sz w:val="24"/>
          <w:szCs w:val="24"/>
        </w:rPr>
        <w:t xml:space="preserve"> </w:t>
      </w:r>
      <w:proofErr w:type="spellStart"/>
      <w:r w:rsidRPr="00CD0D08">
        <w:rPr>
          <w:rFonts w:cs="Arial"/>
          <w:b/>
          <w:sz w:val="24"/>
          <w:szCs w:val="24"/>
        </w:rPr>
        <w:t>złożone</w:t>
      </w:r>
      <w:proofErr w:type="spellEnd"/>
      <w:r w:rsidRPr="00CD0D08">
        <w:rPr>
          <w:rFonts w:cs="Arial"/>
          <w:b/>
          <w:sz w:val="24"/>
          <w:szCs w:val="24"/>
        </w:rPr>
        <w:t xml:space="preserve"> pod </w:t>
      </w:r>
      <w:proofErr w:type="spellStart"/>
      <w:r w:rsidRPr="00CD0D08">
        <w:rPr>
          <w:rFonts w:cs="Arial"/>
          <w:b/>
          <w:sz w:val="24"/>
          <w:szCs w:val="24"/>
        </w:rPr>
        <w:t>niniejszym</w:t>
      </w:r>
      <w:proofErr w:type="spellEnd"/>
      <w:r w:rsidRPr="00CD0D08">
        <w:rPr>
          <w:rFonts w:cs="Arial"/>
          <w:b/>
          <w:sz w:val="24"/>
          <w:szCs w:val="24"/>
        </w:rPr>
        <w:t xml:space="preserve"> </w:t>
      </w:r>
      <w:proofErr w:type="spellStart"/>
      <w:r w:rsidRPr="00CD0D08">
        <w:rPr>
          <w:rFonts w:cs="Arial"/>
          <w:b/>
          <w:sz w:val="24"/>
          <w:szCs w:val="24"/>
        </w:rPr>
        <w:t>protokołem</w:t>
      </w:r>
      <w:proofErr w:type="spellEnd"/>
      <w:r w:rsidRPr="00CD0D08">
        <w:rPr>
          <w:rFonts w:cs="Arial"/>
          <w:b/>
          <w:sz w:val="24"/>
          <w:szCs w:val="24"/>
        </w:rPr>
        <w:t xml:space="preserve"> </w:t>
      </w:r>
      <w:proofErr w:type="spellStart"/>
      <w:r w:rsidRPr="00CD0D08">
        <w:rPr>
          <w:rFonts w:cs="Arial"/>
          <w:b/>
          <w:sz w:val="24"/>
          <w:szCs w:val="24"/>
        </w:rPr>
        <w:t>i</w:t>
      </w:r>
      <w:proofErr w:type="spellEnd"/>
      <w:r w:rsidRPr="00CD0D08">
        <w:rPr>
          <w:rFonts w:cs="Arial"/>
          <w:b/>
          <w:sz w:val="24"/>
          <w:szCs w:val="24"/>
        </w:rPr>
        <w:t xml:space="preserve"> </w:t>
      </w:r>
      <w:proofErr w:type="spellStart"/>
      <w:r w:rsidRPr="00CD0D08">
        <w:rPr>
          <w:rFonts w:cs="Arial"/>
          <w:b/>
          <w:sz w:val="24"/>
          <w:szCs w:val="24"/>
        </w:rPr>
        <w:t>nie</w:t>
      </w:r>
      <w:proofErr w:type="spellEnd"/>
      <w:r w:rsidRPr="00CD0D08">
        <w:rPr>
          <w:rFonts w:cs="Arial"/>
          <w:b/>
          <w:sz w:val="24"/>
          <w:szCs w:val="24"/>
        </w:rPr>
        <w:t xml:space="preserve"> </w:t>
      </w:r>
      <w:proofErr w:type="spellStart"/>
      <w:r w:rsidRPr="00CD0D08">
        <w:rPr>
          <w:rFonts w:cs="Arial"/>
          <w:b/>
          <w:sz w:val="24"/>
          <w:szCs w:val="24"/>
        </w:rPr>
        <w:t>wymaga</w:t>
      </w:r>
      <w:proofErr w:type="spellEnd"/>
      <w:r w:rsidRPr="00CD0D08">
        <w:rPr>
          <w:rFonts w:cs="Arial"/>
          <w:b/>
          <w:sz w:val="24"/>
          <w:szCs w:val="24"/>
        </w:rPr>
        <w:t xml:space="preserve"> </w:t>
      </w:r>
      <w:proofErr w:type="spellStart"/>
      <w:r w:rsidRPr="00CD0D08">
        <w:rPr>
          <w:rFonts w:cs="Arial"/>
          <w:b/>
          <w:sz w:val="24"/>
          <w:szCs w:val="24"/>
        </w:rPr>
        <w:t>sporządzania</w:t>
      </w:r>
      <w:proofErr w:type="spellEnd"/>
      <w:r w:rsidRPr="00CD0D08">
        <w:rPr>
          <w:rFonts w:cs="Arial"/>
          <w:b/>
          <w:sz w:val="24"/>
          <w:szCs w:val="24"/>
        </w:rPr>
        <w:t xml:space="preserve"> </w:t>
      </w:r>
      <w:proofErr w:type="spellStart"/>
      <w:r w:rsidRPr="00CD0D08">
        <w:rPr>
          <w:rFonts w:cs="Arial"/>
          <w:b/>
          <w:sz w:val="24"/>
          <w:szCs w:val="24"/>
        </w:rPr>
        <w:t>odrębnych</w:t>
      </w:r>
      <w:proofErr w:type="spellEnd"/>
      <w:r w:rsidRPr="00CD0D08">
        <w:rPr>
          <w:rFonts w:cs="Arial"/>
          <w:b/>
          <w:sz w:val="24"/>
          <w:szCs w:val="24"/>
        </w:rPr>
        <w:t xml:space="preserve"> </w:t>
      </w:r>
      <w:proofErr w:type="spellStart"/>
      <w:r w:rsidRPr="00CD0D08">
        <w:rPr>
          <w:rFonts w:cs="Arial"/>
          <w:b/>
          <w:sz w:val="24"/>
          <w:szCs w:val="24"/>
        </w:rPr>
        <w:t>oświadczeń</w:t>
      </w:r>
      <w:proofErr w:type="spellEnd"/>
      <w:r w:rsidRPr="00CD0D08">
        <w:rPr>
          <w:rFonts w:cs="Arial"/>
          <w:b/>
          <w:sz w:val="24"/>
          <w:szCs w:val="24"/>
        </w:rPr>
        <w:t>.</w:t>
      </w:r>
    </w:p>
    <w:p w14:paraId="46101191" w14:textId="77777777" w:rsidR="00CA3213" w:rsidRPr="00CD0D08" w:rsidRDefault="00053E0D" w:rsidP="00541DF8">
      <w:pPr>
        <w:pStyle w:val="Nagwek1"/>
        <w:keepNext w:val="0"/>
        <w:keepLines w:val="0"/>
        <w:widowControl w:val="0"/>
        <w:spacing w:before="120" w:after="120" w:line="360" w:lineRule="auto"/>
        <w:rPr>
          <w:rFonts w:ascii="Arial" w:hAnsi="Arial" w:cs="Arial"/>
          <w:color w:val="auto"/>
          <w:sz w:val="24"/>
          <w:szCs w:val="24"/>
        </w:rPr>
      </w:pPr>
      <w:proofErr w:type="spellStart"/>
      <w:r w:rsidRPr="00CD0D08">
        <w:rPr>
          <w:rFonts w:ascii="Arial" w:eastAsia="Arial" w:hAnsi="Arial" w:cs="Arial"/>
          <w:color w:val="auto"/>
          <w:sz w:val="24"/>
          <w:szCs w:val="24"/>
        </w:rPr>
        <w:lastRenderedPageBreak/>
        <w:t>Zasady</w:t>
      </w:r>
      <w:proofErr w:type="spellEnd"/>
      <w:r w:rsidRPr="00CD0D08">
        <w:rPr>
          <w:rFonts w:ascii="Arial" w:eastAsia="Arial" w:hAnsi="Arial" w:cs="Arial"/>
          <w:color w:val="auto"/>
          <w:sz w:val="24"/>
          <w:szCs w:val="24"/>
        </w:rPr>
        <w:t xml:space="preserve"> </w:t>
      </w:r>
      <w:proofErr w:type="spellStart"/>
      <w:r w:rsidRPr="00CD0D08">
        <w:rPr>
          <w:rFonts w:ascii="Arial" w:eastAsia="Arial" w:hAnsi="Arial" w:cs="Arial"/>
          <w:color w:val="auto"/>
          <w:sz w:val="24"/>
          <w:szCs w:val="24"/>
        </w:rPr>
        <w:t>oceny</w:t>
      </w:r>
      <w:proofErr w:type="spellEnd"/>
    </w:p>
    <w:p w14:paraId="717ED18C" w14:textId="77777777" w:rsidR="00CA3213" w:rsidRPr="00CD0D08" w:rsidRDefault="00053E0D" w:rsidP="00541DF8">
      <w:pPr>
        <w:pStyle w:val="Listanumerowana"/>
        <w:widowControl w:val="0"/>
        <w:spacing w:before="120" w:after="120" w:line="360" w:lineRule="auto"/>
        <w:ind w:left="312" w:hanging="198"/>
        <w:jc w:val="both"/>
        <w:rPr>
          <w:rFonts w:cs="Arial"/>
          <w:sz w:val="24"/>
          <w:szCs w:val="24"/>
        </w:rPr>
      </w:pPr>
      <w:proofErr w:type="spellStart"/>
      <w:r w:rsidRPr="00CD0D08">
        <w:rPr>
          <w:rFonts w:cs="Arial"/>
          <w:sz w:val="24"/>
          <w:szCs w:val="24"/>
        </w:rPr>
        <w:t>Komisja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weryfikuje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kompletność</w:t>
      </w:r>
      <w:proofErr w:type="spellEnd"/>
      <w:r w:rsidRPr="00CD0D08">
        <w:rPr>
          <w:rFonts w:cs="Arial"/>
          <w:sz w:val="24"/>
          <w:szCs w:val="24"/>
        </w:rPr>
        <w:t xml:space="preserve">, </w:t>
      </w:r>
      <w:proofErr w:type="spellStart"/>
      <w:r w:rsidRPr="00CD0D08">
        <w:rPr>
          <w:rFonts w:cs="Arial"/>
          <w:sz w:val="24"/>
          <w:szCs w:val="24"/>
        </w:rPr>
        <w:t>datę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i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podpis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formularza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oraz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zawarte</w:t>
      </w:r>
      <w:proofErr w:type="spellEnd"/>
      <w:r w:rsidRPr="00CD0D08">
        <w:rPr>
          <w:rFonts w:cs="Arial"/>
          <w:sz w:val="24"/>
          <w:szCs w:val="24"/>
        </w:rPr>
        <w:t xml:space="preserve"> w </w:t>
      </w:r>
      <w:proofErr w:type="spellStart"/>
      <w:r w:rsidRPr="00CD0D08">
        <w:rPr>
          <w:rFonts w:cs="Arial"/>
          <w:sz w:val="24"/>
          <w:szCs w:val="24"/>
        </w:rPr>
        <w:t>nim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dokumenty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i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oświadczenia</w:t>
      </w:r>
      <w:proofErr w:type="spellEnd"/>
      <w:r w:rsidRPr="00CD0D08">
        <w:rPr>
          <w:rFonts w:cs="Arial"/>
          <w:sz w:val="24"/>
          <w:szCs w:val="24"/>
        </w:rPr>
        <w:t xml:space="preserve">. </w:t>
      </w:r>
      <w:proofErr w:type="spellStart"/>
      <w:r w:rsidRPr="00CD0D08">
        <w:rPr>
          <w:rFonts w:cs="Arial"/>
          <w:sz w:val="24"/>
          <w:szCs w:val="24"/>
        </w:rPr>
        <w:t>Zatrudnienie</w:t>
      </w:r>
      <w:proofErr w:type="spellEnd"/>
      <w:r w:rsidRPr="00CD0D08">
        <w:rPr>
          <w:rFonts w:cs="Arial"/>
          <w:sz w:val="24"/>
          <w:szCs w:val="24"/>
        </w:rPr>
        <w:t xml:space="preserve">, </w:t>
      </w:r>
      <w:proofErr w:type="spellStart"/>
      <w:r w:rsidRPr="00CD0D08">
        <w:rPr>
          <w:rFonts w:cs="Arial"/>
          <w:sz w:val="24"/>
          <w:szCs w:val="24"/>
        </w:rPr>
        <w:t>potrzebę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podniesienia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kompetencji</w:t>
      </w:r>
      <w:proofErr w:type="spellEnd"/>
      <w:r w:rsidRPr="00CD0D08">
        <w:rPr>
          <w:rFonts w:cs="Arial"/>
          <w:sz w:val="24"/>
          <w:szCs w:val="24"/>
        </w:rPr>
        <w:t xml:space="preserve">, </w:t>
      </w:r>
      <w:proofErr w:type="spellStart"/>
      <w:r w:rsidRPr="00CD0D08">
        <w:rPr>
          <w:rFonts w:cs="Arial"/>
          <w:sz w:val="24"/>
          <w:szCs w:val="24"/>
        </w:rPr>
        <w:t>pracę</w:t>
      </w:r>
      <w:proofErr w:type="spellEnd"/>
      <w:r w:rsidRPr="00CD0D08">
        <w:rPr>
          <w:rFonts w:cs="Arial"/>
          <w:sz w:val="24"/>
          <w:szCs w:val="24"/>
        </w:rPr>
        <w:t xml:space="preserve"> z </w:t>
      </w:r>
      <w:proofErr w:type="spellStart"/>
      <w:r w:rsidRPr="00CD0D08">
        <w:rPr>
          <w:rFonts w:cs="Arial"/>
          <w:sz w:val="24"/>
          <w:szCs w:val="24"/>
        </w:rPr>
        <w:t>dziećmi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objętymi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wsparciem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i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rekomendowane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szkolenia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potwierdza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część</w:t>
      </w:r>
      <w:proofErr w:type="spellEnd"/>
      <w:r w:rsidRPr="00CD0D08">
        <w:rPr>
          <w:rFonts w:cs="Arial"/>
          <w:sz w:val="24"/>
          <w:szCs w:val="24"/>
        </w:rPr>
        <w:t xml:space="preserve"> J </w:t>
      </w:r>
      <w:proofErr w:type="spellStart"/>
      <w:r w:rsidRPr="00CD0D08">
        <w:rPr>
          <w:rFonts w:cs="Arial"/>
          <w:sz w:val="24"/>
          <w:szCs w:val="24"/>
        </w:rPr>
        <w:t>formularza</w:t>
      </w:r>
      <w:proofErr w:type="spellEnd"/>
      <w:r w:rsidRPr="00CD0D08">
        <w:rPr>
          <w:rFonts w:cs="Arial"/>
          <w:sz w:val="24"/>
          <w:szCs w:val="24"/>
        </w:rPr>
        <w:t xml:space="preserve">, </w:t>
      </w:r>
      <w:proofErr w:type="spellStart"/>
      <w:r w:rsidRPr="00CD0D08">
        <w:rPr>
          <w:rFonts w:cs="Arial"/>
          <w:sz w:val="24"/>
          <w:szCs w:val="24"/>
        </w:rPr>
        <w:t>wypełniona</w:t>
      </w:r>
      <w:proofErr w:type="spellEnd"/>
      <w:r w:rsidRPr="00CD0D08">
        <w:rPr>
          <w:rFonts w:cs="Arial"/>
          <w:sz w:val="24"/>
          <w:szCs w:val="24"/>
        </w:rPr>
        <w:t xml:space="preserve">, </w:t>
      </w:r>
      <w:proofErr w:type="spellStart"/>
      <w:r w:rsidRPr="00CD0D08">
        <w:rPr>
          <w:rFonts w:cs="Arial"/>
          <w:sz w:val="24"/>
          <w:szCs w:val="24"/>
        </w:rPr>
        <w:t>opatrzona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datą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i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podpisana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przez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dyrektora</w:t>
      </w:r>
      <w:proofErr w:type="spellEnd"/>
      <w:r w:rsidRPr="00CD0D08">
        <w:rPr>
          <w:rFonts w:cs="Arial"/>
          <w:sz w:val="24"/>
          <w:szCs w:val="24"/>
        </w:rPr>
        <w:t xml:space="preserve"> OWP.</w:t>
      </w:r>
    </w:p>
    <w:p w14:paraId="2939DAF3" w14:textId="77777777" w:rsidR="00CA3213" w:rsidRPr="00CD0D08" w:rsidRDefault="00053E0D" w:rsidP="00541DF8">
      <w:pPr>
        <w:pStyle w:val="Listanumerowana"/>
        <w:widowControl w:val="0"/>
        <w:spacing w:before="120" w:after="120" w:line="360" w:lineRule="auto"/>
        <w:ind w:left="312" w:hanging="198"/>
        <w:jc w:val="both"/>
        <w:rPr>
          <w:rFonts w:cs="Arial"/>
          <w:sz w:val="24"/>
          <w:szCs w:val="24"/>
        </w:rPr>
      </w:pPr>
      <w:proofErr w:type="spellStart"/>
      <w:r w:rsidRPr="00CD0D08">
        <w:rPr>
          <w:rFonts w:cs="Arial"/>
          <w:sz w:val="24"/>
          <w:szCs w:val="24"/>
        </w:rPr>
        <w:t>Nauczyciel</w:t>
      </w:r>
      <w:proofErr w:type="spellEnd"/>
      <w:r w:rsidRPr="00CD0D08">
        <w:rPr>
          <w:rFonts w:cs="Arial"/>
          <w:sz w:val="24"/>
          <w:szCs w:val="24"/>
        </w:rPr>
        <w:t>/</w:t>
      </w:r>
      <w:proofErr w:type="spellStart"/>
      <w:r w:rsidRPr="00CD0D08">
        <w:rPr>
          <w:rFonts w:cs="Arial"/>
          <w:sz w:val="24"/>
          <w:szCs w:val="24"/>
        </w:rPr>
        <w:t>nauczycielka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może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zostać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zakwalifikowany</w:t>
      </w:r>
      <w:proofErr w:type="spellEnd"/>
      <w:r w:rsidRPr="00CD0D08">
        <w:rPr>
          <w:rFonts w:cs="Arial"/>
          <w:sz w:val="24"/>
          <w:szCs w:val="24"/>
        </w:rPr>
        <w:t xml:space="preserve">/a po </w:t>
      </w:r>
      <w:proofErr w:type="spellStart"/>
      <w:r w:rsidRPr="00CD0D08">
        <w:rPr>
          <w:rFonts w:cs="Arial"/>
          <w:sz w:val="24"/>
          <w:szCs w:val="24"/>
        </w:rPr>
        <w:t>łącznym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spełnieniu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warunków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obligatoryjnych</w:t>
      </w:r>
      <w:proofErr w:type="spellEnd"/>
      <w:r w:rsidRPr="00CD0D08">
        <w:rPr>
          <w:rFonts w:cs="Arial"/>
          <w:sz w:val="24"/>
          <w:szCs w:val="24"/>
        </w:rPr>
        <w:t xml:space="preserve">: </w:t>
      </w:r>
      <w:proofErr w:type="spellStart"/>
      <w:r w:rsidRPr="00CD0D08">
        <w:rPr>
          <w:rFonts w:cs="Arial"/>
          <w:sz w:val="24"/>
          <w:szCs w:val="24"/>
        </w:rPr>
        <w:t>złożenie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formularza</w:t>
      </w:r>
      <w:proofErr w:type="spellEnd"/>
      <w:r w:rsidRPr="00CD0D08">
        <w:rPr>
          <w:rFonts w:cs="Arial"/>
          <w:sz w:val="24"/>
          <w:szCs w:val="24"/>
        </w:rPr>
        <w:t xml:space="preserve">, </w:t>
      </w:r>
      <w:proofErr w:type="spellStart"/>
      <w:r w:rsidRPr="00CD0D08">
        <w:rPr>
          <w:rFonts w:cs="Arial"/>
          <w:sz w:val="24"/>
          <w:szCs w:val="24"/>
        </w:rPr>
        <w:t>zatrudnienie</w:t>
      </w:r>
      <w:proofErr w:type="spellEnd"/>
      <w:r w:rsidRPr="00CD0D08">
        <w:rPr>
          <w:rFonts w:cs="Arial"/>
          <w:sz w:val="24"/>
          <w:szCs w:val="24"/>
        </w:rPr>
        <w:t xml:space="preserve"> w OWP </w:t>
      </w:r>
      <w:proofErr w:type="spellStart"/>
      <w:r w:rsidRPr="00CD0D08">
        <w:rPr>
          <w:rFonts w:cs="Arial"/>
          <w:sz w:val="24"/>
          <w:szCs w:val="24"/>
        </w:rPr>
        <w:t>objętym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projektem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oraz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potwierdzona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potrzeba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podniesienia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kompetencji</w:t>
      </w:r>
      <w:proofErr w:type="spellEnd"/>
      <w:r w:rsidRPr="00CD0D08">
        <w:rPr>
          <w:rFonts w:cs="Arial"/>
          <w:sz w:val="24"/>
          <w:szCs w:val="24"/>
        </w:rPr>
        <w:t xml:space="preserve"> w </w:t>
      </w:r>
      <w:proofErr w:type="spellStart"/>
      <w:r w:rsidRPr="00CD0D08">
        <w:rPr>
          <w:rFonts w:cs="Arial"/>
          <w:sz w:val="24"/>
          <w:szCs w:val="24"/>
        </w:rPr>
        <w:t>zakresie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pracy</w:t>
      </w:r>
      <w:proofErr w:type="spellEnd"/>
      <w:r w:rsidRPr="00CD0D08">
        <w:rPr>
          <w:rFonts w:cs="Arial"/>
          <w:sz w:val="24"/>
          <w:szCs w:val="24"/>
        </w:rPr>
        <w:t xml:space="preserve"> z </w:t>
      </w:r>
      <w:proofErr w:type="spellStart"/>
      <w:r w:rsidRPr="00CD0D08">
        <w:rPr>
          <w:rFonts w:cs="Arial"/>
          <w:sz w:val="24"/>
          <w:szCs w:val="24"/>
        </w:rPr>
        <w:t>dziećmi</w:t>
      </w:r>
      <w:proofErr w:type="spellEnd"/>
      <w:r w:rsidRPr="00CD0D08">
        <w:rPr>
          <w:rFonts w:cs="Arial"/>
          <w:sz w:val="24"/>
          <w:szCs w:val="24"/>
        </w:rPr>
        <w:t xml:space="preserve"> o </w:t>
      </w:r>
      <w:proofErr w:type="spellStart"/>
      <w:r w:rsidRPr="00CD0D08">
        <w:rPr>
          <w:rFonts w:cs="Arial"/>
          <w:sz w:val="24"/>
          <w:szCs w:val="24"/>
        </w:rPr>
        <w:t>zdiagnozowanych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potrzebach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rozwojowych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objętych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wsparciem</w:t>
      </w:r>
      <w:proofErr w:type="spellEnd"/>
      <w:r w:rsidRPr="00CD0D08">
        <w:rPr>
          <w:rFonts w:cs="Arial"/>
          <w:sz w:val="24"/>
          <w:szCs w:val="24"/>
        </w:rPr>
        <w:t>.</w:t>
      </w:r>
    </w:p>
    <w:p w14:paraId="2B91761E" w14:textId="77777777" w:rsidR="00CA3213" w:rsidRPr="00CD0D08" w:rsidRDefault="00053E0D" w:rsidP="00541DF8">
      <w:pPr>
        <w:pStyle w:val="Listanumerowana"/>
        <w:widowControl w:val="0"/>
        <w:spacing w:before="120" w:after="120" w:line="360" w:lineRule="auto"/>
        <w:ind w:left="312" w:hanging="198"/>
        <w:jc w:val="both"/>
        <w:rPr>
          <w:rFonts w:cs="Arial"/>
          <w:sz w:val="24"/>
          <w:szCs w:val="24"/>
        </w:rPr>
      </w:pPr>
      <w:proofErr w:type="spellStart"/>
      <w:r w:rsidRPr="00CD0D08">
        <w:rPr>
          <w:rFonts w:cs="Arial"/>
          <w:sz w:val="24"/>
          <w:szCs w:val="24"/>
        </w:rPr>
        <w:t>Osobie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spełniającej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wszystkie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warunki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obligatoryjne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przyznaje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się</w:t>
      </w:r>
      <w:proofErr w:type="spellEnd"/>
      <w:r w:rsidRPr="00CD0D08">
        <w:rPr>
          <w:rFonts w:cs="Arial"/>
          <w:sz w:val="24"/>
          <w:szCs w:val="24"/>
        </w:rPr>
        <w:t xml:space="preserve">: 3 pkt za </w:t>
      </w:r>
      <w:proofErr w:type="spellStart"/>
      <w:r w:rsidRPr="00CD0D08">
        <w:rPr>
          <w:rFonts w:cs="Arial"/>
          <w:sz w:val="24"/>
          <w:szCs w:val="24"/>
        </w:rPr>
        <w:t>pracę</w:t>
      </w:r>
      <w:proofErr w:type="spellEnd"/>
      <w:r w:rsidRPr="00CD0D08">
        <w:rPr>
          <w:rFonts w:cs="Arial"/>
          <w:sz w:val="24"/>
          <w:szCs w:val="24"/>
        </w:rPr>
        <w:t xml:space="preserve"> z </w:t>
      </w:r>
      <w:proofErr w:type="spellStart"/>
      <w:r w:rsidRPr="00CD0D08">
        <w:rPr>
          <w:rFonts w:cs="Arial"/>
          <w:sz w:val="24"/>
          <w:szCs w:val="24"/>
        </w:rPr>
        <w:t>dziećmi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posiadającymi</w:t>
      </w:r>
      <w:proofErr w:type="spellEnd"/>
      <w:r w:rsidRPr="00CD0D08">
        <w:rPr>
          <w:rFonts w:cs="Arial"/>
          <w:sz w:val="24"/>
          <w:szCs w:val="24"/>
        </w:rPr>
        <w:t xml:space="preserve"> OPKS </w:t>
      </w:r>
      <w:proofErr w:type="spellStart"/>
      <w:r w:rsidRPr="00CD0D08">
        <w:rPr>
          <w:rFonts w:cs="Arial"/>
          <w:sz w:val="24"/>
          <w:szCs w:val="24"/>
        </w:rPr>
        <w:t>lub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inne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trudności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rozwojowe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objęte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wsparciem</w:t>
      </w:r>
      <w:proofErr w:type="spellEnd"/>
      <w:r w:rsidRPr="00CD0D08">
        <w:rPr>
          <w:rFonts w:cs="Arial"/>
          <w:sz w:val="24"/>
          <w:szCs w:val="24"/>
        </w:rPr>
        <w:t xml:space="preserve"> w </w:t>
      </w:r>
      <w:proofErr w:type="spellStart"/>
      <w:r w:rsidRPr="00CD0D08">
        <w:rPr>
          <w:rFonts w:cs="Arial"/>
          <w:sz w:val="24"/>
          <w:szCs w:val="24"/>
        </w:rPr>
        <w:t>projekcie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oraz</w:t>
      </w:r>
      <w:proofErr w:type="spellEnd"/>
      <w:r w:rsidRPr="00CD0D08">
        <w:rPr>
          <w:rFonts w:cs="Arial"/>
          <w:sz w:val="24"/>
          <w:szCs w:val="24"/>
        </w:rPr>
        <w:t xml:space="preserve"> 3 pkt za </w:t>
      </w:r>
      <w:proofErr w:type="spellStart"/>
      <w:r w:rsidRPr="00CD0D08">
        <w:rPr>
          <w:rFonts w:cs="Arial"/>
          <w:sz w:val="24"/>
          <w:szCs w:val="24"/>
        </w:rPr>
        <w:t>rekomendację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dyrektora</w:t>
      </w:r>
      <w:proofErr w:type="spellEnd"/>
      <w:r w:rsidRPr="00CD0D08">
        <w:rPr>
          <w:rFonts w:cs="Arial"/>
          <w:sz w:val="24"/>
          <w:szCs w:val="24"/>
        </w:rPr>
        <w:t xml:space="preserve"> OWP </w:t>
      </w:r>
      <w:proofErr w:type="spellStart"/>
      <w:r w:rsidRPr="00CD0D08">
        <w:rPr>
          <w:rFonts w:cs="Arial"/>
          <w:sz w:val="24"/>
          <w:szCs w:val="24"/>
        </w:rPr>
        <w:t>potwierdzającą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potrzebę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podniesienia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kompetencji</w:t>
      </w:r>
      <w:proofErr w:type="spellEnd"/>
      <w:r w:rsidRPr="00CD0D08">
        <w:rPr>
          <w:rFonts w:cs="Arial"/>
          <w:sz w:val="24"/>
          <w:szCs w:val="24"/>
        </w:rPr>
        <w:t xml:space="preserve">. </w:t>
      </w:r>
      <w:proofErr w:type="spellStart"/>
      <w:r w:rsidRPr="00CD0D08">
        <w:rPr>
          <w:rFonts w:cs="Arial"/>
          <w:sz w:val="24"/>
          <w:szCs w:val="24"/>
        </w:rPr>
        <w:t>Punkty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sumują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się</w:t>
      </w:r>
      <w:proofErr w:type="spellEnd"/>
      <w:r w:rsidRPr="00CD0D08">
        <w:rPr>
          <w:rFonts w:cs="Arial"/>
          <w:sz w:val="24"/>
          <w:szCs w:val="24"/>
        </w:rPr>
        <w:t>.</w:t>
      </w:r>
    </w:p>
    <w:p w14:paraId="066D2E93" w14:textId="77777777" w:rsidR="00CA3213" w:rsidRPr="00CD0D08" w:rsidRDefault="00053E0D" w:rsidP="00541DF8">
      <w:pPr>
        <w:pStyle w:val="Listanumerowana"/>
        <w:widowControl w:val="0"/>
        <w:spacing w:before="120" w:after="120" w:line="360" w:lineRule="auto"/>
        <w:ind w:left="312" w:hanging="198"/>
        <w:jc w:val="both"/>
        <w:rPr>
          <w:rFonts w:cs="Arial"/>
          <w:sz w:val="24"/>
          <w:szCs w:val="24"/>
        </w:rPr>
      </w:pPr>
      <w:proofErr w:type="spellStart"/>
      <w:r w:rsidRPr="00CD0D08">
        <w:rPr>
          <w:rFonts w:cs="Arial"/>
          <w:sz w:val="24"/>
          <w:szCs w:val="24"/>
        </w:rPr>
        <w:t>Kwalifikację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prowadzi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się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odrębnie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dla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poszczególnych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szkoleń</w:t>
      </w:r>
      <w:proofErr w:type="spellEnd"/>
      <w:r w:rsidRPr="00CD0D08">
        <w:rPr>
          <w:rFonts w:cs="Arial"/>
          <w:sz w:val="24"/>
          <w:szCs w:val="24"/>
        </w:rPr>
        <w:t xml:space="preserve">, </w:t>
      </w:r>
      <w:proofErr w:type="spellStart"/>
      <w:r w:rsidRPr="00CD0D08">
        <w:rPr>
          <w:rFonts w:cs="Arial"/>
          <w:sz w:val="24"/>
          <w:szCs w:val="24"/>
        </w:rPr>
        <w:t>zgodnie</w:t>
      </w:r>
      <w:proofErr w:type="spellEnd"/>
      <w:r w:rsidRPr="00CD0D08">
        <w:rPr>
          <w:rFonts w:cs="Arial"/>
          <w:sz w:val="24"/>
          <w:szCs w:val="24"/>
        </w:rPr>
        <w:t xml:space="preserve"> z </w:t>
      </w:r>
      <w:proofErr w:type="spellStart"/>
      <w:r w:rsidRPr="00CD0D08">
        <w:rPr>
          <w:rFonts w:cs="Arial"/>
          <w:sz w:val="24"/>
          <w:szCs w:val="24"/>
        </w:rPr>
        <w:t>zakresem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obowiązków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nauczyciela</w:t>
      </w:r>
      <w:proofErr w:type="spellEnd"/>
      <w:r w:rsidRPr="00CD0D08">
        <w:rPr>
          <w:rFonts w:cs="Arial"/>
          <w:sz w:val="24"/>
          <w:szCs w:val="24"/>
        </w:rPr>
        <w:t>/</w:t>
      </w:r>
      <w:proofErr w:type="spellStart"/>
      <w:r w:rsidRPr="00CD0D08">
        <w:rPr>
          <w:rFonts w:cs="Arial"/>
          <w:sz w:val="24"/>
          <w:szCs w:val="24"/>
        </w:rPr>
        <w:t>nauczycielki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i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zdiagnozowaną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potrzebą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podniesienia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kompetencji</w:t>
      </w:r>
      <w:proofErr w:type="spellEnd"/>
      <w:r w:rsidRPr="00CD0D08">
        <w:rPr>
          <w:rFonts w:cs="Arial"/>
          <w:sz w:val="24"/>
          <w:szCs w:val="24"/>
        </w:rPr>
        <w:t xml:space="preserve">. </w:t>
      </w:r>
      <w:proofErr w:type="spellStart"/>
      <w:r w:rsidRPr="00CD0D08">
        <w:rPr>
          <w:rFonts w:cs="Arial"/>
          <w:sz w:val="24"/>
          <w:szCs w:val="24"/>
        </w:rPr>
        <w:t>Jedna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osoba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może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zostać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zakwalifikowana</w:t>
      </w:r>
      <w:proofErr w:type="spellEnd"/>
      <w:r w:rsidRPr="00CD0D08">
        <w:rPr>
          <w:rFonts w:cs="Arial"/>
          <w:sz w:val="24"/>
          <w:szCs w:val="24"/>
        </w:rPr>
        <w:t xml:space="preserve"> do </w:t>
      </w:r>
      <w:proofErr w:type="spellStart"/>
      <w:r w:rsidRPr="00CD0D08">
        <w:rPr>
          <w:rFonts w:cs="Arial"/>
          <w:sz w:val="24"/>
          <w:szCs w:val="24"/>
        </w:rPr>
        <w:t>więcej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niż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jednego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szkolenia</w:t>
      </w:r>
      <w:proofErr w:type="spellEnd"/>
      <w:r w:rsidRPr="00CD0D08">
        <w:rPr>
          <w:rFonts w:cs="Arial"/>
          <w:sz w:val="24"/>
          <w:szCs w:val="24"/>
        </w:rPr>
        <w:t xml:space="preserve">, </w:t>
      </w:r>
      <w:proofErr w:type="spellStart"/>
      <w:r w:rsidRPr="00CD0D08">
        <w:rPr>
          <w:rFonts w:cs="Arial"/>
          <w:sz w:val="24"/>
          <w:szCs w:val="24"/>
        </w:rPr>
        <w:t>jeżeli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wynika</w:t>
      </w:r>
      <w:proofErr w:type="spellEnd"/>
      <w:r w:rsidRPr="00CD0D08">
        <w:rPr>
          <w:rFonts w:cs="Arial"/>
          <w:sz w:val="24"/>
          <w:szCs w:val="24"/>
        </w:rPr>
        <w:t xml:space="preserve"> to z </w:t>
      </w:r>
      <w:proofErr w:type="spellStart"/>
      <w:r w:rsidRPr="00CD0D08">
        <w:rPr>
          <w:rFonts w:cs="Arial"/>
          <w:sz w:val="24"/>
          <w:szCs w:val="24"/>
        </w:rPr>
        <w:t>części</w:t>
      </w:r>
      <w:proofErr w:type="spellEnd"/>
      <w:r w:rsidRPr="00CD0D08">
        <w:rPr>
          <w:rFonts w:cs="Arial"/>
          <w:sz w:val="24"/>
          <w:szCs w:val="24"/>
        </w:rPr>
        <w:t xml:space="preserve"> J </w:t>
      </w:r>
      <w:proofErr w:type="spellStart"/>
      <w:r w:rsidRPr="00CD0D08">
        <w:rPr>
          <w:rFonts w:cs="Arial"/>
          <w:sz w:val="24"/>
          <w:szCs w:val="24"/>
        </w:rPr>
        <w:t>formularza</w:t>
      </w:r>
      <w:proofErr w:type="spellEnd"/>
      <w:r w:rsidRPr="00CD0D08">
        <w:rPr>
          <w:rFonts w:cs="Arial"/>
          <w:sz w:val="24"/>
          <w:szCs w:val="24"/>
        </w:rPr>
        <w:t>.</w:t>
      </w:r>
    </w:p>
    <w:p w14:paraId="25A0706E" w14:textId="77777777" w:rsidR="00CA3213" w:rsidRPr="00CD0D08" w:rsidRDefault="00053E0D" w:rsidP="00541DF8">
      <w:pPr>
        <w:pStyle w:val="Listanumerowana"/>
        <w:widowControl w:val="0"/>
        <w:spacing w:before="120" w:after="120" w:line="360" w:lineRule="auto"/>
        <w:ind w:left="312" w:hanging="198"/>
        <w:jc w:val="both"/>
        <w:rPr>
          <w:rFonts w:cs="Arial"/>
          <w:sz w:val="24"/>
          <w:szCs w:val="24"/>
        </w:rPr>
      </w:pPr>
      <w:proofErr w:type="spellStart"/>
      <w:r w:rsidRPr="00CD0D08">
        <w:rPr>
          <w:rFonts w:cs="Arial"/>
          <w:sz w:val="24"/>
          <w:szCs w:val="24"/>
        </w:rPr>
        <w:t>Osoby</w:t>
      </w:r>
      <w:proofErr w:type="spellEnd"/>
      <w:r w:rsidRPr="00CD0D08">
        <w:rPr>
          <w:rFonts w:cs="Arial"/>
          <w:sz w:val="24"/>
          <w:szCs w:val="24"/>
        </w:rPr>
        <w:t xml:space="preserve"> z </w:t>
      </w:r>
      <w:proofErr w:type="spellStart"/>
      <w:r w:rsidRPr="00CD0D08">
        <w:rPr>
          <w:rFonts w:cs="Arial"/>
          <w:sz w:val="24"/>
          <w:szCs w:val="24"/>
        </w:rPr>
        <w:t>taką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samą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liczbą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punktów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zajmują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miejsce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równorzędne</w:t>
      </w:r>
      <w:proofErr w:type="spellEnd"/>
      <w:r w:rsidRPr="00CD0D08">
        <w:rPr>
          <w:rFonts w:cs="Arial"/>
          <w:sz w:val="24"/>
          <w:szCs w:val="24"/>
        </w:rPr>
        <w:t xml:space="preserve">. </w:t>
      </w:r>
      <w:proofErr w:type="spellStart"/>
      <w:r w:rsidRPr="00CD0D08">
        <w:rPr>
          <w:rFonts w:cs="Arial"/>
          <w:sz w:val="24"/>
          <w:szCs w:val="24"/>
        </w:rPr>
        <w:t>Gdy</w:t>
      </w:r>
      <w:proofErr w:type="spellEnd"/>
      <w:r w:rsidRPr="00CD0D08">
        <w:rPr>
          <w:rFonts w:cs="Arial"/>
          <w:sz w:val="24"/>
          <w:szCs w:val="24"/>
        </w:rPr>
        <w:t xml:space="preserve"> remis </w:t>
      </w:r>
      <w:proofErr w:type="spellStart"/>
      <w:r w:rsidRPr="00CD0D08">
        <w:rPr>
          <w:rFonts w:cs="Arial"/>
          <w:sz w:val="24"/>
          <w:szCs w:val="24"/>
        </w:rPr>
        <w:t>wystąpi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na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granicy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miejsc</w:t>
      </w:r>
      <w:proofErr w:type="spellEnd"/>
      <w:r w:rsidRPr="00CD0D08">
        <w:rPr>
          <w:rFonts w:cs="Arial"/>
          <w:sz w:val="24"/>
          <w:szCs w:val="24"/>
        </w:rPr>
        <w:t xml:space="preserve">, </w:t>
      </w:r>
      <w:proofErr w:type="spellStart"/>
      <w:r w:rsidRPr="00CD0D08">
        <w:rPr>
          <w:rFonts w:cs="Arial"/>
          <w:sz w:val="24"/>
          <w:szCs w:val="24"/>
        </w:rPr>
        <w:t>Komisja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kwalifikuje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wszystkie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osoby</w:t>
      </w:r>
      <w:proofErr w:type="spellEnd"/>
      <w:r w:rsidRPr="00CD0D08">
        <w:rPr>
          <w:rFonts w:cs="Arial"/>
          <w:sz w:val="24"/>
          <w:szCs w:val="24"/>
        </w:rPr>
        <w:t xml:space="preserve"> z </w:t>
      </w:r>
      <w:proofErr w:type="spellStart"/>
      <w:r w:rsidRPr="00CD0D08">
        <w:rPr>
          <w:rFonts w:cs="Arial"/>
          <w:sz w:val="24"/>
          <w:szCs w:val="24"/>
        </w:rPr>
        <w:t>równorzędnej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pozycji</w:t>
      </w:r>
      <w:proofErr w:type="spellEnd"/>
      <w:r w:rsidRPr="00CD0D08">
        <w:rPr>
          <w:rFonts w:cs="Arial"/>
          <w:sz w:val="24"/>
          <w:szCs w:val="24"/>
        </w:rPr>
        <w:t xml:space="preserve">, </w:t>
      </w:r>
      <w:proofErr w:type="spellStart"/>
      <w:r w:rsidRPr="00CD0D08">
        <w:rPr>
          <w:rFonts w:cs="Arial"/>
          <w:sz w:val="24"/>
          <w:szCs w:val="24"/>
        </w:rPr>
        <w:t>jeżeli</w:t>
      </w:r>
      <w:proofErr w:type="spellEnd"/>
      <w:r w:rsidRPr="00CD0D08">
        <w:rPr>
          <w:rFonts w:cs="Arial"/>
          <w:sz w:val="24"/>
          <w:szCs w:val="24"/>
        </w:rPr>
        <w:t xml:space="preserve"> jest to </w:t>
      </w:r>
      <w:proofErr w:type="spellStart"/>
      <w:r w:rsidRPr="00CD0D08">
        <w:rPr>
          <w:rFonts w:cs="Arial"/>
          <w:sz w:val="24"/>
          <w:szCs w:val="24"/>
        </w:rPr>
        <w:t>możliwe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organizacyjnie</w:t>
      </w:r>
      <w:proofErr w:type="spellEnd"/>
      <w:r w:rsidRPr="00CD0D08">
        <w:rPr>
          <w:rFonts w:cs="Arial"/>
          <w:sz w:val="24"/>
          <w:szCs w:val="24"/>
        </w:rPr>
        <w:t xml:space="preserve">, </w:t>
      </w:r>
      <w:proofErr w:type="spellStart"/>
      <w:r w:rsidRPr="00CD0D08">
        <w:rPr>
          <w:rFonts w:cs="Arial"/>
          <w:sz w:val="24"/>
          <w:szCs w:val="24"/>
        </w:rPr>
        <w:t>nie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zwiększa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wydatków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kwalifikowalnych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i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nie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zmienia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zakresu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rzeczowego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projektu</w:t>
      </w:r>
      <w:proofErr w:type="spellEnd"/>
      <w:r w:rsidRPr="00CD0D08">
        <w:rPr>
          <w:rFonts w:cs="Arial"/>
          <w:sz w:val="24"/>
          <w:szCs w:val="24"/>
        </w:rPr>
        <w:t xml:space="preserve">. W </w:t>
      </w:r>
      <w:proofErr w:type="spellStart"/>
      <w:r w:rsidRPr="00CD0D08">
        <w:rPr>
          <w:rFonts w:cs="Arial"/>
          <w:sz w:val="24"/>
          <w:szCs w:val="24"/>
        </w:rPr>
        <w:t>przeciwnym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razie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osoby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te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umieszcza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się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na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liście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rezerwowej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na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równorzędnej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pozycji</w:t>
      </w:r>
      <w:proofErr w:type="spellEnd"/>
      <w:r w:rsidRPr="00CD0D08">
        <w:rPr>
          <w:rFonts w:cs="Arial"/>
          <w:sz w:val="24"/>
          <w:szCs w:val="24"/>
        </w:rPr>
        <w:t>.</w:t>
      </w:r>
    </w:p>
    <w:p w14:paraId="1705FA30" w14:textId="77777777" w:rsidR="00CA3213" w:rsidRPr="00CD0D08" w:rsidRDefault="00053E0D" w:rsidP="00541DF8">
      <w:pPr>
        <w:pStyle w:val="Listanumerowana"/>
        <w:widowControl w:val="0"/>
        <w:spacing w:before="120" w:after="120" w:line="360" w:lineRule="auto"/>
        <w:ind w:left="312" w:hanging="198"/>
        <w:jc w:val="both"/>
        <w:rPr>
          <w:rFonts w:cs="Arial"/>
          <w:sz w:val="24"/>
          <w:szCs w:val="24"/>
        </w:rPr>
      </w:pPr>
      <w:proofErr w:type="spellStart"/>
      <w:r w:rsidRPr="00CD0D08">
        <w:rPr>
          <w:rFonts w:cs="Arial"/>
          <w:sz w:val="24"/>
          <w:szCs w:val="24"/>
        </w:rPr>
        <w:t>Nie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stosuje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się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kolejności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zgłoszeń</w:t>
      </w:r>
      <w:proofErr w:type="spellEnd"/>
      <w:r w:rsidRPr="00CD0D08">
        <w:rPr>
          <w:rFonts w:cs="Arial"/>
          <w:sz w:val="24"/>
          <w:szCs w:val="24"/>
        </w:rPr>
        <w:t xml:space="preserve">, </w:t>
      </w:r>
      <w:proofErr w:type="spellStart"/>
      <w:r w:rsidRPr="00CD0D08">
        <w:rPr>
          <w:rFonts w:cs="Arial"/>
          <w:sz w:val="24"/>
          <w:szCs w:val="24"/>
        </w:rPr>
        <w:t>numerów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wpływu</w:t>
      </w:r>
      <w:proofErr w:type="spellEnd"/>
      <w:r w:rsidRPr="00CD0D08">
        <w:rPr>
          <w:rFonts w:cs="Arial"/>
          <w:sz w:val="24"/>
          <w:szCs w:val="24"/>
        </w:rPr>
        <w:t xml:space="preserve">, </w:t>
      </w:r>
      <w:proofErr w:type="spellStart"/>
      <w:r w:rsidRPr="00CD0D08">
        <w:rPr>
          <w:rFonts w:cs="Arial"/>
          <w:sz w:val="24"/>
          <w:szCs w:val="24"/>
        </w:rPr>
        <w:t>daty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lub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godziny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złożenia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dokumentów</w:t>
      </w:r>
      <w:proofErr w:type="spellEnd"/>
      <w:r w:rsidRPr="00CD0D08">
        <w:rPr>
          <w:rFonts w:cs="Arial"/>
          <w:sz w:val="24"/>
          <w:szCs w:val="24"/>
        </w:rPr>
        <w:t xml:space="preserve">, </w:t>
      </w:r>
      <w:proofErr w:type="spellStart"/>
      <w:r w:rsidRPr="00CD0D08">
        <w:rPr>
          <w:rFonts w:cs="Arial"/>
          <w:sz w:val="24"/>
          <w:szCs w:val="24"/>
        </w:rPr>
        <w:t>losowania</w:t>
      </w:r>
      <w:proofErr w:type="spellEnd"/>
      <w:r w:rsidRPr="00CD0D08">
        <w:rPr>
          <w:rFonts w:cs="Arial"/>
          <w:sz w:val="24"/>
          <w:szCs w:val="24"/>
        </w:rPr>
        <w:t xml:space="preserve"> ani </w:t>
      </w:r>
      <w:proofErr w:type="spellStart"/>
      <w:r w:rsidRPr="00CD0D08">
        <w:rPr>
          <w:rFonts w:cs="Arial"/>
          <w:sz w:val="24"/>
          <w:szCs w:val="24"/>
        </w:rPr>
        <w:t>dodatkowych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kryteriów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technicznych</w:t>
      </w:r>
      <w:proofErr w:type="spellEnd"/>
      <w:r w:rsidRPr="00CD0D08">
        <w:rPr>
          <w:rFonts w:cs="Arial"/>
          <w:sz w:val="24"/>
          <w:szCs w:val="24"/>
        </w:rPr>
        <w:t xml:space="preserve">. </w:t>
      </w:r>
      <w:proofErr w:type="spellStart"/>
      <w:r w:rsidRPr="00CD0D08">
        <w:rPr>
          <w:rFonts w:cs="Arial"/>
          <w:sz w:val="24"/>
          <w:szCs w:val="24"/>
        </w:rPr>
        <w:t>Wyniki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rekrutacji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przekazuje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się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kandydatom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indywidualnie</w:t>
      </w:r>
      <w:proofErr w:type="spellEnd"/>
      <w:r w:rsidRPr="00CD0D08">
        <w:rPr>
          <w:rFonts w:cs="Arial"/>
          <w:sz w:val="24"/>
          <w:szCs w:val="24"/>
        </w:rPr>
        <w:t xml:space="preserve">, z </w:t>
      </w:r>
      <w:proofErr w:type="spellStart"/>
      <w:r w:rsidRPr="00CD0D08">
        <w:rPr>
          <w:rFonts w:cs="Arial"/>
          <w:sz w:val="24"/>
          <w:szCs w:val="24"/>
        </w:rPr>
        <w:t>zachowaniem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ochrony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danych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osobowych</w:t>
      </w:r>
      <w:proofErr w:type="spellEnd"/>
      <w:r w:rsidRPr="00CD0D08">
        <w:rPr>
          <w:rFonts w:cs="Arial"/>
          <w:sz w:val="24"/>
          <w:szCs w:val="24"/>
        </w:rPr>
        <w:t>.</w:t>
      </w:r>
    </w:p>
    <w:p w14:paraId="5B5BCF30" w14:textId="77777777" w:rsidR="00CA3213" w:rsidRPr="00CD0D08" w:rsidRDefault="00053E0D" w:rsidP="00541DF8">
      <w:pPr>
        <w:widowControl w:val="0"/>
        <w:spacing w:before="120" w:after="120" w:line="360" w:lineRule="auto"/>
        <w:rPr>
          <w:rFonts w:cs="Arial"/>
          <w:sz w:val="24"/>
          <w:szCs w:val="24"/>
        </w:rPr>
      </w:pPr>
      <w:r w:rsidRPr="00CD0D08">
        <w:rPr>
          <w:rFonts w:cs="Arial"/>
          <w:sz w:val="24"/>
          <w:szCs w:val="24"/>
        </w:rPr>
        <w:br w:type="page"/>
      </w:r>
    </w:p>
    <w:p w14:paraId="6C2856C7" w14:textId="77777777" w:rsidR="00CA3213" w:rsidRPr="00CD0D08" w:rsidRDefault="00053E0D" w:rsidP="00541DF8">
      <w:pPr>
        <w:pStyle w:val="Nagwek1"/>
        <w:keepNext w:val="0"/>
        <w:keepLines w:val="0"/>
        <w:widowControl w:val="0"/>
        <w:spacing w:before="120" w:after="120" w:line="360" w:lineRule="auto"/>
        <w:rPr>
          <w:rFonts w:ascii="Arial" w:hAnsi="Arial" w:cs="Arial"/>
          <w:color w:val="auto"/>
          <w:sz w:val="24"/>
          <w:szCs w:val="24"/>
        </w:rPr>
      </w:pPr>
      <w:proofErr w:type="spellStart"/>
      <w:r w:rsidRPr="00CD0D08">
        <w:rPr>
          <w:rFonts w:ascii="Arial" w:eastAsia="Arial" w:hAnsi="Arial" w:cs="Arial"/>
          <w:color w:val="auto"/>
          <w:sz w:val="24"/>
          <w:szCs w:val="24"/>
        </w:rPr>
        <w:lastRenderedPageBreak/>
        <w:t>Zbiorcza</w:t>
      </w:r>
      <w:proofErr w:type="spellEnd"/>
      <w:r w:rsidRPr="00CD0D08">
        <w:rPr>
          <w:rFonts w:ascii="Arial" w:eastAsia="Arial" w:hAnsi="Arial" w:cs="Arial"/>
          <w:color w:val="auto"/>
          <w:sz w:val="24"/>
          <w:szCs w:val="24"/>
        </w:rPr>
        <w:t xml:space="preserve"> </w:t>
      </w:r>
      <w:proofErr w:type="spellStart"/>
      <w:r w:rsidRPr="00CD0D08">
        <w:rPr>
          <w:rFonts w:ascii="Arial" w:eastAsia="Arial" w:hAnsi="Arial" w:cs="Arial"/>
          <w:color w:val="auto"/>
          <w:sz w:val="24"/>
          <w:szCs w:val="24"/>
        </w:rPr>
        <w:t>ocena</w:t>
      </w:r>
      <w:proofErr w:type="spellEnd"/>
      <w:r w:rsidRPr="00CD0D08">
        <w:rPr>
          <w:rFonts w:ascii="Arial" w:eastAsia="Arial" w:hAnsi="Arial" w:cs="Arial"/>
          <w:color w:val="auto"/>
          <w:sz w:val="24"/>
          <w:szCs w:val="24"/>
        </w:rPr>
        <w:t xml:space="preserve"> </w:t>
      </w:r>
      <w:proofErr w:type="spellStart"/>
      <w:r w:rsidRPr="00CD0D08">
        <w:rPr>
          <w:rFonts w:ascii="Arial" w:eastAsia="Arial" w:hAnsi="Arial" w:cs="Arial"/>
          <w:color w:val="auto"/>
          <w:sz w:val="24"/>
          <w:szCs w:val="24"/>
        </w:rPr>
        <w:t>oraz</w:t>
      </w:r>
      <w:proofErr w:type="spellEnd"/>
      <w:r w:rsidRPr="00CD0D08">
        <w:rPr>
          <w:rFonts w:ascii="Arial" w:eastAsia="Arial" w:hAnsi="Arial" w:cs="Arial"/>
          <w:color w:val="auto"/>
          <w:sz w:val="24"/>
          <w:szCs w:val="24"/>
        </w:rPr>
        <w:t xml:space="preserve"> </w:t>
      </w:r>
      <w:proofErr w:type="spellStart"/>
      <w:r w:rsidRPr="00CD0D08">
        <w:rPr>
          <w:rFonts w:ascii="Arial" w:eastAsia="Arial" w:hAnsi="Arial" w:cs="Arial"/>
          <w:color w:val="auto"/>
          <w:sz w:val="24"/>
          <w:szCs w:val="24"/>
        </w:rPr>
        <w:t>wyniki</w:t>
      </w:r>
      <w:proofErr w:type="spellEnd"/>
      <w:r w:rsidRPr="00CD0D08">
        <w:rPr>
          <w:rFonts w:ascii="Arial" w:eastAsia="Arial" w:hAnsi="Arial" w:cs="Arial"/>
          <w:color w:val="auto"/>
          <w:sz w:val="24"/>
          <w:szCs w:val="24"/>
        </w:rPr>
        <w:t xml:space="preserve"> </w:t>
      </w:r>
      <w:proofErr w:type="spellStart"/>
      <w:r w:rsidRPr="00CD0D08">
        <w:rPr>
          <w:rFonts w:ascii="Arial" w:eastAsia="Arial" w:hAnsi="Arial" w:cs="Arial"/>
          <w:color w:val="auto"/>
          <w:sz w:val="24"/>
          <w:szCs w:val="24"/>
        </w:rPr>
        <w:t>według</w:t>
      </w:r>
      <w:proofErr w:type="spellEnd"/>
      <w:r w:rsidRPr="00CD0D08">
        <w:rPr>
          <w:rFonts w:ascii="Arial" w:eastAsia="Arial" w:hAnsi="Arial" w:cs="Arial"/>
          <w:color w:val="auto"/>
          <w:sz w:val="24"/>
          <w:szCs w:val="24"/>
        </w:rPr>
        <w:t xml:space="preserve"> </w:t>
      </w:r>
      <w:proofErr w:type="spellStart"/>
      <w:r w:rsidRPr="00CD0D08">
        <w:rPr>
          <w:rFonts w:ascii="Arial" w:eastAsia="Arial" w:hAnsi="Arial" w:cs="Arial"/>
          <w:color w:val="auto"/>
          <w:sz w:val="24"/>
          <w:szCs w:val="24"/>
        </w:rPr>
        <w:t>szkoleń</w:t>
      </w:r>
      <w:proofErr w:type="spellEnd"/>
    </w:p>
    <w:p w14:paraId="6295F12C" w14:textId="77777777" w:rsidR="00CA3213" w:rsidRPr="00CD0D08" w:rsidRDefault="00053E0D" w:rsidP="00541DF8">
      <w:pPr>
        <w:widowControl w:val="0"/>
        <w:spacing w:before="120" w:after="120" w:line="360" w:lineRule="auto"/>
        <w:jc w:val="both"/>
        <w:rPr>
          <w:rFonts w:cs="Arial"/>
          <w:sz w:val="24"/>
          <w:szCs w:val="24"/>
        </w:rPr>
      </w:pPr>
      <w:proofErr w:type="spellStart"/>
      <w:r w:rsidRPr="00CD0D08">
        <w:rPr>
          <w:rFonts w:cs="Arial"/>
          <w:sz w:val="24"/>
          <w:szCs w:val="24"/>
        </w:rPr>
        <w:t>Tabela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stanowi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zbiorcze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zestawienie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oceny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oraz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wyników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dla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poszczególnych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szkoleń</w:t>
      </w:r>
      <w:proofErr w:type="spellEnd"/>
      <w:r w:rsidRPr="00CD0D08">
        <w:rPr>
          <w:rFonts w:cs="Arial"/>
          <w:sz w:val="24"/>
          <w:szCs w:val="24"/>
        </w:rPr>
        <w:t xml:space="preserve">. W </w:t>
      </w:r>
      <w:proofErr w:type="spellStart"/>
      <w:r w:rsidRPr="00CD0D08">
        <w:rPr>
          <w:rFonts w:cs="Arial"/>
          <w:sz w:val="24"/>
          <w:szCs w:val="24"/>
        </w:rPr>
        <w:t>kolumnie</w:t>
      </w:r>
      <w:proofErr w:type="spellEnd"/>
      <w:r w:rsidRPr="00CD0D08">
        <w:rPr>
          <w:rFonts w:cs="Arial"/>
          <w:sz w:val="24"/>
          <w:szCs w:val="24"/>
        </w:rPr>
        <w:t xml:space="preserve"> „</w:t>
      </w:r>
      <w:proofErr w:type="spellStart"/>
      <w:r w:rsidRPr="00CD0D08">
        <w:rPr>
          <w:rFonts w:cs="Arial"/>
          <w:sz w:val="24"/>
          <w:szCs w:val="24"/>
        </w:rPr>
        <w:t>Wynik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według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szkolenia</w:t>
      </w:r>
      <w:proofErr w:type="spellEnd"/>
      <w:r w:rsidRPr="00CD0D08">
        <w:rPr>
          <w:rFonts w:cs="Arial"/>
          <w:sz w:val="24"/>
          <w:szCs w:val="24"/>
        </w:rPr>
        <w:t xml:space="preserve">” </w:t>
      </w:r>
      <w:proofErr w:type="spellStart"/>
      <w:r w:rsidRPr="00CD0D08">
        <w:rPr>
          <w:rFonts w:cs="Arial"/>
          <w:sz w:val="24"/>
          <w:szCs w:val="24"/>
        </w:rPr>
        <w:t>wpisuje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się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kod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szkolenia</w:t>
      </w:r>
      <w:proofErr w:type="spellEnd"/>
      <w:r w:rsidRPr="00CD0D08">
        <w:rPr>
          <w:rFonts w:cs="Arial"/>
          <w:sz w:val="24"/>
          <w:szCs w:val="24"/>
        </w:rPr>
        <w:t xml:space="preserve">, </w:t>
      </w:r>
      <w:proofErr w:type="spellStart"/>
      <w:r w:rsidRPr="00CD0D08">
        <w:rPr>
          <w:rFonts w:cs="Arial"/>
          <w:sz w:val="24"/>
          <w:szCs w:val="24"/>
        </w:rPr>
        <w:t>pozycję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i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decyzję</w:t>
      </w:r>
      <w:proofErr w:type="spellEnd"/>
      <w:r w:rsidRPr="00CD0D08">
        <w:rPr>
          <w:rFonts w:cs="Arial"/>
          <w:sz w:val="24"/>
          <w:szCs w:val="24"/>
        </w:rPr>
        <w:t xml:space="preserve">, np. LM-2/Z </w:t>
      </w:r>
      <w:proofErr w:type="spellStart"/>
      <w:r w:rsidRPr="00CD0D08">
        <w:rPr>
          <w:rFonts w:cs="Arial"/>
          <w:sz w:val="24"/>
          <w:szCs w:val="24"/>
        </w:rPr>
        <w:t>lub</w:t>
      </w:r>
      <w:proofErr w:type="spellEnd"/>
      <w:r w:rsidRPr="00CD0D08">
        <w:rPr>
          <w:rFonts w:cs="Arial"/>
          <w:sz w:val="24"/>
          <w:szCs w:val="24"/>
        </w:rPr>
        <w:t xml:space="preserve"> MA-4/R. W </w:t>
      </w:r>
      <w:proofErr w:type="spellStart"/>
      <w:r w:rsidRPr="00CD0D08">
        <w:rPr>
          <w:rFonts w:cs="Arial"/>
          <w:sz w:val="24"/>
          <w:szCs w:val="24"/>
        </w:rPr>
        <w:t>razie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większej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liczby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kandydatów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tabelę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rozszerza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się</w:t>
      </w:r>
      <w:proofErr w:type="spellEnd"/>
      <w:r w:rsidRPr="00CD0D08">
        <w:rPr>
          <w:rFonts w:cs="Arial"/>
          <w:sz w:val="24"/>
          <w:szCs w:val="24"/>
        </w:rPr>
        <w:t xml:space="preserve"> o </w:t>
      </w:r>
      <w:proofErr w:type="spellStart"/>
      <w:r w:rsidRPr="00CD0D08">
        <w:rPr>
          <w:rFonts w:cs="Arial"/>
          <w:sz w:val="24"/>
          <w:szCs w:val="24"/>
        </w:rPr>
        <w:t>kolejne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wiersze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jako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integralną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kontynuację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protokołu</w:t>
      </w:r>
      <w:proofErr w:type="spellEnd"/>
      <w:r w:rsidRPr="00CD0D08">
        <w:rPr>
          <w:rFonts w:cs="Arial"/>
          <w:sz w:val="24"/>
          <w:szCs w:val="24"/>
        </w:rPr>
        <w:t>.</w:t>
      </w:r>
    </w:p>
    <w:tbl>
      <w:tblPr>
        <w:tblStyle w:val="Tabela-Siatka"/>
        <w:tblW w:w="16001" w:type="dxa"/>
        <w:jc w:val="center"/>
        <w:tblLayout w:type="fixed"/>
        <w:tblLook w:val="04A0" w:firstRow="1" w:lastRow="0" w:firstColumn="1" w:lastColumn="0" w:noHBand="0" w:noVBand="1"/>
      </w:tblPr>
      <w:tblGrid>
        <w:gridCol w:w="567"/>
        <w:gridCol w:w="2041"/>
        <w:gridCol w:w="822"/>
        <w:gridCol w:w="949"/>
        <w:gridCol w:w="836"/>
        <w:gridCol w:w="880"/>
        <w:gridCol w:w="927"/>
        <w:gridCol w:w="1134"/>
        <w:gridCol w:w="929"/>
        <w:gridCol w:w="1814"/>
        <w:gridCol w:w="2948"/>
        <w:gridCol w:w="2154"/>
      </w:tblGrid>
      <w:tr w:rsidR="00CD0D08" w:rsidRPr="00CD0D08" w14:paraId="5EE35069" w14:textId="77777777" w:rsidTr="00CD0D08">
        <w:trPr>
          <w:cantSplit/>
          <w:trHeight w:val="822"/>
          <w:tblHeader/>
          <w:jc w:val="center"/>
        </w:trPr>
        <w:tc>
          <w:tcPr>
            <w:tcW w:w="567" w:type="dxa"/>
            <w:shd w:val="clear" w:color="auto" w:fill="D9D9D9" w:themeFill="background1" w:themeFillShade="D9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D521FF1" w14:textId="77777777" w:rsidR="00CA3213" w:rsidRPr="00CD0D08" w:rsidRDefault="00053E0D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proofErr w:type="spellStart"/>
            <w:r w:rsidRPr="00CD0D08">
              <w:rPr>
                <w:rFonts w:cs="Arial"/>
                <w:b/>
                <w:sz w:val="24"/>
                <w:szCs w:val="24"/>
              </w:rPr>
              <w:t>Lp</w:t>
            </w:r>
            <w:proofErr w:type="spellEnd"/>
            <w:r w:rsidRPr="00CD0D08">
              <w:rPr>
                <w:rFonts w:cs="Arial"/>
                <w:b/>
                <w:sz w:val="24"/>
                <w:szCs w:val="24"/>
              </w:rPr>
              <w:t>.</w:t>
            </w:r>
          </w:p>
        </w:tc>
        <w:tc>
          <w:tcPr>
            <w:tcW w:w="2041" w:type="dxa"/>
            <w:shd w:val="clear" w:color="auto" w:fill="D9D9D9" w:themeFill="background1" w:themeFillShade="D9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2A03D2A" w14:textId="77777777" w:rsidR="00CA3213" w:rsidRPr="00CD0D08" w:rsidRDefault="00053E0D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proofErr w:type="spellStart"/>
            <w:r w:rsidRPr="00CD0D08">
              <w:rPr>
                <w:rFonts w:cs="Arial"/>
                <w:b/>
                <w:sz w:val="24"/>
                <w:szCs w:val="24"/>
              </w:rPr>
              <w:t>Imię</w:t>
            </w:r>
            <w:proofErr w:type="spellEnd"/>
            <w:r w:rsidRPr="00CD0D08">
              <w:rPr>
                <w:rFonts w:cs="Arial"/>
                <w:b/>
                <w:sz w:val="24"/>
                <w:szCs w:val="24"/>
              </w:rPr>
              <w:t xml:space="preserve"> </w:t>
            </w:r>
            <w:proofErr w:type="spellStart"/>
            <w:r w:rsidRPr="00CD0D08">
              <w:rPr>
                <w:rFonts w:cs="Arial"/>
                <w:b/>
                <w:sz w:val="24"/>
                <w:szCs w:val="24"/>
              </w:rPr>
              <w:t>i</w:t>
            </w:r>
            <w:proofErr w:type="spellEnd"/>
            <w:r w:rsidRPr="00CD0D08">
              <w:rPr>
                <w:rFonts w:cs="Arial"/>
                <w:b/>
                <w:sz w:val="24"/>
                <w:szCs w:val="24"/>
              </w:rPr>
              <w:t xml:space="preserve"> </w:t>
            </w:r>
            <w:proofErr w:type="spellStart"/>
            <w:r w:rsidRPr="00CD0D08">
              <w:rPr>
                <w:rFonts w:cs="Arial"/>
                <w:b/>
                <w:sz w:val="24"/>
                <w:szCs w:val="24"/>
              </w:rPr>
              <w:t>nazwisko</w:t>
            </w:r>
            <w:proofErr w:type="spellEnd"/>
          </w:p>
        </w:tc>
        <w:tc>
          <w:tcPr>
            <w:tcW w:w="822" w:type="dxa"/>
            <w:shd w:val="clear" w:color="auto" w:fill="D9D9D9" w:themeFill="background1" w:themeFillShade="D9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8573B38" w14:textId="77777777" w:rsidR="00CA3213" w:rsidRPr="00CD0D08" w:rsidRDefault="00053E0D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r w:rsidRPr="00CD0D08">
              <w:rPr>
                <w:rFonts w:cs="Arial"/>
                <w:b/>
                <w:sz w:val="24"/>
                <w:szCs w:val="24"/>
              </w:rPr>
              <w:t>OWP T/N</w:t>
            </w:r>
            <w:r w:rsidRPr="00CD0D08">
              <w:rPr>
                <w:rFonts w:cs="Arial"/>
                <w:b/>
                <w:sz w:val="24"/>
                <w:szCs w:val="24"/>
              </w:rPr>
              <w:br/>
              <w:t/>
            </w:r>
          </w:p>
        </w:tc>
        <w:tc>
          <w:tcPr>
            <w:tcW w:w="949" w:type="dxa"/>
            <w:shd w:val="clear" w:color="auto" w:fill="D9D9D9" w:themeFill="background1" w:themeFillShade="D9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5878758" w14:textId="77777777" w:rsidR="00CA3213" w:rsidRPr="00CD0D08" w:rsidRDefault="00053E0D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r w:rsidRPr="00CD0D08">
              <w:rPr>
                <w:rFonts w:cs="Arial"/>
                <w:b/>
                <w:sz w:val="24"/>
                <w:szCs w:val="24"/>
              </w:rPr>
              <w:t>Form.</w:t>
            </w:r>
            <w:r w:rsidRPr="00CD0D08">
              <w:rPr>
                <w:rFonts w:cs="Arial"/>
                <w:b/>
                <w:sz w:val="24"/>
                <w:szCs w:val="24"/>
              </w:rPr>
              <w:br/>
              <w:t>T/N</w:t>
            </w:r>
          </w:p>
        </w:tc>
        <w:tc>
          <w:tcPr>
            <w:tcW w:w="836" w:type="dxa"/>
            <w:shd w:val="clear" w:color="auto" w:fill="D9D9D9" w:themeFill="background1" w:themeFillShade="D9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B60170F" w14:textId="77777777" w:rsidR="00CA3213" w:rsidRPr="00CD0D08" w:rsidRDefault="00053E0D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proofErr w:type="spellStart"/>
            <w:r w:rsidRPr="00CD0D08">
              <w:rPr>
                <w:rFonts w:cs="Arial"/>
                <w:b/>
                <w:sz w:val="24"/>
                <w:szCs w:val="24"/>
              </w:rPr>
              <w:t>Zatrudn</w:t>
            </w:r>
            <w:proofErr w:type="spellEnd"/>
            <w:r w:rsidRPr="00CD0D08">
              <w:rPr>
                <w:rFonts w:cs="Arial"/>
                <w:b/>
                <w:sz w:val="24"/>
                <w:szCs w:val="24"/>
              </w:rPr>
              <w:t>.</w:t>
            </w:r>
            <w:r w:rsidRPr="00CD0D08">
              <w:rPr>
                <w:rFonts w:cs="Arial"/>
                <w:b/>
                <w:sz w:val="24"/>
                <w:szCs w:val="24"/>
              </w:rPr>
              <w:br/>
              <w:t>T/N</w:t>
            </w:r>
          </w:p>
        </w:tc>
        <w:tc>
          <w:tcPr>
            <w:tcW w:w="880" w:type="dxa"/>
            <w:shd w:val="clear" w:color="auto" w:fill="D9D9D9" w:themeFill="background1" w:themeFillShade="D9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06156FE" w14:textId="77777777" w:rsidR="00CA3213" w:rsidRPr="00CD0D08" w:rsidRDefault="00053E0D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proofErr w:type="spellStart"/>
            <w:r w:rsidRPr="00CD0D08">
              <w:rPr>
                <w:rFonts w:cs="Arial"/>
                <w:b/>
                <w:sz w:val="24"/>
                <w:szCs w:val="24"/>
              </w:rPr>
              <w:t>Potrzeba</w:t>
            </w:r>
            <w:proofErr w:type="spellEnd"/>
            <w:r w:rsidRPr="00CD0D08">
              <w:rPr>
                <w:rFonts w:cs="Arial"/>
                <w:b/>
                <w:sz w:val="24"/>
                <w:szCs w:val="24"/>
              </w:rPr>
              <w:br/>
              <w:t>T/N</w:t>
            </w:r>
          </w:p>
        </w:tc>
        <w:tc>
          <w:tcPr>
            <w:tcW w:w="927" w:type="dxa"/>
            <w:shd w:val="clear" w:color="auto" w:fill="D9D9D9" w:themeFill="background1" w:themeFillShade="D9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1531F1F" w14:textId="77777777" w:rsidR="00CA3213" w:rsidRPr="00CD0D08" w:rsidRDefault="00053E0D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proofErr w:type="spellStart"/>
            <w:r w:rsidRPr="00CD0D08">
              <w:rPr>
                <w:rFonts w:cs="Arial"/>
                <w:b/>
                <w:sz w:val="24"/>
                <w:szCs w:val="24"/>
              </w:rPr>
              <w:t>Praca</w:t>
            </w:r>
            <w:proofErr w:type="spellEnd"/>
            <w:r w:rsidRPr="00CD0D08">
              <w:rPr>
                <w:rFonts w:cs="Arial"/>
                <w:b/>
                <w:sz w:val="24"/>
                <w:szCs w:val="24"/>
              </w:rPr>
              <w:br/>
              <w:t>OPKS/</w:t>
            </w:r>
            <w:proofErr w:type="spellStart"/>
            <w:r w:rsidRPr="00CD0D08">
              <w:rPr>
                <w:rFonts w:cs="Arial"/>
                <w:b/>
                <w:sz w:val="24"/>
                <w:szCs w:val="24"/>
              </w:rPr>
              <w:t>trudn</w:t>
            </w:r>
            <w:proofErr w:type="spellEnd"/>
            <w:r w:rsidRPr="00CD0D08">
              <w:rPr>
                <w:rFonts w:cs="Arial"/>
                <w:b/>
                <w:sz w:val="24"/>
                <w:szCs w:val="24"/>
              </w:rPr>
              <w:t>.</w:t>
            </w:r>
            <w:r w:rsidRPr="00CD0D08">
              <w:rPr>
                <w:rFonts w:cs="Arial"/>
                <w:b/>
                <w:sz w:val="24"/>
                <w:szCs w:val="24"/>
              </w:rPr>
              <w:br/>
              <w:t>0/3</w:t>
            </w:r>
          </w:p>
        </w:tc>
        <w:tc>
          <w:tcPr>
            <w:tcW w:w="1134" w:type="dxa"/>
            <w:shd w:val="clear" w:color="auto" w:fill="D9D9D9" w:themeFill="background1" w:themeFillShade="D9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CDDC1BA" w14:textId="77777777" w:rsidR="00CA3213" w:rsidRPr="00CD0D08" w:rsidRDefault="00053E0D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proofErr w:type="spellStart"/>
            <w:r w:rsidRPr="00CD0D08">
              <w:rPr>
                <w:rFonts w:cs="Arial"/>
                <w:b/>
                <w:sz w:val="24"/>
                <w:szCs w:val="24"/>
              </w:rPr>
              <w:t>Rekom</w:t>
            </w:r>
            <w:proofErr w:type="spellEnd"/>
            <w:r w:rsidRPr="00CD0D08">
              <w:rPr>
                <w:rFonts w:cs="Arial"/>
                <w:b/>
                <w:sz w:val="24"/>
                <w:szCs w:val="24"/>
              </w:rPr>
              <w:t>.</w:t>
            </w:r>
            <w:r w:rsidRPr="00CD0D08">
              <w:rPr>
                <w:rFonts w:cs="Arial"/>
                <w:b/>
                <w:sz w:val="24"/>
                <w:szCs w:val="24"/>
              </w:rPr>
              <w:br/>
              <w:t>0/3</w:t>
            </w:r>
          </w:p>
        </w:tc>
        <w:tc>
          <w:tcPr>
            <w:tcW w:w="929" w:type="dxa"/>
            <w:shd w:val="clear" w:color="auto" w:fill="D9D9D9" w:themeFill="background1" w:themeFillShade="D9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25DD1C3" w14:textId="77777777" w:rsidR="00CA3213" w:rsidRPr="00CD0D08" w:rsidRDefault="00053E0D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r w:rsidRPr="00CD0D08">
              <w:rPr>
                <w:rFonts w:cs="Arial"/>
                <w:b/>
                <w:sz w:val="24"/>
                <w:szCs w:val="24"/>
              </w:rPr>
              <w:t>Suma</w:t>
            </w:r>
            <w:r w:rsidRPr="00CD0D08">
              <w:rPr>
                <w:rFonts w:cs="Arial"/>
                <w:b/>
                <w:sz w:val="24"/>
                <w:szCs w:val="24"/>
              </w:rPr>
              <w:br/>
              <w:t>pkt</w:t>
            </w:r>
          </w:p>
        </w:tc>
        <w:tc>
          <w:tcPr>
            <w:tcW w:w="1814" w:type="dxa"/>
            <w:shd w:val="clear" w:color="auto" w:fill="D9D9D9" w:themeFill="background1" w:themeFillShade="D9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44513D5" w14:textId="77777777" w:rsidR="00CA3213" w:rsidRPr="00CD0D08" w:rsidRDefault="00053E0D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proofErr w:type="spellStart"/>
            <w:r w:rsidRPr="00CD0D08">
              <w:rPr>
                <w:rFonts w:cs="Arial"/>
                <w:b/>
                <w:sz w:val="24"/>
                <w:szCs w:val="24"/>
              </w:rPr>
              <w:t>Szkolenia</w:t>
            </w:r>
            <w:proofErr w:type="spellEnd"/>
            <w:r w:rsidRPr="00CD0D08">
              <w:rPr>
                <w:rFonts w:cs="Arial"/>
                <w:b/>
                <w:sz w:val="24"/>
                <w:szCs w:val="24"/>
              </w:rPr>
              <w:t xml:space="preserve"> </w:t>
            </w:r>
            <w:proofErr w:type="spellStart"/>
            <w:r w:rsidRPr="00CD0D08">
              <w:rPr>
                <w:rFonts w:cs="Arial"/>
                <w:b/>
                <w:sz w:val="24"/>
                <w:szCs w:val="24"/>
              </w:rPr>
              <w:t>zgodne</w:t>
            </w:r>
            <w:proofErr w:type="spellEnd"/>
            <w:r w:rsidRPr="00CD0D08">
              <w:rPr>
                <w:rFonts w:cs="Arial"/>
                <w:b/>
                <w:sz w:val="24"/>
                <w:szCs w:val="24"/>
              </w:rPr>
              <w:br/>
              <w:t xml:space="preserve">z </w:t>
            </w:r>
            <w:proofErr w:type="spellStart"/>
            <w:r w:rsidRPr="00CD0D08">
              <w:rPr>
                <w:rFonts w:cs="Arial"/>
                <w:b/>
                <w:sz w:val="24"/>
                <w:szCs w:val="24"/>
              </w:rPr>
              <w:t>potrzebą</w:t>
            </w:r>
            <w:proofErr w:type="spellEnd"/>
            <w:r w:rsidRPr="00CD0D08">
              <w:rPr>
                <w:rFonts w:cs="Arial"/>
                <w:b/>
                <w:sz w:val="24"/>
                <w:szCs w:val="24"/>
              </w:rPr>
              <w:br/>
              <w:t>(</w:t>
            </w:r>
            <w:proofErr w:type="spellStart"/>
            <w:r w:rsidRPr="00CD0D08">
              <w:rPr>
                <w:rFonts w:cs="Arial"/>
                <w:b/>
                <w:sz w:val="24"/>
                <w:szCs w:val="24"/>
              </w:rPr>
              <w:t>kody</w:t>
            </w:r>
            <w:proofErr w:type="spellEnd"/>
            <w:r w:rsidRPr="00CD0D08">
              <w:rPr>
                <w:rFonts w:cs="Arial"/>
                <w:b/>
                <w:sz w:val="24"/>
                <w:szCs w:val="24"/>
              </w:rPr>
              <w:t>)</w:t>
            </w:r>
          </w:p>
        </w:tc>
        <w:tc>
          <w:tcPr>
            <w:tcW w:w="2948" w:type="dxa"/>
            <w:shd w:val="clear" w:color="auto" w:fill="D9D9D9" w:themeFill="background1" w:themeFillShade="D9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916C519" w14:textId="77777777" w:rsidR="00CA3213" w:rsidRPr="00CD0D08" w:rsidRDefault="00053E0D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proofErr w:type="spellStart"/>
            <w:r w:rsidRPr="00CD0D08">
              <w:rPr>
                <w:rFonts w:cs="Arial"/>
                <w:b/>
                <w:sz w:val="24"/>
                <w:szCs w:val="24"/>
              </w:rPr>
              <w:t>Wynik</w:t>
            </w:r>
            <w:proofErr w:type="spellEnd"/>
            <w:r w:rsidRPr="00CD0D08">
              <w:rPr>
                <w:rFonts w:cs="Arial"/>
                <w:b/>
                <w:sz w:val="24"/>
                <w:szCs w:val="24"/>
              </w:rPr>
              <w:t xml:space="preserve"> </w:t>
            </w:r>
            <w:proofErr w:type="spellStart"/>
            <w:r w:rsidRPr="00CD0D08">
              <w:rPr>
                <w:rFonts w:cs="Arial"/>
                <w:b/>
                <w:sz w:val="24"/>
                <w:szCs w:val="24"/>
              </w:rPr>
              <w:t>według</w:t>
            </w:r>
            <w:proofErr w:type="spellEnd"/>
            <w:r w:rsidRPr="00CD0D08">
              <w:rPr>
                <w:rFonts w:cs="Arial"/>
                <w:b/>
                <w:sz w:val="24"/>
                <w:szCs w:val="24"/>
              </w:rPr>
              <w:t xml:space="preserve"> </w:t>
            </w:r>
            <w:proofErr w:type="spellStart"/>
            <w:r w:rsidRPr="00CD0D08">
              <w:rPr>
                <w:rFonts w:cs="Arial"/>
                <w:b/>
                <w:sz w:val="24"/>
                <w:szCs w:val="24"/>
              </w:rPr>
              <w:t>szkolenia</w:t>
            </w:r>
            <w:proofErr w:type="spellEnd"/>
            <w:r w:rsidRPr="00CD0D08">
              <w:rPr>
                <w:rFonts w:cs="Arial"/>
                <w:b/>
                <w:sz w:val="24"/>
                <w:szCs w:val="24"/>
              </w:rPr>
              <w:br/>
              <w:t>(</w:t>
            </w:r>
            <w:proofErr w:type="spellStart"/>
            <w:r w:rsidRPr="00CD0D08">
              <w:rPr>
                <w:rFonts w:cs="Arial"/>
                <w:b/>
                <w:sz w:val="24"/>
                <w:szCs w:val="24"/>
              </w:rPr>
              <w:t>kod-pozycja</w:t>
            </w:r>
            <w:proofErr w:type="spellEnd"/>
            <w:r w:rsidRPr="00CD0D08">
              <w:rPr>
                <w:rFonts w:cs="Arial"/>
                <w:b/>
                <w:sz w:val="24"/>
                <w:szCs w:val="24"/>
              </w:rPr>
              <w:t>/</w:t>
            </w:r>
            <w:proofErr w:type="spellStart"/>
            <w:r w:rsidRPr="00CD0D08">
              <w:rPr>
                <w:rFonts w:cs="Arial"/>
                <w:b/>
                <w:sz w:val="24"/>
                <w:szCs w:val="24"/>
              </w:rPr>
              <w:t>decyzja</w:t>
            </w:r>
            <w:proofErr w:type="spellEnd"/>
            <w:r w:rsidRPr="00CD0D08">
              <w:rPr>
                <w:rFonts w:cs="Arial"/>
                <w:b/>
                <w:sz w:val="24"/>
                <w:szCs w:val="24"/>
              </w:rPr>
              <w:t>)</w:t>
            </w:r>
          </w:p>
        </w:tc>
        <w:tc>
          <w:tcPr>
            <w:tcW w:w="2154" w:type="dxa"/>
            <w:shd w:val="clear" w:color="auto" w:fill="D9D9D9" w:themeFill="background1" w:themeFillShade="D9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9940728" w14:textId="77777777" w:rsidR="00CA3213" w:rsidRPr="00CD0D08" w:rsidRDefault="00053E0D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proofErr w:type="spellStart"/>
            <w:r w:rsidRPr="00CD0D08">
              <w:rPr>
                <w:rFonts w:cs="Arial"/>
                <w:b/>
                <w:sz w:val="24"/>
                <w:szCs w:val="24"/>
              </w:rPr>
              <w:t>Uwagi</w:t>
            </w:r>
            <w:proofErr w:type="spellEnd"/>
          </w:p>
        </w:tc>
      </w:tr>
      <w:tr w:rsidR="00CD0D08" w:rsidRPr="00CD0D08" w14:paraId="5DCAB928" w14:textId="77777777" w:rsidTr="009F22DE">
        <w:trPr>
          <w:cantSplit/>
          <w:trHeight w:val="363"/>
          <w:jc w:val="center"/>
        </w:trPr>
        <w:tc>
          <w:tcPr>
            <w:tcW w:w="56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190C5E7" w14:textId="77777777" w:rsidR="00CA3213" w:rsidRPr="00CD0D08" w:rsidRDefault="00053E0D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r w:rsidRPr="00CD0D08">
              <w:rPr>
                <w:rFonts w:cs="Arial"/>
                <w:sz w:val="24"/>
                <w:szCs w:val="24"/>
              </w:rPr>
              <w:t>1</w:t>
            </w:r>
          </w:p>
        </w:tc>
        <w:tc>
          <w:tcPr>
            <w:tcW w:w="204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A050F20" w14:textId="77777777" w:rsidR="00CA3213" w:rsidRPr="00CD0D08" w:rsidRDefault="00CA3213" w:rsidP="00541DF8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82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F222127" w14:textId="77777777" w:rsidR="00CA3213" w:rsidRPr="00CD0D08" w:rsidRDefault="00CA3213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949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B5ECFE7" w14:textId="77777777" w:rsidR="00CA3213" w:rsidRPr="00CD0D08" w:rsidRDefault="00CA3213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3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F5A98C6" w14:textId="77777777" w:rsidR="00CA3213" w:rsidRPr="00CD0D08" w:rsidRDefault="00CA3213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8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1A3C52F" w14:textId="77777777" w:rsidR="00CA3213" w:rsidRPr="00CD0D08" w:rsidRDefault="00CA3213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92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2D0936F" w14:textId="77777777" w:rsidR="00CA3213" w:rsidRPr="00CD0D08" w:rsidRDefault="00CA3213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6B4F0B9" w14:textId="77777777" w:rsidR="00CA3213" w:rsidRPr="00CD0D08" w:rsidRDefault="00CA3213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929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683DC86" w14:textId="77777777" w:rsidR="00CA3213" w:rsidRPr="00CD0D08" w:rsidRDefault="00CA3213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81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BAFC922" w14:textId="77777777" w:rsidR="00CA3213" w:rsidRPr="00CD0D08" w:rsidRDefault="00CA3213" w:rsidP="00541DF8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294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1C40FFF" w14:textId="77777777" w:rsidR="00CA3213" w:rsidRPr="00CD0D08" w:rsidRDefault="00CA3213" w:rsidP="00541DF8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215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9A659AA" w14:textId="77777777" w:rsidR="00CA3213" w:rsidRPr="00CD0D08" w:rsidRDefault="00CA3213" w:rsidP="00541DF8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</w:tr>
      <w:tr w:rsidR="00CD0D08" w:rsidRPr="00CD0D08" w14:paraId="703993B0" w14:textId="77777777" w:rsidTr="009F22DE">
        <w:trPr>
          <w:cantSplit/>
          <w:trHeight w:val="363"/>
          <w:jc w:val="center"/>
        </w:trPr>
        <w:tc>
          <w:tcPr>
            <w:tcW w:w="56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52E21AD" w14:textId="77777777" w:rsidR="00CA3213" w:rsidRPr="00CD0D08" w:rsidRDefault="00053E0D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r w:rsidRPr="00CD0D08">
              <w:rPr>
                <w:rFonts w:cs="Arial"/>
                <w:sz w:val="24"/>
                <w:szCs w:val="24"/>
              </w:rPr>
              <w:t>2</w:t>
            </w:r>
          </w:p>
        </w:tc>
        <w:tc>
          <w:tcPr>
            <w:tcW w:w="204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5CEC424" w14:textId="77777777" w:rsidR="00CA3213" w:rsidRPr="00CD0D08" w:rsidRDefault="00CA3213" w:rsidP="00541DF8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82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84747D6" w14:textId="77777777" w:rsidR="00CA3213" w:rsidRPr="00CD0D08" w:rsidRDefault="00CA3213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949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19B9D68" w14:textId="77777777" w:rsidR="00CA3213" w:rsidRPr="00CD0D08" w:rsidRDefault="00CA3213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3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9F26F41" w14:textId="77777777" w:rsidR="00CA3213" w:rsidRPr="00CD0D08" w:rsidRDefault="00CA3213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8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4A2ED9A" w14:textId="77777777" w:rsidR="00CA3213" w:rsidRPr="00CD0D08" w:rsidRDefault="00CA3213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92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981F061" w14:textId="77777777" w:rsidR="00CA3213" w:rsidRPr="00CD0D08" w:rsidRDefault="00CA3213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8EFA55D" w14:textId="77777777" w:rsidR="00CA3213" w:rsidRPr="00CD0D08" w:rsidRDefault="00CA3213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929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CA79862" w14:textId="77777777" w:rsidR="00CA3213" w:rsidRPr="00CD0D08" w:rsidRDefault="00CA3213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81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48DB8E7" w14:textId="77777777" w:rsidR="00CA3213" w:rsidRPr="00CD0D08" w:rsidRDefault="00CA3213" w:rsidP="00541DF8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294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BFB2C77" w14:textId="77777777" w:rsidR="00CA3213" w:rsidRPr="00CD0D08" w:rsidRDefault="00CA3213" w:rsidP="00541DF8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215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DE5B40F" w14:textId="77777777" w:rsidR="00CA3213" w:rsidRPr="00CD0D08" w:rsidRDefault="00CA3213" w:rsidP="00541DF8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</w:tr>
      <w:tr w:rsidR="00CD0D08" w:rsidRPr="00CD0D08" w14:paraId="2FAB9CA1" w14:textId="77777777" w:rsidTr="009F22DE">
        <w:trPr>
          <w:cantSplit/>
          <w:trHeight w:val="363"/>
          <w:jc w:val="center"/>
        </w:trPr>
        <w:tc>
          <w:tcPr>
            <w:tcW w:w="56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BE3CB09" w14:textId="77777777" w:rsidR="00CA3213" w:rsidRPr="00CD0D08" w:rsidRDefault="00053E0D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r w:rsidRPr="00CD0D08">
              <w:rPr>
                <w:rFonts w:cs="Arial"/>
                <w:sz w:val="24"/>
                <w:szCs w:val="24"/>
              </w:rPr>
              <w:t>3</w:t>
            </w:r>
          </w:p>
        </w:tc>
        <w:tc>
          <w:tcPr>
            <w:tcW w:w="204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CF0FB1A" w14:textId="77777777" w:rsidR="00CA3213" w:rsidRPr="00CD0D08" w:rsidRDefault="00CA3213" w:rsidP="00541DF8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82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3DDDE66" w14:textId="77777777" w:rsidR="00CA3213" w:rsidRPr="00CD0D08" w:rsidRDefault="00CA3213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949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1A9D39C" w14:textId="77777777" w:rsidR="00CA3213" w:rsidRPr="00CD0D08" w:rsidRDefault="00CA3213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3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B27D85E" w14:textId="77777777" w:rsidR="00CA3213" w:rsidRPr="00CD0D08" w:rsidRDefault="00CA3213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8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2A4800A" w14:textId="77777777" w:rsidR="00CA3213" w:rsidRPr="00CD0D08" w:rsidRDefault="00CA3213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92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BD0DD12" w14:textId="77777777" w:rsidR="00CA3213" w:rsidRPr="00CD0D08" w:rsidRDefault="00CA3213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6BDC26C" w14:textId="77777777" w:rsidR="00CA3213" w:rsidRPr="00CD0D08" w:rsidRDefault="00CA3213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929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8D87CA1" w14:textId="77777777" w:rsidR="00CA3213" w:rsidRPr="00CD0D08" w:rsidRDefault="00CA3213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81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4320CB2" w14:textId="77777777" w:rsidR="00CA3213" w:rsidRPr="00CD0D08" w:rsidRDefault="00CA3213" w:rsidP="00541DF8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294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F1DEB31" w14:textId="77777777" w:rsidR="00CA3213" w:rsidRPr="00CD0D08" w:rsidRDefault="00CA3213" w:rsidP="00541DF8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215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9D4B189" w14:textId="77777777" w:rsidR="00CA3213" w:rsidRPr="00CD0D08" w:rsidRDefault="00CA3213" w:rsidP="00541DF8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</w:tr>
      <w:tr w:rsidR="00CD0D08" w:rsidRPr="00CD0D08" w14:paraId="320BA262" w14:textId="77777777" w:rsidTr="009F22DE">
        <w:trPr>
          <w:cantSplit/>
          <w:trHeight w:val="363"/>
          <w:jc w:val="center"/>
        </w:trPr>
        <w:tc>
          <w:tcPr>
            <w:tcW w:w="56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5A48761" w14:textId="77777777" w:rsidR="00CA3213" w:rsidRPr="00CD0D08" w:rsidRDefault="00053E0D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r w:rsidRPr="00CD0D08">
              <w:rPr>
                <w:rFonts w:cs="Arial"/>
                <w:sz w:val="24"/>
                <w:szCs w:val="24"/>
              </w:rPr>
              <w:t>4</w:t>
            </w:r>
          </w:p>
        </w:tc>
        <w:tc>
          <w:tcPr>
            <w:tcW w:w="204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3EA8B99" w14:textId="77777777" w:rsidR="00CA3213" w:rsidRPr="00CD0D08" w:rsidRDefault="00CA3213" w:rsidP="00541DF8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82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7FA53FD" w14:textId="77777777" w:rsidR="00CA3213" w:rsidRPr="00CD0D08" w:rsidRDefault="00CA3213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949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974B780" w14:textId="77777777" w:rsidR="00CA3213" w:rsidRPr="00CD0D08" w:rsidRDefault="00CA3213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3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DB071E1" w14:textId="77777777" w:rsidR="00CA3213" w:rsidRPr="00CD0D08" w:rsidRDefault="00CA3213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8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50DB068" w14:textId="77777777" w:rsidR="00CA3213" w:rsidRPr="00CD0D08" w:rsidRDefault="00CA3213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92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93586BC" w14:textId="77777777" w:rsidR="00CA3213" w:rsidRPr="00CD0D08" w:rsidRDefault="00CA3213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57EA501" w14:textId="77777777" w:rsidR="00CA3213" w:rsidRPr="00CD0D08" w:rsidRDefault="00CA3213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929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68CCE82" w14:textId="77777777" w:rsidR="00CA3213" w:rsidRPr="00CD0D08" w:rsidRDefault="00CA3213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81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2DB4571" w14:textId="77777777" w:rsidR="00CA3213" w:rsidRPr="00CD0D08" w:rsidRDefault="00CA3213" w:rsidP="00541DF8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294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103CF52" w14:textId="77777777" w:rsidR="00CA3213" w:rsidRPr="00CD0D08" w:rsidRDefault="00CA3213" w:rsidP="00541DF8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215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A3583BC" w14:textId="77777777" w:rsidR="00CA3213" w:rsidRPr="00CD0D08" w:rsidRDefault="00CA3213" w:rsidP="00541DF8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</w:tr>
      <w:tr w:rsidR="00CD0D08" w:rsidRPr="00CD0D08" w14:paraId="789AE2CF" w14:textId="77777777" w:rsidTr="009F22DE">
        <w:trPr>
          <w:cantSplit/>
          <w:trHeight w:val="363"/>
          <w:jc w:val="center"/>
        </w:trPr>
        <w:tc>
          <w:tcPr>
            <w:tcW w:w="56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3615057" w14:textId="77777777" w:rsidR="00CA3213" w:rsidRPr="00CD0D08" w:rsidRDefault="00053E0D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r w:rsidRPr="00CD0D08">
              <w:rPr>
                <w:rFonts w:cs="Arial"/>
                <w:sz w:val="24"/>
                <w:szCs w:val="24"/>
              </w:rPr>
              <w:t>5</w:t>
            </w:r>
          </w:p>
        </w:tc>
        <w:tc>
          <w:tcPr>
            <w:tcW w:w="204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753B8B3" w14:textId="77777777" w:rsidR="00CA3213" w:rsidRPr="00CD0D08" w:rsidRDefault="00CA3213" w:rsidP="00541DF8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82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1E1937A" w14:textId="77777777" w:rsidR="00CA3213" w:rsidRPr="00CD0D08" w:rsidRDefault="00CA3213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949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5E39119" w14:textId="77777777" w:rsidR="00CA3213" w:rsidRPr="00CD0D08" w:rsidRDefault="00CA3213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3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6426DEF" w14:textId="77777777" w:rsidR="00CA3213" w:rsidRPr="00CD0D08" w:rsidRDefault="00CA3213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8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D803B6C" w14:textId="77777777" w:rsidR="00CA3213" w:rsidRPr="00CD0D08" w:rsidRDefault="00CA3213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92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B7470A8" w14:textId="77777777" w:rsidR="00CA3213" w:rsidRPr="00CD0D08" w:rsidRDefault="00CA3213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D12AF61" w14:textId="77777777" w:rsidR="00CA3213" w:rsidRPr="00CD0D08" w:rsidRDefault="00CA3213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929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0DEE79E" w14:textId="77777777" w:rsidR="00CA3213" w:rsidRPr="00CD0D08" w:rsidRDefault="00CA3213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81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26867E6" w14:textId="77777777" w:rsidR="00CA3213" w:rsidRPr="00CD0D08" w:rsidRDefault="00CA3213" w:rsidP="00541DF8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294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A66B1AE" w14:textId="77777777" w:rsidR="00CA3213" w:rsidRPr="00CD0D08" w:rsidRDefault="00CA3213" w:rsidP="00541DF8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215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0BB32DC" w14:textId="77777777" w:rsidR="00CA3213" w:rsidRPr="00CD0D08" w:rsidRDefault="00CA3213" w:rsidP="00541DF8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</w:tr>
      <w:tr w:rsidR="00CD0D08" w:rsidRPr="00CD0D08" w14:paraId="7F34A131" w14:textId="77777777" w:rsidTr="009F22DE">
        <w:trPr>
          <w:cantSplit/>
          <w:trHeight w:val="363"/>
          <w:jc w:val="center"/>
        </w:trPr>
        <w:tc>
          <w:tcPr>
            <w:tcW w:w="56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8FC0493" w14:textId="77777777" w:rsidR="00CA3213" w:rsidRPr="00CD0D08" w:rsidRDefault="00053E0D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r w:rsidRPr="00CD0D08">
              <w:rPr>
                <w:rFonts w:cs="Arial"/>
                <w:sz w:val="24"/>
                <w:szCs w:val="24"/>
              </w:rPr>
              <w:t>6</w:t>
            </w:r>
          </w:p>
        </w:tc>
        <w:tc>
          <w:tcPr>
            <w:tcW w:w="204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7487277" w14:textId="77777777" w:rsidR="00CA3213" w:rsidRPr="00CD0D08" w:rsidRDefault="00CA3213" w:rsidP="00541DF8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82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15C0AC3" w14:textId="77777777" w:rsidR="00CA3213" w:rsidRPr="00CD0D08" w:rsidRDefault="00CA3213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949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31591E9" w14:textId="77777777" w:rsidR="00CA3213" w:rsidRPr="00CD0D08" w:rsidRDefault="00CA3213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3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D8B84E4" w14:textId="77777777" w:rsidR="00CA3213" w:rsidRPr="00CD0D08" w:rsidRDefault="00CA3213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8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C75F238" w14:textId="77777777" w:rsidR="00CA3213" w:rsidRPr="00CD0D08" w:rsidRDefault="00CA3213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92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3DA54EA" w14:textId="77777777" w:rsidR="00CA3213" w:rsidRPr="00CD0D08" w:rsidRDefault="00CA3213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9F87789" w14:textId="77777777" w:rsidR="00CA3213" w:rsidRPr="00CD0D08" w:rsidRDefault="00CA3213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929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C0EBD80" w14:textId="77777777" w:rsidR="00CA3213" w:rsidRPr="00CD0D08" w:rsidRDefault="00CA3213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81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C88C5B8" w14:textId="77777777" w:rsidR="00CA3213" w:rsidRPr="00CD0D08" w:rsidRDefault="00CA3213" w:rsidP="00541DF8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294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616051A" w14:textId="77777777" w:rsidR="00CA3213" w:rsidRPr="00CD0D08" w:rsidRDefault="00CA3213" w:rsidP="00541DF8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215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5CE8798" w14:textId="77777777" w:rsidR="00CA3213" w:rsidRPr="00CD0D08" w:rsidRDefault="00CA3213" w:rsidP="00541DF8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</w:tr>
      <w:tr w:rsidR="00CD0D08" w:rsidRPr="00CD0D08" w14:paraId="095641DF" w14:textId="77777777" w:rsidTr="009F22DE">
        <w:trPr>
          <w:cantSplit/>
          <w:trHeight w:val="363"/>
          <w:jc w:val="center"/>
        </w:trPr>
        <w:tc>
          <w:tcPr>
            <w:tcW w:w="56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118BFE0" w14:textId="77777777" w:rsidR="00CA3213" w:rsidRPr="00CD0D08" w:rsidRDefault="00053E0D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r w:rsidRPr="00CD0D08">
              <w:rPr>
                <w:rFonts w:cs="Arial"/>
                <w:sz w:val="24"/>
                <w:szCs w:val="24"/>
              </w:rPr>
              <w:lastRenderedPageBreak/>
              <w:t>7</w:t>
            </w:r>
          </w:p>
        </w:tc>
        <w:tc>
          <w:tcPr>
            <w:tcW w:w="204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D85BD94" w14:textId="77777777" w:rsidR="00CA3213" w:rsidRPr="00CD0D08" w:rsidRDefault="00CA3213" w:rsidP="00541DF8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82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EC6C25D" w14:textId="77777777" w:rsidR="00CA3213" w:rsidRPr="00CD0D08" w:rsidRDefault="00CA3213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949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A1B3D54" w14:textId="77777777" w:rsidR="00CA3213" w:rsidRPr="00CD0D08" w:rsidRDefault="00CA3213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3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20CADAA" w14:textId="77777777" w:rsidR="00CA3213" w:rsidRPr="00CD0D08" w:rsidRDefault="00CA3213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88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B6F06B0" w14:textId="77777777" w:rsidR="00CA3213" w:rsidRPr="00CD0D08" w:rsidRDefault="00CA3213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92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D603CB1" w14:textId="77777777" w:rsidR="00CA3213" w:rsidRPr="00CD0D08" w:rsidRDefault="00CA3213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13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0053954" w14:textId="77777777" w:rsidR="00CA3213" w:rsidRPr="00CD0D08" w:rsidRDefault="00CA3213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929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3751BFD" w14:textId="77777777" w:rsidR="00CA3213" w:rsidRPr="00CD0D08" w:rsidRDefault="00CA3213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181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EBF95E5" w14:textId="77777777" w:rsidR="00CA3213" w:rsidRPr="00CD0D08" w:rsidRDefault="00CA3213" w:rsidP="00541DF8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294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6E65BFE" w14:textId="77777777" w:rsidR="00CA3213" w:rsidRPr="00CD0D08" w:rsidRDefault="00CA3213" w:rsidP="00541DF8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2154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E63E507" w14:textId="77777777" w:rsidR="00CA3213" w:rsidRPr="00CD0D08" w:rsidRDefault="00CA3213" w:rsidP="00541DF8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</w:tr>
    </w:tbl>
    <w:p w14:paraId="66679BE4" w14:textId="77777777" w:rsidR="00CA3213" w:rsidRPr="00CD0D08" w:rsidRDefault="00053E0D" w:rsidP="00541DF8">
      <w:pPr>
        <w:pStyle w:val="Nagwek1"/>
        <w:keepNext w:val="0"/>
        <w:keepLines w:val="0"/>
        <w:widowControl w:val="0"/>
        <w:spacing w:before="120" w:after="120" w:line="360" w:lineRule="auto"/>
        <w:rPr>
          <w:rFonts w:ascii="Arial" w:hAnsi="Arial" w:cs="Arial"/>
          <w:color w:val="auto"/>
          <w:sz w:val="24"/>
          <w:szCs w:val="24"/>
        </w:rPr>
      </w:pPr>
      <w:r w:rsidRPr="00CD0D08">
        <w:rPr>
          <w:rFonts w:ascii="Arial" w:eastAsia="Arial" w:hAnsi="Arial" w:cs="Arial"/>
          <w:color w:val="auto"/>
          <w:sz w:val="24"/>
          <w:szCs w:val="24"/>
        </w:rPr>
        <w:t xml:space="preserve">Legenda </w:t>
      </w:r>
      <w:proofErr w:type="spellStart"/>
      <w:r w:rsidRPr="00CD0D08">
        <w:rPr>
          <w:rFonts w:ascii="Arial" w:eastAsia="Arial" w:hAnsi="Arial" w:cs="Arial"/>
          <w:color w:val="auto"/>
          <w:sz w:val="24"/>
          <w:szCs w:val="24"/>
        </w:rPr>
        <w:t>i</w:t>
      </w:r>
      <w:proofErr w:type="spellEnd"/>
      <w:r w:rsidRPr="00CD0D08">
        <w:rPr>
          <w:rFonts w:ascii="Arial" w:eastAsia="Arial" w:hAnsi="Arial" w:cs="Arial"/>
          <w:color w:val="auto"/>
          <w:sz w:val="24"/>
          <w:szCs w:val="24"/>
        </w:rPr>
        <w:t xml:space="preserve"> </w:t>
      </w:r>
      <w:proofErr w:type="spellStart"/>
      <w:r w:rsidRPr="00CD0D08">
        <w:rPr>
          <w:rFonts w:ascii="Arial" w:eastAsia="Arial" w:hAnsi="Arial" w:cs="Arial"/>
          <w:color w:val="auto"/>
          <w:sz w:val="24"/>
          <w:szCs w:val="24"/>
        </w:rPr>
        <w:t>sposób</w:t>
      </w:r>
      <w:proofErr w:type="spellEnd"/>
      <w:r w:rsidRPr="00CD0D08">
        <w:rPr>
          <w:rFonts w:ascii="Arial" w:eastAsia="Arial" w:hAnsi="Arial" w:cs="Arial"/>
          <w:color w:val="auto"/>
          <w:sz w:val="24"/>
          <w:szCs w:val="24"/>
        </w:rPr>
        <w:t xml:space="preserve"> </w:t>
      </w:r>
      <w:proofErr w:type="spellStart"/>
      <w:r w:rsidRPr="00CD0D08">
        <w:rPr>
          <w:rFonts w:ascii="Arial" w:eastAsia="Arial" w:hAnsi="Arial" w:cs="Arial"/>
          <w:color w:val="auto"/>
          <w:sz w:val="24"/>
          <w:szCs w:val="24"/>
        </w:rPr>
        <w:t>wypełniania</w:t>
      </w:r>
      <w:proofErr w:type="spellEnd"/>
    </w:p>
    <w:p w14:paraId="2FD4674D" w14:textId="77777777" w:rsidR="00CA3213" w:rsidRPr="00CD0D08" w:rsidRDefault="00053E0D" w:rsidP="00541DF8">
      <w:pPr>
        <w:pStyle w:val="Listapunktowana"/>
        <w:widowControl w:val="0"/>
        <w:spacing w:before="120" w:after="120" w:line="360" w:lineRule="auto"/>
        <w:ind w:left="312" w:hanging="198"/>
        <w:rPr>
          <w:rFonts w:cs="Arial"/>
          <w:sz w:val="24"/>
          <w:szCs w:val="24"/>
        </w:rPr>
      </w:pPr>
      <w:r w:rsidRPr="00CD0D08">
        <w:rPr>
          <w:rFonts w:cs="Arial"/>
          <w:sz w:val="24"/>
          <w:szCs w:val="24"/>
        </w:rPr>
        <w:t xml:space="preserve">OWP: T - osoba uczęszcza do OWP w Strzebielinie-Osiedlu albo jest w nim zatrudniona; N - kryterium niespełnione.</w:t>
      </w:r>
      <w:proofErr w:type="spellStart"/>
      <w:r w:rsidRPr="00CD0D08">
        <w:rPr>
          <w:rFonts w:cs="Arial"/>
          <w:sz w:val="24"/>
          <w:szCs w:val="24"/>
        </w:rPr>
        <w:t/>
      </w:r>
      <w:proofErr w:type="spellEnd"/>
      <w:r w:rsidRPr="00CD0D08">
        <w:rPr>
          <w:rFonts w:cs="Arial"/>
          <w:sz w:val="24"/>
          <w:szCs w:val="24"/>
        </w:rPr>
        <w:t xml:space="preserve"/>
      </w:r>
      <w:proofErr w:type="spellStart"/>
      <w:r w:rsidRPr="00CD0D08">
        <w:rPr>
          <w:rFonts w:cs="Arial"/>
          <w:sz w:val="24"/>
          <w:szCs w:val="24"/>
        </w:rPr>
        <w:t/>
      </w:r>
      <w:proofErr w:type="spellEnd"/>
      <w:r w:rsidRPr="00CD0D08">
        <w:rPr>
          <w:rFonts w:cs="Arial"/>
          <w:sz w:val="24"/>
          <w:szCs w:val="24"/>
        </w:rPr>
        <w:t xml:space="preserve"/>
      </w:r>
      <w:proofErr w:type="spellStart"/>
      <w:r w:rsidRPr="00CD0D08">
        <w:rPr>
          <w:rFonts w:cs="Arial"/>
          <w:sz w:val="24"/>
          <w:szCs w:val="24"/>
        </w:rPr>
        <w:t/>
      </w:r>
      <w:proofErr w:type="spellEnd"/>
      <w:r w:rsidRPr="00CD0D08">
        <w:rPr>
          <w:rFonts w:cs="Arial"/>
          <w:sz w:val="24"/>
          <w:szCs w:val="24"/>
        </w:rPr>
        <w:t xml:space="preserve"/>
      </w:r>
      <w:proofErr w:type="spellStart"/>
      <w:r w:rsidRPr="00CD0D08">
        <w:rPr>
          <w:rFonts w:cs="Arial"/>
          <w:sz w:val="24"/>
          <w:szCs w:val="24"/>
        </w:rPr>
        <w:t/>
      </w:r>
      <w:proofErr w:type="spellEnd"/>
      <w:r w:rsidRPr="00CD0D08">
        <w:rPr>
          <w:rFonts w:cs="Arial"/>
          <w:sz w:val="24"/>
          <w:szCs w:val="24"/>
        </w:rPr>
        <w:t/>
      </w:r>
    </w:p>
    <w:p w14:paraId="028BB6EA" w14:textId="77777777" w:rsidR="00CA3213" w:rsidRPr="00CD0D08" w:rsidRDefault="00053E0D" w:rsidP="00541DF8">
      <w:pPr>
        <w:pStyle w:val="Listapunktowana"/>
        <w:widowControl w:val="0"/>
        <w:spacing w:before="120" w:after="120" w:line="360" w:lineRule="auto"/>
        <w:ind w:left="312" w:hanging="198"/>
        <w:rPr>
          <w:rFonts w:cs="Arial"/>
          <w:sz w:val="24"/>
          <w:szCs w:val="24"/>
        </w:rPr>
      </w:pPr>
      <w:proofErr w:type="spellStart"/>
      <w:r w:rsidRPr="00CD0D08">
        <w:rPr>
          <w:rFonts w:cs="Arial"/>
          <w:sz w:val="24"/>
          <w:szCs w:val="24"/>
        </w:rPr>
        <w:t>Szkolenia</w:t>
      </w:r>
      <w:proofErr w:type="spellEnd"/>
      <w:r w:rsidRPr="00CD0D08">
        <w:rPr>
          <w:rFonts w:cs="Arial"/>
          <w:sz w:val="24"/>
          <w:szCs w:val="24"/>
        </w:rPr>
        <w:t xml:space="preserve">: OPKS - </w:t>
      </w:r>
      <w:proofErr w:type="spellStart"/>
      <w:r w:rsidRPr="00CD0D08">
        <w:rPr>
          <w:rFonts w:cs="Arial"/>
          <w:sz w:val="24"/>
          <w:szCs w:val="24"/>
        </w:rPr>
        <w:t>praca</w:t>
      </w:r>
      <w:proofErr w:type="spellEnd"/>
      <w:r w:rsidRPr="00CD0D08">
        <w:rPr>
          <w:rFonts w:cs="Arial"/>
          <w:sz w:val="24"/>
          <w:szCs w:val="24"/>
        </w:rPr>
        <w:t xml:space="preserve"> z </w:t>
      </w:r>
      <w:proofErr w:type="spellStart"/>
      <w:r w:rsidRPr="00CD0D08">
        <w:rPr>
          <w:rFonts w:cs="Arial"/>
          <w:sz w:val="24"/>
          <w:szCs w:val="24"/>
        </w:rPr>
        <w:t>dziećmi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posiadającymi</w:t>
      </w:r>
      <w:proofErr w:type="spellEnd"/>
      <w:r w:rsidRPr="00CD0D08">
        <w:rPr>
          <w:rFonts w:cs="Arial"/>
          <w:sz w:val="24"/>
          <w:szCs w:val="24"/>
        </w:rPr>
        <w:t xml:space="preserve"> OPKS; LM - </w:t>
      </w:r>
      <w:proofErr w:type="spellStart"/>
      <w:r w:rsidRPr="00CD0D08">
        <w:rPr>
          <w:rFonts w:cs="Arial"/>
          <w:sz w:val="24"/>
          <w:szCs w:val="24"/>
        </w:rPr>
        <w:t>myślenie logiczne i rozwiązywanie problemów</w:t>
      </w:r>
      <w:proofErr w:type="spellEnd"/>
      <w:r w:rsidRPr="00CD0D08">
        <w:rPr>
          <w:rFonts w:cs="Arial"/>
          <w:sz w:val="24"/>
          <w:szCs w:val="24"/>
        </w:rPr>
        <w:t xml:space="preserve"/>
      </w:r>
      <w:proofErr w:type="spellStart"/>
      <w:r w:rsidRPr="00CD0D08">
        <w:rPr>
          <w:rFonts w:cs="Arial"/>
          <w:sz w:val="24"/>
          <w:szCs w:val="24"/>
        </w:rPr>
        <w:t/>
      </w:r>
      <w:proofErr w:type="spellEnd"/>
      <w:r w:rsidRPr="00CD0D08">
        <w:rPr>
          <w:rFonts w:cs="Arial"/>
          <w:sz w:val="24"/>
          <w:szCs w:val="24"/>
        </w:rPr>
        <w:t xml:space="preserve">; MA - </w:t>
      </w:r>
      <w:proofErr w:type="spellStart"/>
      <w:r w:rsidRPr="00CD0D08">
        <w:rPr>
          <w:rFonts w:cs="Arial"/>
          <w:sz w:val="24"/>
          <w:szCs w:val="24"/>
        </w:rPr>
        <w:t>rozwój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mowy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i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artykulacji</w:t>
      </w:r>
      <w:proofErr w:type="spellEnd"/>
      <w:r w:rsidRPr="00CD0D08">
        <w:rPr>
          <w:rFonts w:cs="Arial"/>
          <w:sz w:val="24"/>
          <w:szCs w:val="24"/>
        </w:rPr>
        <w:t xml:space="preserve">; SE - </w:t>
      </w:r>
      <w:proofErr w:type="spellStart"/>
      <w:r w:rsidRPr="00CD0D08">
        <w:rPr>
          <w:rFonts w:cs="Arial"/>
          <w:sz w:val="24"/>
          <w:szCs w:val="24"/>
        </w:rPr>
        <w:t>kompetencje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społeczno-emocjonalne</w:t>
      </w:r>
      <w:proofErr w:type="spellEnd"/>
      <w:r w:rsidRPr="00CD0D08">
        <w:rPr>
          <w:rFonts w:cs="Arial"/>
          <w:sz w:val="24"/>
          <w:szCs w:val="24"/>
        </w:rPr>
        <w:t>.</w:t>
      </w:r>
    </w:p>
    <w:p w14:paraId="44F4DC7D" w14:textId="77777777" w:rsidR="00CA3213" w:rsidRPr="00CD0D08" w:rsidRDefault="00053E0D" w:rsidP="00541DF8">
      <w:pPr>
        <w:pStyle w:val="Listapunktowana"/>
        <w:widowControl w:val="0"/>
        <w:spacing w:before="120" w:after="120" w:line="360" w:lineRule="auto"/>
        <w:ind w:left="312" w:hanging="198"/>
        <w:rPr>
          <w:rFonts w:cs="Arial"/>
          <w:sz w:val="24"/>
          <w:szCs w:val="24"/>
        </w:rPr>
      </w:pPr>
      <w:proofErr w:type="spellStart"/>
      <w:r w:rsidRPr="00CD0D08">
        <w:rPr>
          <w:rFonts w:cs="Arial"/>
          <w:sz w:val="24"/>
          <w:szCs w:val="24"/>
        </w:rPr>
        <w:t>Decyzja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dla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każdego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szkolenia</w:t>
      </w:r>
      <w:proofErr w:type="spellEnd"/>
      <w:r w:rsidRPr="00CD0D08">
        <w:rPr>
          <w:rFonts w:cs="Arial"/>
          <w:sz w:val="24"/>
          <w:szCs w:val="24"/>
        </w:rPr>
        <w:t xml:space="preserve">: Z - </w:t>
      </w:r>
      <w:proofErr w:type="spellStart"/>
      <w:r w:rsidRPr="00CD0D08">
        <w:rPr>
          <w:rFonts w:cs="Arial"/>
          <w:sz w:val="24"/>
          <w:szCs w:val="24"/>
        </w:rPr>
        <w:t>zakwalifikowany</w:t>
      </w:r>
      <w:proofErr w:type="spellEnd"/>
      <w:r w:rsidRPr="00CD0D08">
        <w:rPr>
          <w:rFonts w:cs="Arial"/>
          <w:sz w:val="24"/>
          <w:szCs w:val="24"/>
        </w:rPr>
        <w:t xml:space="preserve">/a; R - </w:t>
      </w:r>
      <w:proofErr w:type="spellStart"/>
      <w:r w:rsidRPr="00CD0D08">
        <w:rPr>
          <w:rFonts w:cs="Arial"/>
          <w:sz w:val="24"/>
          <w:szCs w:val="24"/>
        </w:rPr>
        <w:t>lista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rezerwowa</w:t>
      </w:r>
      <w:proofErr w:type="spellEnd"/>
      <w:r w:rsidRPr="00CD0D08">
        <w:rPr>
          <w:rFonts w:cs="Arial"/>
          <w:sz w:val="24"/>
          <w:szCs w:val="24"/>
        </w:rPr>
        <w:t xml:space="preserve">; N - </w:t>
      </w:r>
      <w:proofErr w:type="spellStart"/>
      <w:r w:rsidRPr="00CD0D08">
        <w:rPr>
          <w:rFonts w:cs="Arial"/>
          <w:sz w:val="24"/>
          <w:szCs w:val="24"/>
        </w:rPr>
        <w:t>niezakwalifikowany</w:t>
      </w:r>
      <w:proofErr w:type="spellEnd"/>
      <w:r w:rsidRPr="00CD0D08">
        <w:rPr>
          <w:rFonts w:cs="Arial"/>
          <w:sz w:val="24"/>
          <w:szCs w:val="24"/>
        </w:rPr>
        <w:t xml:space="preserve">/a. Ta </w:t>
      </w:r>
      <w:proofErr w:type="spellStart"/>
      <w:r w:rsidRPr="00CD0D08">
        <w:rPr>
          <w:rFonts w:cs="Arial"/>
          <w:sz w:val="24"/>
          <w:szCs w:val="24"/>
        </w:rPr>
        <w:t>sama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pozycja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oznacza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miejsce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lastRenderedPageBreak/>
        <w:t>równorzędne</w:t>
      </w:r>
      <w:proofErr w:type="spellEnd"/>
      <w:r w:rsidRPr="00CD0D08">
        <w:rPr>
          <w:rFonts w:cs="Arial"/>
          <w:sz w:val="24"/>
          <w:szCs w:val="24"/>
        </w:rPr>
        <w:t>.</w:t>
      </w:r>
    </w:p>
    <w:p w14:paraId="00BB8B12" w14:textId="40A9F599" w:rsidR="00CA3213" w:rsidRPr="00CD0D08" w:rsidRDefault="00CA3213" w:rsidP="00541DF8">
      <w:pPr>
        <w:widowControl w:val="0"/>
        <w:spacing w:before="120" w:after="120" w:line="360" w:lineRule="auto"/>
        <w:rPr>
          <w:rFonts w:cs="Arial"/>
          <w:sz w:val="24"/>
          <w:szCs w:val="24"/>
        </w:rPr>
      </w:pPr>
    </w:p>
    <w:p w14:paraId="35D2EBFC" w14:textId="77777777" w:rsidR="00CA3213" w:rsidRPr="00CD0D08" w:rsidRDefault="00053E0D" w:rsidP="00541DF8">
      <w:pPr>
        <w:pStyle w:val="Nagwek1"/>
        <w:keepNext w:val="0"/>
        <w:keepLines w:val="0"/>
        <w:widowControl w:val="0"/>
        <w:spacing w:before="120" w:after="120" w:line="360" w:lineRule="auto"/>
        <w:rPr>
          <w:rFonts w:ascii="Arial" w:hAnsi="Arial" w:cs="Arial"/>
          <w:color w:val="auto"/>
          <w:sz w:val="24"/>
          <w:szCs w:val="24"/>
        </w:rPr>
      </w:pPr>
      <w:proofErr w:type="spellStart"/>
      <w:r w:rsidRPr="00CD0D08">
        <w:rPr>
          <w:rFonts w:ascii="Arial" w:eastAsia="Arial" w:hAnsi="Arial" w:cs="Arial"/>
          <w:color w:val="auto"/>
          <w:sz w:val="24"/>
          <w:szCs w:val="24"/>
        </w:rPr>
        <w:t>Podsumowanie</w:t>
      </w:r>
      <w:proofErr w:type="spellEnd"/>
      <w:r w:rsidRPr="00CD0D08">
        <w:rPr>
          <w:rFonts w:ascii="Arial" w:eastAsia="Arial" w:hAnsi="Arial" w:cs="Arial"/>
          <w:color w:val="auto"/>
          <w:sz w:val="24"/>
          <w:szCs w:val="24"/>
        </w:rPr>
        <w:t xml:space="preserve"> </w:t>
      </w:r>
      <w:proofErr w:type="spellStart"/>
      <w:r w:rsidRPr="00CD0D08">
        <w:rPr>
          <w:rFonts w:ascii="Arial" w:eastAsia="Arial" w:hAnsi="Arial" w:cs="Arial"/>
          <w:color w:val="auto"/>
          <w:sz w:val="24"/>
          <w:szCs w:val="24"/>
        </w:rPr>
        <w:t>rekrutacji</w:t>
      </w:r>
      <w:proofErr w:type="spellEnd"/>
    </w:p>
    <w:tbl>
      <w:tblPr>
        <w:tblStyle w:val="Tabela-Siatka"/>
        <w:tblW w:w="15364" w:type="dxa"/>
        <w:jc w:val="center"/>
        <w:tblLayout w:type="fixed"/>
        <w:tblLook w:val="04A0" w:firstRow="1" w:lastRow="0" w:firstColumn="1" w:lastColumn="0" w:noHBand="0" w:noVBand="1"/>
      </w:tblPr>
      <w:tblGrid>
        <w:gridCol w:w="9638"/>
        <w:gridCol w:w="5726"/>
      </w:tblGrid>
      <w:tr w:rsidR="00CD0D08" w:rsidRPr="00CD0D08" w14:paraId="4CF3C3D3" w14:textId="77777777">
        <w:trPr>
          <w:cantSplit/>
          <w:trHeight w:val="255"/>
          <w:tblHeader/>
          <w:jc w:val="center"/>
        </w:trPr>
        <w:tc>
          <w:tcPr>
            <w:tcW w:w="9638" w:type="dxa"/>
            <w:shd w:val="clear" w:color="auto" w:fill="F2F2F2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7B3F019" w14:textId="77777777" w:rsidR="00CA3213" w:rsidRPr="00CD0D08" w:rsidRDefault="00053E0D" w:rsidP="00541DF8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  <w:proofErr w:type="spellStart"/>
            <w:r w:rsidRPr="00CD0D08">
              <w:rPr>
                <w:rFonts w:cs="Arial"/>
                <w:b/>
                <w:sz w:val="24"/>
                <w:szCs w:val="24"/>
              </w:rPr>
              <w:t>Liczba</w:t>
            </w:r>
            <w:proofErr w:type="spellEnd"/>
            <w:r w:rsidRPr="00CD0D08">
              <w:rPr>
                <w:rFonts w:cs="Arial"/>
                <w:b/>
                <w:sz w:val="24"/>
                <w:szCs w:val="24"/>
              </w:rPr>
              <w:t xml:space="preserve"> </w:t>
            </w:r>
            <w:proofErr w:type="spellStart"/>
            <w:r w:rsidRPr="00CD0D08">
              <w:rPr>
                <w:rFonts w:cs="Arial"/>
                <w:b/>
                <w:sz w:val="24"/>
                <w:szCs w:val="24"/>
              </w:rPr>
              <w:t>złożonych</w:t>
            </w:r>
            <w:proofErr w:type="spellEnd"/>
            <w:r w:rsidRPr="00CD0D08">
              <w:rPr>
                <w:rFonts w:cs="Arial"/>
                <w:b/>
                <w:sz w:val="24"/>
                <w:szCs w:val="24"/>
              </w:rPr>
              <w:t xml:space="preserve"> </w:t>
            </w:r>
            <w:proofErr w:type="spellStart"/>
            <w:r w:rsidRPr="00CD0D08">
              <w:rPr>
                <w:rFonts w:cs="Arial"/>
                <w:b/>
                <w:sz w:val="24"/>
                <w:szCs w:val="24"/>
              </w:rPr>
              <w:t>formularzy</w:t>
            </w:r>
            <w:proofErr w:type="spellEnd"/>
          </w:p>
        </w:tc>
        <w:tc>
          <w:tcPr>
            <w:tcW w:w="572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D0ED44F" w14:textId="77777777" w:rsidR="00CA3213" w:rsidRPr="00CD0D08" w:rsidRDefault="00CA3213" w:rsidP="00541DF8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</w:tr>
      <w:tr w:rsidR="00CD0D08" w:rsidRPr="00CD0D08" w14:paraId="22897BA9" w14:textId="77777777">
        <w:trPr>
          <w:cantSplit/>
          <w:trHeight w:val="255"/>
          <w:jc w:val="center"/>
        </w:trPr>
        <w:tc>
          <w:tcPr>
            <w:tcW w:w="9638" w:type="dxa"/>
            <w:shd w:val="clear" w:color="auto" w:fill="F2F2F2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EAC496C" w14:textId="77777777" w:rsidR="00CA3213" w:rsidRPr="00CD0D08" w:rsidRDefault="00053E0D" w:rsidP="00541DF8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  <w:proofErr w:type="spellStart"/>
            <w:r w:rsidRPr="00CD0D08">
              <w:rPr>
                <w:rFonts w:cs="Arial"/>
                <w:b/>
                <w:sz w:val="24"/>
                <w:szCs w:val="24"/>
              </w:rPr>
              <w:t>Liczba</w:t>
            </w:r>
            <w:proofErr w:type="spellEnd"/>
            <w:r w:rsidRPr="00CD0D08">
              <w:rPr>
                <w:rFonts w:cs="Arial"/>
                <w:b/>
                <w:sz w:val="24"/>
                <w:szCs w:val="24"/>
              </w:rPr>
              <w:t xml:space="preserve"> </w:t>
            </w:r>
            <w:proofErr w:type="spellStart"/>
            <w:r w:rsidRPr="00CD0D08">
              <w:rPr>
                <w:rFonts w:cs="Arial"/>
                <w:b/>
                <w:sz w:val="24"/>
                <w:szCs w:val="24"/>
              </w:rPr>
              <w:t>formularzy</w:t>
            </w:r>
            <w:proofErr w:type="spellEnd"/>
            <w:r w:rsidRPr="00CD0D08">
              <w:rPr>
                <w:rFonts w:cs="Arial"/>
                <w:b/>
                <w:sz w:val="24"/>
                <w:szCs w:val="24"/>
              </w:rPr>
              <w:t xml:space="preserve"> </w:t>
            </w:r>
            <w:proofErr w:type="spellStart"/>
            <w:r w:rsidRPr="00CD0D08">
              <w:rPr>
                <w:rFonts w:cs="Arial"/>
                <w:b/>
                <w:sz w:val="24"/>
                <w:szCs w:val="24"/>
              </w:rPr>
              <w:t>kompletnych</w:t>
            </w:r>
            <w:proofErr w:type="spellEnd"/>
            <w:r w:rsidRPr="00CD0D08">
              <w:rPr>
                <w:rFonts w:cs="Arial"/>
                <w:b/>
                <w:sz w:val="24"/>
                <w:szCs w:val="24"/>
              </w:rPr>
              <w:t xml:space="preserve"> po </w:t>
            </w:r>
            <w:proofErr w:type="spellStart"/>
            <w:r w:rsidRPr="00CD0D08">
              <w:rPr>
                <w:rFonts w:cs="Arial"/>
                <w:b/>
                <w:sz w:val="24"/>
                <w:szCs w:val="24"/>
              </w:rPr>
              <w:t>ewentualnych</w:t>
            </w:r>
            <w:proofErr w:type="spellEnd"/>
            <w:r w:rsidRPr="00CD0D08">
              <w:rPr>
                <w:rFonts w:cs="Arial"/>
                <w:b/>
                <w:sz w:val="24"/>
                <w:szCs w:val="24"/>
              </w:rPr>
              <w:t xml:space="preserve"> </w:t>
            </w:r>
            <w:proofErr w:type="spellStart"/>
            <w:r w:rsidRPr="00CD0D08">
              <w:rPr>
                <w:rFonts w:cs="Arial"/>
                <w:b/>
                <w:sz w:val="24"/>
                <w:szCs w:val="24"/>
              </w:rPr>
              <w:t>uzupełnieniach</w:t>
            </w:r>
            <w:proofErr w:type="spellEnd"/>
          </w:p>
        </w:tc>
        <w:tc>
          <w:tcPr>
            <w:tcW w:w="572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28990EB" w14:textId="77777777" w:rsidR="00CA3213" w:rsidRPr="00CD0D08" w:rsidRDefault="00CA3213" w:rsidP="00541DF8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</w:tr>
      <w:tr w:rsidR="00CD0D08" w:rsidRPr="00CD0D08" w14:paraId="0A8AE93C" w14:textId="77777777">
        <w:trPr>
          <w:cantSplit/>
          <w:trHeight w:val="255"/>
          <w:jc w:val="center"/>
        </w:trPr>
        <w:tc>
          <w:tcPr>
            <w:tcW w:w="9638" w:type="dxa"/>
            <w:shd w:val="clear" w:color="auto" w:fill="F2F2F2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F59D8A4" w14:textId="77777777" w:rsidR="00CA3213" w:rsidRPr="00CD0D08" w:rsidRDefault="00053E0D" w:rsidP="00541DF8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  <w:proofErr w:type="spellStart"/>
            <w:r w:rsidRPr="00CD0D08">
              <w:rPr>
                <w:rFonts w:cs="Arial"/>
                <w:b/>
                <w:sz w:val="24"/>
                <w:szCs w:val="24"/>
              </w:rPr>
              <w:t>Liczba</w:t>
            </w:r>
            <w:proofErr w:type="spellEnd"/>
            <w:r w:rsidRPr="00CD0D08">
              <w:rPr>
                <w:rFonts w:cs="Arial"/>
                <w:b/>
                <w:sz w:val="24"/>
                <w:szCs w:val="24"/>
              </w:rPr>
              <w:t xml:space="preserve"> </w:t>
            </w:r>
            <w:proofErr w:type="spellStart"/>
            <w:r w:rsidRPr="00CD0D08">
              <w:rPr>
                <w:rFonts w:cs="Arial"/>
                <w:b/>
                <w:sz w:val="24"/>
                <w:szCs w:val="24"/>
              </w:rPr>
              <w:t>nauczycieli</w:t>
            </w:r>
            <w:proofErr w:type="spellEnd"/>
            <w:r w:rsidRPr="00CD0D08">
              <w:rPr>
                <w:rFonts w:cs="Arial"/>
                <w:b/>
                <w:sz w:val="24"/>
                <w:szCs w:val="24"/>
              </w:rPr>
              <w:t>/</w:t>
            </w:r>
            <w:proofErr w:type="spellStart"/>
            <w:r w:rsidRPr="00CD0D08">
              <w:rPr>
                <w:rFonts w:cs="Arial"/>
                <w:b/>
                <w:sz w:val="24"/>
                <w:szCs w:val="24"/>
              </w:rPr>
              <w:t>nauczycielek</w:t>
            </w:r>
            <w:proofErr w:type="spellEnd"/>
            <w:r w:rsidRPr="00CD0D08">
              <w:rPr>
                <w:rFonts w:cs="Arial"/>
                <w:b/>
                <w:sz w:val="24"/>
                <w:szCs w:val="24"/>
              </w:rPr>
              <w:t xml:space="preserve"> </w:t>
            </w:r>
            <w:proofErr w:type="spellStart"/>
            <w:r w:rsidRPr="00CD0D08">
              <w:rPr>
                <w:rFonts w:cs="Arial"/>
                <w:b/>
                <w:sz w:val="24"/>
                <w:szCs w:val="24"/>
              </w:rPr>
              <w:t>spełniających</w:t>
            </w:r>
            <w:proofErr w:type="spellEnd"/>
            <w:r w:rsidRPr="00CD0D08">
              <w:rPr>
                <w:rFonts w:cs="Arial"/>
                <w:b/>
                <w:sz w:val="24"/>
                <w:szCs w:val="24"/>
              </w:rPr>
              <w:t xml:space="preserve"> </w:t>
            </w:r>
            <w:proofErr w:type="spellStart"/>
            <w:r w:rsidRPr="00CD0D08">
              <w:rPr>
                <w:rFonts w:cs="Arial"/>
                <w:b/>
                <w:sz w:val="24"/>
                <w:szCs w:val="24"/>
              </w:rPr>
              <w:t>wszystkie</w:t>
            </w:r>
            <w:proofErr w:type="spellEnd"/>
            <w:r w:rsidRPr="00CD0D08">
              <w:rPr>
                <w:rFonts w:cs="Arial"/>
                <w:b/>
                <w:sz w:val="24"/>
                <w:szCs w:val="24"/>
              </w:rPr>
              <w:t xml:space="preserve"> </w:t>
            </w:r>
            <w:proofErr w:type="spellStart"/>
            <w:r w:rsidRPr="00CD0D08">
              <w:rPr>
                <w:rFonts w:cs="Arial"/>
                <w:b/>
                <w:sz w:val="24"/>
                <w:szCs w:val="24"/>
              </w:rPr>
              <w:t>warunki</w:t>
            </w:r>
            <w:proofErr w:type="spellEnd"/>
            <w:r w:rsidRPr="00CD0D08">
              <w:rPr>
                <w:rFonts w:cs="Arial"/>
                <w:b/>
                <w:sz w:val="24"/>
                <w:szCs w:val="24"/>
              </w:rPr>
              <w:t xml:space="preserve"> </w:t>
            </w:r>
            <w:proofErr w:type="spellStart"/>
            <w:r w:rsidRPr="00CD0D08">
              <w:rPr>
                <w:rFonts w:cs="Arial"/>
                <w:b/>
                <w:sz w:val="24"/>
                <w:szCs w:val="24"/>
              </w:rPr>
              <w:t>obligatoryjne</w:t>
            </w:r>
            <w:proofErr w:type="spellEnd"/>
          </w:p>
        </w:tc>
        <w:tc>
          <w:tcPr>
            <w:tcW w:w="572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4D8C1AE" w14:textId="77777777" w:rsidR="00CA3213" w:rsidRPr="00CD0D08" w:rsidRDefault="00CA3213" w:rsidP="00541DF8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</w:tr>
      <w:tr w:rsidR="00CD0D08" w:rsidRPr="00CD0D08" w14:paraId="6AE45D0A" w14:textId="77777777">
        <w:trPr>
          <w:cantSplit/>
          <w:trHeight w:val="255"/>
          <w:jc w:val="center"/>
        </w:trPr>
        <w:tc>
          <w:tcPr>
            <w:tcW w:w="9638" w:type="dxa"/>
            <w:shd w:val="clear" w:color="auto" w:fill="F2F2F2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E225F0B" w14:textId="77777777" w:rsidR="00CA3213" w:rsidRPr="00CD0D08" w:rsidRDefault="00053E0D" w:rsidP="00541DF8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  <w:proofErr w:type="spellStart"/>
            <w:r w:rsidRPr="00CD0D08">
              <w:rPr>
                <w:rFonts w:cs="Arial"/>
                <w:b/>
                <w:sz w:val="24"/>
                <w:szCs w:val="24"/>
              </w:rPr>
              <w:t>Liczba</w:t>
            </w:r>
            <w:proofErr w:type="spellEnd"/>
            <w:r w:rsidRPr="00CD0D08">
              <w:rPr>
                <w:rFonts w:cs="Arial"/>
                <w:b/>
                <w:sz w:val="24"/>
                <w:szCs w:val="24"/>
              </w:rPr>
              <w:t xml:space="preserve"> </w:t>
            </w:r>
            <w:proofErr w:type="spellStart"/>
            <w:r w:rsidRPr="00CD0D08">
              <w:rPr>
                <w:rFonts w:cs="Arial"/>
                <w:b/>
                <w:sz w:val="24"/>
                <w:szCs w:val="24"/>
              </w:rPr>
              <w:t>osób</w:t>
            </w:r>
            <w:proofErr w:type="spellEnd"/>
            <w:r w:rsidRPr="00CD0D08">
              <w:rPr>
                <w:rFonts w:cs="Arial"/>
                <w:b/>
                <w:sz w:val="24"/>
                <w:szCs w:val="24"/>
              </w:rPr>
              <w:t xml:space="preserve"> </w:t>
            </w:r>
            <w:proofErr w:type="spellStart"/>
            <w:r w:rsidRPr="00CD0D08">
              <w:rPr>
                <w:rFonts w:cs="Arial"/>
                <w:b/>
                <w:sz w:val="24"/>
                <w:szCs w:val="24"/>
              </w:rPr>
              <w:t>zakwalifikowanych</w:t>
            </w:r>
            <w:proofErr w:type="spellEnd"/>
            <w:r w:rsidRPr="00CD0D08">
              <w:rPr>
                <w:rFonts w:cs="Arial"/>
                <w:b/>
                <w:sz w:val="24"/>
                <w:szCs w:val="24"/>
              </w:rPr>
              <w:t xml:space="preserve"> do co </w:t>
            </w:r>
            <w:proofErr w:type="spellStart"/>
            <w:r w:rsidRPr="00CD0D08">
              <w:rPr>
                <w:rFonts w:cs="Arial"/>
                <w:b/>
                <w:sz w:val="24"/>
                <w:szCs w:val="24"/>
              </w:rPr>
              <w:t>najmniej</w:t>
            </w:r>
            <w:proofErr w:type="spellEnd"/>
            <w:r w:rsidRPr="00CD0D08">
              <w:rPr>
                <w:rFonts w:cs="Arial"/>
                <w:b/>
                <w:sz w:val="24"/>
                <w:szCs w:val="24"/>
              </w:rPr>
              <w:t xml:space="preserve"> </w:t>
            </w:r>
            <w:proofErr w:type="spellStart"/>
            <w:r w:rsidRPr="00CD0D08">
              <w:rPr>
                <w:rFonts w:cs="Arial"/>
                <w:b/>
                <w:sz w:val="24"/>
                <w:szCs w:val="24"/>
              </w:rPr>
              <w:t>jednego</w:t>
            </w:r>
            <w:proofErr w:type="spellEnd"/>
            <w:r w:rsidRPr="00CD0D08">
              <w:rPr>
                <w:rFonts w:cs="Arial"/>
                <w:b/>
                <w:sz w:val="24"/>
                <w:szCs w:val="24"/>
              </w:rPr>
              <w:t xml:space="preserve"> </w:t>
            </w:r>
            <w:proofErr w:type="spellStart"/>
            <w:r w:rsidRPr="00CD0D08">
              <w:rPr>
                <w:rFonts w:cs="Arial"/>
                <w:b/>
                <w:sz w:val="24"/>
                <w:szCs w:val="24"/>
              </w:rPr>
              <w:t>szkolenia</w:t>
            </w:r>
            <w:proofErr w:type="spellEnd"/>
          </w:p>
        </w:tc>
        <w:tc>
          <w:tcPr>
            <w:tcW w:w="572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7A4DDF8" w14:textId="77777777" w:rsidR="00CA3213" w:rsidRPr="00CD0D08" w:rsidRDefault="00CA3213" w:rsidP="00541DF8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</w:tr>
      <w:tr w:rsidR="00CD0D08" w:rsidRPr="00CD0D08" w14:paraId="2AD4AFBC" w14:textId="77777777">
        <w:trPr>
          <w:cantSplit/>
          <w:trHeight w:val="255"/>
          <w:jc w:val="center"/>
        </w:trPr>
        <w:tc>
          <w:tcPr>
            <w:tcW w:w="9638" w:type="dxa"/>
            <w:shd w:val="clear" w:color="auto" w:fill="F2F2F2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5D242B1" w14:textId="77777777" w:rsidR="00CA3213" w:rsidRPr="00CD0D08" w:rsidRDefault="00053E0D" w:rsidP="00541DF8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  <w:proofErr w:type="spellStart"/>
            <w:r w:rsidRPr="00CD0D08">
              <w:rPr>
                <w:rFonts w:cs="Arial"/>
                <w:b/>
                <w:sz w:val="24"/>
                <w:szCs w:val="24"/>
              </w:rPr>
              <w:t>Liczba</w:t>
            </w:r>
            <w:proofErr w:type="spellEnd"/>
            <w:r w:rsidRPr="00CD0D08">
              <w:rPr>
                <w:rFonts w:cs="Arial"/>
                <w:b/>
                <w:sz w:val="24"/>
                <w:szCs w:val="24"/>
              </w:rPr>
              <w:t xml:space="preserve"> </w:t>
            </w:r>
            <w:proofErr w:type="spellStart"/>
            <w:r w:rsidRPr="00CD0D08">
              <w:rPr>
                <w:rFonts w:cs="Arial"/>
                <w:b/>
                <w:sz w:val="24"/>
                <w:szCs w:val="24"/>
              </w:rPr>
              <w:t>osób</w:t>
            </w:r>
            <w:proofErr w:type="spellEnd"/>
            <w:r w:rsidRPr="00CD0D08">
              <w:rPr>
                <w:rFonts w:cs="Arial"/>
                <w:b/>
                <w:sz w:val="24"/>
                <w:szCs w:val="24"/>
              </w:rPr>
              <w:t xml:space="preserve"> </w:t>
            </w:r>
            <w:proofErr w:type="spellStart"/>
            <w:r w:rsidRPr="00CD0D08">
              <w:rPr>
                <w:rFonts w:cs="Arial"/>
                <w:b/>
                <w:sz w:val="24"/>
                <w:szCs w:val="24"/>
              </w:rPr>
              <w:t>wpisanych</w:t>
            </w:r>
            <w:proofErr w:type="spellEnd"/>
            <w:r w:rsidRPr="00CD0D08">
              <w:rPr>
                <w:rFonts w:cs="Arial"/>
                <w:b/>
                <w:sz w:val="24"/>
                <w:szCs w:val="24"/>
              </w:rPr>
              <w:t xml:space="preserve"> </w:t>
            </w:r>
            <w:proofErr w:type="spellStart"/>
            <w:r w:rsidRPr="00CD0D08">
              <w:rPr>
                <w:rFonts w:cs="Arial"/>
                <w:b/>
                <w:sz w:val="24"/>
                <w:szCs w:val="24"/>
              </w:rPr>
              <w:t>na</w:t>
            </w:r>
            <w:proofErr w:type="spellEnd"/>
            <w:r w:rsidRPr="00CD0D08">
              <w:rPr>
                <w:rFonts w:cs="Arial"/>
                <w:b/>
                <w:sz w:val="24"/>
                <w:szCs w:val="24"/>
              </w:rPr>
              <w:t xml:space="preserve"> </w:t>
            </w:r>
            <w:proofErr w:type="spellStart"/>
            <w:r w:rsidRPr="00CD0D08">
              <w:rPr>
                <w:rFonts w:cs="Arial"/>
                <w:b/>
                <w:sz w:val="24"/>
                <w:szCs w:val="24"/>
              </w:rPr>
              <w:t>listę</w:t>
            </w:r>
            <w:proofErr w:type="spellEnd"/>
            <w:r w:rsidRPr="00CD0D08">
              <w:rPr>
                <w:rFonts w:cs="Arial"/>
                <w:b/>
                <w:sz w:val="24"/>
                <w:szCs w:val="24"/>
              </w:rPr>
              <w:t xml:space="preserve"> </w:t>
            </w:r>
            <w:proofErr w:type="spellStart"/>
            <w:r w:rsidRPr="00CD0D08">
              <w:rPr>
                <w:rFonts w:cs="Arial"/>
                <w:b/>
                <w:sz w:val="24"/>
                <w:szCs w:val="24"/>
              </w:rPr>
              <w:t>rezerwową</w:t>
            </w:r>
            <w:proofErr w:type="spellEnd"/>
            <w:r w:rsidRPr="00CD0D08">
              <w:rPr>
                <w:rFonts w:cs="Arial"/>
                <w:b/>
                <w:sz w:val="24"/>
                <w:szCs w:val="24"/>
              </w:rPr>
              <w:t xml:space="preserve"> w co </w:t>
            </w:r>
            <w:proofErr w:type="spellStart"/>
            <w:r w:rsidRPr="00CD0D08">
              <w:rPr>
                <w:rFonts w:cs="Arial"/>
                <w:b/>
                <w:sz w:val="24"/>
                <w:szCs w:val="24"/>
              </w:rPr>
              <w:t>najmniej</w:t>
            </w:r>
            <w:proofErr w:type="spellEnd"/>
            <w:r w:rsidRPr="00CD0D08">
              <w:rPr>
                <w:rFonts w:cs="Arial"/>
                <w:b/>
                <w:sz w:val="24"/>
                <w:szCs w:val="24"/>
              </w:rPr>
              <w:t xml:space="preserve"> </w:t>
            </w:r>
            <w:proofErr w:type="spellStart"/>
            <w:r w:rsidRPr="00CD0D08">
              <w:rPr>
                <w:rFonts w:cs="Arial"/>
                <w:b/>
                <w:sz w:val="24"/>
                <w:szCs w:val="24"/>
              </w:rPr>
              <w:t>jednym</w:t>
            </w:r>
            <w:proofErr w:type="spellEnd"/>
            <w:r w:rsidRPr="00CD0D08">
              <w:rPr>
                <w:rFonts w:cs="Arial"/>
                <w:b/>
                <w:sz w:val="24"/>
                <w:szCs w:val="24"/>
              </w:rPr>
              <w:t xml:space="preserve"> </w:t>
            </w:r>
            <w:proofErr w:type="spellStart"/>
            <w:r w:rsidRPr="00CD0D08">
              <w:rPr>
                <w:rFonts w:cs="Arial"/>
                <w:b/>
                <w:sz w:val="24"/>
                <w:szCs w:val="24"/>
              </w:rPr>
              <w:t>szkoleniu</w:t>
            </w:r>
            <w:proofErr w:type="spellEnd"/>
          </w:p>
        </w:tc>
        <w:tc>
          <w:tcPr>
            <w:tcW w:w="572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E555617" w14:textId="77777777" w:rsidR="00CA3213" w:rsidRPr="00CD0D08" w:rsidRDefault="00CA3213" w:rsidP="00541DF8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</w:tr>
      <w:tr w:rsidR="00CD0D08" w:rsidRPr="00CD0D08" w14:paraId="6BD9F429" w14:textId="77777777">
        <w:trPr>
          <w:cantSplit/>
          <w:trHeight w:val="255"/>
          <w:jc w:val="center"/>
        </w:trPr>
        <w:tc>
          <w:tcPr>
            <w:tcW w:w="9638" w:type="dxa"/>
            <w:shd w:val="clear" w:color="auto" w:fill="F2F2F2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C66910B" w14:textId="77777777" w:rsidR="00CA3213" w:rsidRPr="00CD0D08" w:rsidRDefault="00053E0D" w:rsidP="00541DF8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  <w:proofErr w:type="spellStart"/>
            <w:r w:rsidRPr="00CD0D08">
              <w:rPr>
                <w:rFonts w:cs="Arial"/>
                <w:b/>
                <w:sz w:val="24"/>
                <w:szCs w:val="24"/>
              </w:rPr>
              <w:t>Liczba</w:t>
            </w:r>
            <w:proofErr w:type="spellEnd"/>
            <w:r w:rsidRPr="00CD0D08">
              <w:rPr>
                <w:rFonts w:cs="Arial"/>
                <w:b/>
                <w:sz w:val="24"/>
                <w:szCs w:val="24"/>
              </w:rPr>
              <w:t xml:space="preserve"> </w:t>
            </w:r>
            <w:proofErr w:type="spellStart"/>
            <w:r w:rsidRPr="00CD0D08">
              <w:rPr>
                <w:rFonts w:cs="Arial"/>
                <w:b/>
                <w:sz w:val="24"/>
                <w:szCs w:val="24"/>
              </w:rPr>
              <w:t>osób</w:t>
            </w:r>
            <w:proofErr w:type="spellEnd"/>
            <w:r w:rsidRPr="00CD0D08">
              <w:rPr>
                <w:rFonts w:cs="Arial"/>
                <w:b/>
                <w:sz w:val="24"/>
                <w:szCs w:val="24"/>
              </w:rPr>
              <w:t xml:space="preserve"> </w:t>
            </w:r>
            <w:proofErr w:type="spellStart"/>
            <w:r w:rsidRPr="00CD0D08">
              <w:rPr>
                <w:rFonts w:cs="Arial"/>
                <w:b/>
                <w:sz w:val="24"/>
                <w:szCs w:val="24"/>
              </w:rPr>
              <w:t>niezakwalifikowanych</w:t>
            </w:r>
            <w:proofErr w:type="spellEnd"/>
            <w:r w:rsidRPr="00CD0D08">
              <w:rPr>
                <w:rFonts w:cs="Arial"/>
                <w:b/>
                <w:sz w:val="24"/>
                <w:szCs w:val="24"/>
              </w:rPr>
              <w:t xml:space="preserve"> z </w:t>
            </w:r>
            <w:proofErr w:type="spellStart"/>
            <w:r w:rsidRPr="00CD0D08">
              <w:rPr>
                <w:rFonts w:cs="Arial"/>
                <w:b/>
                <w:sz w:val="24"/>
                <w:szCs w:val="24"/>
              </w:rPr>
              <w:t>powodu</w:t>
            </w:r>
            <w:proofErr w:type="spellEnd"/>
            <w:r w:rsidRPr="00CD0D08">
              <w:rPr>
                <w:rFonts w:cs="Arial"/>
                <w:b/>
                <w:sz w:val="24"/>
                <w:szCs w:val="24"/>
              </w:rPr>
              <w:t xml:space="preserve"> </w:t>
            </w:r>
            <w:proofErr w:type="spellStart"/>
            <w:r w:rsidRPr="00CD0D08">
              <w:rPr>
                <w:rFonts w:cs="Arial"/>
                <w:b/>
                <w:sz w:val="24"/>
                <w:szCs w:val="24"/>
              </w:rPr>
              <w:t>niespełnienia</w:t>
            </w:r>
            <w:proofErr w:type="spellEnd"/>
            <w:r w:rsidRPr="00CD0D08">
              <w:rPr>
                <w:rFonts w:cs="Arial"/>
                <w:b/>
                <w:sz w:val="24"/>
                <w:szCs w:val="24"/>
              </w:rPr>
              <w:t xml:space="preserve"> </w:t>
            </w:r>
            <w:proofErr w:type="spellStart"/>
            <w:r w:rsidRPr="00CD0D08">
              <w:rPr>
                <w:rFonts w:cs="Arial"/>
                <w:b/>
                <w:sz w:val="24"/>
                <w:szCs w:val="24"/>
              </w:rPr>
              <w:t>warunków</w:t>
            </w:r>
            <w:proofErr w:type="spellEnd"/>
            <w:r w:rsidRPr="00CD0D08">
              <w:rPr>
                <w:rFonts w:cs="Arial"/>
                <w:b/>
                <w:sz w:val="24"/>
                <w:szCs w:val="24"/>
              </w:rPr>
              <w:t xml:space="preserve"> </w:t>
            </w:r>
            <w:proofErr w:type="spellStart"/>
            <w:r w:rsidRPr="00CD0D08">
              <w:rPr>
                <w:rFonts w:cs="Arial"/>
                <w:b/>
                <w:sz w:val="24"/>
                <w:szCs w:val="24"/>
              </w:rPr>
              <w:t>obligatoryjnych</w:t>
            </w:r>
            <w:proofErr w:type="spellEnd"/>
          </w:p>
        </w:tc>
        <w:tc>
          <w:tcPr>
            <w:tcW w:w="572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5D7335B" w14:textId="77777777" w:rsidR="00CA3213" w:rsidRPr="00CD0D08" w:rsidRDefault="00CA3213" w:rsidP="00541DF8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</w:tr>
      <w:tr w:rsidR="00CD0D08" w:rsidRPr="00CD0D08" w14:paraId="0E733484" w14:textId="77777777">
        <w:trPr>
          <w:cantSplit/>
          <w:trHeight w:val="255"/>
          <w:jc w:val="center"/>
        </w:trPr>
        <w:tc>
          <w:tcPr>
            <w:tcW w:w="9638" w:type="dxa"/>
            <w:shd w:val="clear" w:color="auto" w:fill="F2F2F2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378BB63" w14:textId="77777777" w:rsidR="00CA3213" w:rsidRPr="00CD0D08" w:rsidRDefault="00053E0D" w:rsidP="00541DF8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  <w:proofErr w:type="spellStart"/>
            <w:r w:rsidRPr="00CD0D08">
              <w:rPr>
                <w:rFonts w:cs="Arial"/>
                <w:b/>
                <w:sz w:val="24"/>
                <w:szCs w:val="24"/>
              </w:rPr>
              <w:t>Charakter</w:t>
            </w:r>
            <w:proofErr w:type="spellEnd"/>
            <w:r w:rsidRPr="00CD0D08">
              <w:rPr>
                <w:rFonts w:cs="Arial"/>
                <w:b/>
                <w:sz w:val="24"/>
                <w:szCs w:val="24"/>
              </w:rPr>
              <w:t xml:space="preserve"> </w:t>
            </w:r>
            <w:proofErr w:type="spellStart"/>
            <w:r w:rsidRPr="00CD0D08">
              <w:rPr>
                <w:rFonts w:cs="Arial"/>
                <w:b/>
                <w:sz w:val="24"/>
                <w:szCs w:val="24"/>
              </w:rPr>
              <w:t>potwierdzenia</w:t>
            </w:r>
            <w:proofErr w:type="spellEnd"/>
            <w:r w:rsidRPr="00CD0D08">
              <w:rPr>
                <w:rFonts w:cs="Arial"/>
                <w:b/>
                <w:sz w:val="24"/>
                <w:szCs w:val="24"/>
              </w:rPr>
              <w:t xml:space="preserve"> </w:t>
            </w:r>
            <w:proofErr w:type="spellStart"/>
            <w:r w:rsidRPr="00CD0D08">
              <w:rPr>
                <w:rFonts w:cs="Arial"/>
                <w:b/>
                <w:sz w:val="24"/>
                <w:szCs w:val="24"/>
              </w:rPr>
              <w:t>kwalifikowalności</w:t>
            </w:r>
            <w:proofErr w:type="spellEnd"/>
          </w:p>
        </w:tc>
        <w:tc>
          <w:tcPr>
            <w:tcW w:w="5726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9B98D6B" w14:textId="77777777" w:rsidR="00CA3213" w:rsidRPr="00CD0D08" w:rsidRDefault="00053E0D" w:rsidP="00541DF8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  <w:r w:rsidRPr="00CD0D0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CD0D08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CD0D08">
              <w:rPr>
                <w:rFonts w:cs="Arial"/>
                <w:sz w:val="24"/>
                <w:szCs w:val="24"/>
              </w:rPr>
              <w:t>ostateczne</w:t>
            </w:r>
            <w:proofErr w:type="spellEnd"/>
            <w:r w:rsidRPr="00CD0D08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CD0D08">
              <w:rPr>
                <w:rFonts w:cs="Arial"/>
                <w:sz w:val="24"/>
                <w:szCs w:val="24"/>
              </w:rPr>
              <w:t>na</w:t>
            </w:r>
            <w:proofErr w:type="spellEnd"/>
            <w:r w:rsidRPr="00CD0D08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CD0D08">
              <w:rPr>
                <w:rFonts w:cs="Arial"/>
                <w:sz w:val="24"/>
                <w:szCs w:val="24"/>
              </w:rPr>
              <w:t>etapie</w:t>
            </w:r>
            <w:proofErr w:type="spellEnd"/>
            <w:r w:rsidRPr="00CD0D08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CD0D08">
              <w:rPr>
                <w:rFonts w:cs="Arial"/>
                <w:sz w:val="24"/>
                <w:szCs w:val="24"/>
              </w:rPr>
              <w:t>rekrutacji</w:t>
            </w:r>
            <w:proofErr w:type="spellEnd"/>
            <w:r w:rsidRPr="00CD0D08">
              <w:rPr>
                <w:rFonts w:cs="Arial"/>
                <w:sz w:val="24"/>
                <w:szCs w:val="24"/>
              </w:rPr>
              <w:t xml:space="preserve">    </w:t>
            </w:r>
            <w:r w:rsidRPr="00CD0D08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CD0D08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CD0D08">
              <w:rPr>
                <w:rFonts w:cs="Arial"/>
                <w:sz w:val="24"/>
                <w:szCs w:val="24"/>
              </w:rPr>
              <w:t>wstępne</w:t>
            </w:r>
            <w:proofErr w:type="spellEnd"/>
            <w:r w:rsidRPr="00CD0D08">
              <w:rPr>
                <w:rFonts w:cs="Arial"/>
                <w:sz w:val="24"/>
                <w:szCs w:val="24"/>
              </w:rPr>
              <w:t xml:space="preserve"> - do </w:t>
            </w:r>
            <w:proofErr w:type="spellStart"/>
            <w:r w:rsidRPr="00CD0D08">
              <w:rPr>
                <w:rFonts w:cs="Arial"/>
                <w:sz w:val="24"/>
                <w:szCs w:val="24"/>
              </w:rPr>
              <w:t>potwierdzenia</w:t>
            </w:r>
            <w:proofErr w:type="spellEnd"/>
            <w:r w:rsidRPr="00CD0D08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CD0D08">
              <w:rPr>
                <w:rFonts w:cs="Arial"/>
                <w:sz w:val="24"/>
                <w:szCs w:val="24"/>
              </w:rPr>
              <w:t>przed</w:t>
            </w:r>
            <w:proofErr w:type="spellEnd"/>
            <w:r w:rsidRPr="00CD0D08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CD0D08">
              <w:rPr>
                <w:rFonts w:cs="Arial"/>
                <w:sz w:val="24"/>
                <w:szCs w:val="24"/>
              </w:rPr>
              <w:t>pierwszym</w:t>
            </w:r>
            <w:proofErr w:type="spellEnd"/>
            <w:r w:rsidRPr="00CD0D08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CD0D08">
              <w:rPr>
                <w:rFonts w:cs="Arial"/>
                <w:sz w:val="24"/>
                <w:szCs w:val="24"/>
              </w:rPr>
              <w:t>wsparciem</w:t>
            </w:r>
            <w:proofErr w:type="spellEnd"/>
          </w:p>
        </w:tc>
      </w:tr>
    </w:tbl>
    <w:p w14:paraId="74B25BFB" w14:textId="77777777" w:rsidR="00CA3213" w:rsidRPr="00CD0D08" w:rsidRDefault="00053E0D" w:rsidP="00541DF8">
      <w:pPr>
        <w:widowControl w:val="0"/>
        <w:spacing w:before="120" w:after="120" w:line="360" w:lineRule="auto"/>
        <w:rPr>
          <w:rFonts w:cs="Arial"/>
          <w:sz w:val="24"/>
          <w:szCs w:val="24"/>
        </w:rPr>
      </w:pPr>
      <w:proofErr w:type="spellStart"/>
      <w:r w:rsidRPr="00CD0D08">
        <w:rPr>
          <w:rFonts w:cs="Arial"/>
          <w:b/>
          <w:sz w:val="24"/>
          <w:szCs w:val="24"/>
        </w:rPr>
        <w:t>Liczba</w:t>
      </w:r>
      <w:proofErr w:type="spellEnd"/>
      <w:r w:rsidRPr="00CD0D08">
        <w:rPr>
          <w:rFonts w:cs="Arial"/>
          <w:b/>
          <w:sz w:val="24"/>
          <w:szCs w:val="24"/>
        </w:rPr>
        <w:t xml:space="preserve"> </w:t>
      </w:r>
      <w:proofErr w:type="spellStart"/>
      <w:r w:rsidRPr="00CD0D08">
        <w:rPr>
          <w:rFonts w:cs="Arial"/>
          <w:b/>
          <w:sz w:val="24"/>
          <w:szCs w:val="24"/>
        </w:rPr>
        <w:t>nauczycieli</w:t>
      </w:r>
      <w:proofErr w:type="spellEnd"/>
      <w:r w:rsidRPr="00CD0D08">
        <w:rPr>
          <w:rFonts w:cs="Arial"/>
          <w:b/>
          <w:sz w:val="24"/>
          <w:szCs w:val="24"/>
        </w:rPr>
        <w:t>/</w:t>
      </w:r>
      <w:proofErr w:type="spellStart"/>
      <w:r w:rsidRPr="00CD0D08">
        <w:rPr>
          <w:rFonts w:cs="Arial"/>
          <w:b/>
          <w:sz w:val="24"/>
          <w:szCs w:val="24"/>
        </w:rPr>
        <w:t>nauczycielek</w:t>
      </w:r>
      <w:proofErr w:type="spellEnd"/>
      <w:r w:rsidRPr="00CD0D08">
        <w:rPr>
          <w:rFonts w:cs="Arial"/>
          <w:b/>
          <w:sz w:val="24"/>
          <w:szCs w:val="24"/>
        </w:rPr>
        <w:t xml:space="preserve"> </w:t>
      </w:r>
      <w:proofErr w:type="spellStart"/>
      <w:r w:rsidRPr="00CD0D08">
        <w:rPr>
          <w:rFonts w:cs="Arial"/>
          <w:b/>
          <w:sz w:val="24"/>
          <w:szCs w:val="24"/>
        </w:rPr>
        <w:t>według</w:t>
      </w:r>
      <w:proofErr w:type="spellEnd"/>
      <w:r w:rsidRPr="00CD0D08">
        <w:rPr>
          <w:rFonts w:cs="Arial"/>
          <w:b/>
          <w:sz w:val="24"/>
          <w:szCs w:val="24"/>
        </w:rPr>
        <w:t xml:space="preserve"> </w:t>
      </w:r>
      <w:proofErr w:type="spellStart"/>
      <w:r w:rsidRPr="00CD0D08">
        <w:rPr>
          <w:rFonts w:cs="Arial"/>
          <w:b/>
          <w:sz w:val="24"/>
          <w:szCs w:val="24"/>
        </w:rPr>
        <w:t>wyniku</w:t>
      </w:r>
      <w:proofErr w:type="spellEnd"/>
      <w:r w:rsidRPr="00CD0D08">
        <w:rPr>
          <w:rFonts w:cs="Arial"/>
          <w:b/>
          <w:sz w:val="24"/>
          <w:szCs w:val="24"/>
        </w:rPr>
        <w:t xml:space="preserve"> w </w:t>
      </w:r>
      <w:proofErr w:type="spellStart"/>
      <w:r w:rsidRPr="00CD0D08">
        <w:rPr>
          <w:rFonts w:cs="Arial"/>
          <w:b/>
          <w:sz w:val="24"/>
          <w:szCs w:val="24"/>
        </w:rPr>
        <w:t>poszczególnych</w:t>
      </w:r>
      <w:proofErr w:type="spellEnd"/>
      <w:r w:rsidRPr="00CD0D08">
        <w:rPr>
          <w:rFonts w:cs="Arial"/>
          <w:b/>
          <w:sz w:val="24"/>
          <w:szCs w:val="24"/>
        </w:rPr>
        <w:t xml:space="preserve"> </w:t>
      </w:r>
      <w:proofErr w:type="spellStart"/>
      <w:r w:rsidRPr="00CD0D08">
        <w:rPr>
          <w:rFonts w:cs="Arial"/>
          <w:b/>
          <w:sz w:val="24"/>
          <w:szCs w:val="24"/>
        </w:rPr>
        <w:t>szkoleniach</w:t>
      </w:r>
      <w:proofErr w:type="spellEnd"/>
      <w:r w:rsidRPr="00CD0D08">
        <w:rPr>
          <w:rFonts w:cs="Arial"/>
          <w:b/>
          <w:sz w:val="24"/>
          <w:szCs w:val="24"/>
        </w:rPr>
        <w:t>:</w:t>
      </w:r>
    </w:p>
    <w:tbl>
      <w:tblPr>
        <w:tblStyle w:val="Tabela-Siatka"/>
        <w:tblW w:w="15364" w:type="dxa"/>
        <w:jc w:val="center"/>
        <w:tblLayout w:type="fixed"/>
        <w:tblLook w:val="04A0" w:firstRow="1" w:lastRow="0" w:firstColumn="1" w:lastColumn="0" w:noHBand="0" w:noVBand="1"/>
      </w:tblPr>
      <w:tblGrid>
        <w:gridCol w:w="6917"/>
        <w:gridCol w:w="2778"/>
        <w:gridCol w:w="2778"/>
        <w:gridCol w:w="2891"/>
      </w:tblGrid>
      <w:tr w:rsidR="00CD0D08" w:rsidRPr="00CD0D08" w14:paraId="1B3D7A0A" w14:textId="77777777" w:rsidTr="00CD0D08">
        <w:trPr>
          <w:tblHeader/>
          <w:jc w:val="center"/>
        </w:trPr>
        <w:tc>
          <w:tcPr>
            <w:tcW w:w="6917" w:type="dxa"/>
            <w:shd w:val="clear" w:color="auto" w:fill="D9D9D9" w:themeFill="background1" w:themeFillShade="D9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97F9694" w14:textId="77777777" w:rsidR="00CA3213" w:rsidRPr="00CD0D08" w:rsidRDefault="00053E0D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proofErr w:type="spellStart"/>
            <w:r w:rsidRPr="00CD0D08">
              <w:rPr>
                <w:rFonts w:cs="Arial"/>
                <w:b/>
                <w:sz w:val="24"/>
                <w:szCs w:val="24"/>
              </w:rPr>
              <w:lastRenderedPageBreak/>
              <w:t>Szkolenie</w:t>
            </w:r>
            <w:proofErr w:type="spellEnd"/>
          </w:p>
        </w:tc>
        <w:tc>
          <w:tcPr>
            <w:tcW w:w="2778" w:type="dxa"/>
            <w:shd w:val="clear" w:color="auto" w:fill="D9D9D9" w:themeFill="background1" w:themeFillShade="D9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EC0A946" w14:textId="77777777" w:rsidR="00CA3213" w:rsidRPr="00CD0D08" w:rsidRDefault="00053E0D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proofErr w:type="spellStart"/>
            <w:r w:rsidRPr="00CD0D08">
              <w:rPr>
                <w:rFonts w:cs="Arial"/>
                <w:b/>
                <w:sz w:val="24"/>
                <w:szCs w:val="24"/>
              </w:rPr>
              <w:t>Zakwalifikowani</w:t>
            </w:r>
            <w:proofErr w:type="spellEnd"/>
          </w:p>
        </w:tc>
        <w:tc>
          <w:tcPr>
            <w:tcW w:w="2778" w:type="dxa"/>
            <w:shd w:val="clear" w:color="auto" w:fill="D9D9D9" w:themeFill="background1" w:themeFillShade="D9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02A9F7F" w14:textId="77777777" w:rsidR="00CA3213" w:rsidRPr="00CD0D08" w:rsidRDefault="00053E0D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r w:rsidRPr="00CD0D08">
              <w:rPr>
                <w:rFonts w:cs="Arial"/>
                <w:b/>
                <w:sz w:val="24"/>
                <w:szCs w:val="24"/>
              </w:rPr>
              <w:t xml:space="preserve">Lista </w:t>
            </w:r>
            <w:proofErr w:type="spellStart"/>
            <w:r w:rsidRPr="00CD0D08">
              <w:rPr>
                <w:rFonts w:cs="Arial"/>
                <w:b/>
                <w:sz w:val="24"/>
                <w:szCs w:val="24"/>
              </w:rPr>
              <w:t>rezerwowa</w:t>
            </w:r>
            <w:proofErr w:type="spellEnd"/>
          </w:p>
        </w:tc>
        <w:tc>
          <w:tcPr>
            <w:tcW w:w="2891" w:type="dxa"/>
            <w:shd w:val="clear" w:color="auto" w:fill="D9D9D9" w:themeFill="background1" w:themeFillShade="D9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E35A666" w14:textId="77777777" w:rsidR="00CA3213" w:rsidRPr="00CD0D08" w:rsidRDefault="00053E0D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proofErr w:type="spellStart"/>
            <w:r w:rsidRPr="00CD0D08">
              <w:rPr>
                <w:rFonts w:cs="Arial"/>
                <w:b/>
                <w:sz w:val="24"/>
                <w:szCs w:val="24"/>
              </w:rPr>
              <w:t>Uwagi</w:t>
            </w:r>
            <w:proofErr w:type="spellEnd"/>
            <w:r w:rsidRPr="00CD0D08">
              <w:rPr>
                <w:rFonts w:cs="Arial"/>
                <w:b/>
                <w:sz w:val="24"/>
                <w:szCs w:val="24"/>
              </w:rPr>
              <w:t xml:space="preserve"> / </w:t>
            </w:r>
            <w:proofErr w:type="spellStart"/>
            <w:r w:rsidRPr="00CD0D08">
              <w:rPr>
                <w:rFonts w:cs="Arial"/>
                <w:b/>
                <w:sz w:val="24"/>
                <w:szCs w:val="24"/>
              </w:rPr>
              <w:t>liczba</w:t>
            </w:r>
            <w:proofErr w:type="spellEnd"/>
            <w:r w:rsidRPr="00CD0D08">
              <w:rPr>
                <w:rFonts w:cs="Arial"/>
                <w:b/>
                <w:sz w:val="24"/>
                <w:szCs w:val="24"/>
              </w:rPr>
              <w:t xml:space="preserve"> </w:t>
            </w:r>
            <w:proofErr w:type="spellStart"/>
            <w:r w:rsidRPr="00CD0D08">
              <w:rPr>
                <w:rFonts w:cs="Arial"/>
                <w:b/>
                <w:sz w:val="24"/>
                <w:szCs w:val="24"/>
              </w:rPr>
              <w:t>miejsc</w:t>
            </w:r>
            <w:proofErr w:type="spellEnd"/>
          </w:p>
        </w:tc>
      </w:tr>
      <w:tr w:rsidR="00CD0D08" w:rsidRPr="00CD0D08" w14:paraId="1C285EF7" w14:textId="77777777">
        <w:trPr>
          <w:cantSplit/>
          <w:trHeight w:val="255"/>
          <w:jc w:val="center"/>
        </w:trPr>
        <w:tc>
          <w:tcPr>
            <w:tcW w:w="691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07F832A" w14:textId="77777777" w:rsidR="00CA3213" w:rsidRPr="00CD0D08" w:rsidRDefault="00053E0D" w:rsidP="00541DF8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  <w:r w:rsidRPr="00CD0D08">
              <w:rPr>
                <w:rFonts w:cs="Arial"/>
                <w:sz w:val="24"/>
                <w:szCs w:val="24"/>
              </w:rPr>
              <w:t xml:space="preserve">OPKS - </w:t>
            </w:r>
            <w:proofErr w:type="spellStart"/>
            <w:r w:rsidRPr="00CD0D08">
              <w:rPr>
                <w:rFonts w:cs="Arial"/>
                <w:sz w:val="24"/>
                <w:szCs w:val="24"/>
              </w:rPr>
              <w:t>praca</w:t>
            </w:r>
            <w:proofErr w:type="spellEnd"/>
            <w:r w:rsidRPr="00CD0D08">
              <w:rPr>
                <w:rFonts w:cs="Arial"/>
                <w:sz w:val="24"/>
                <w:szCs w:val="24"/>
              </w:rPr>
              <w:t xml:space="preserve"> z </w:t>
            </w:r>
            <w:proofErr w:type="spellStart"/>
            <w:r w:rsidRPr="00CD0D08">
              <w:rPr>
                <w:rFonts w:cs="Arial"/>
                <w:sz w:val="24"/>
                <w:szCs w:val="24"/>
              </w:rPr>
              <w:t>dziećmi</w:t>
            </w:r>
            <w:proofErr w:type="spellEnd"/>
            <w:r w:rsidRPr="00CD0D08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CD0D08">
              <w:rPr>
                <w:rFonts w:cs="Arial"/>
                <w:sz w:val="24"/>
                <w:szCs w:val="24"/>
              </w:rPr>
              <w:t>posiadającymi</w:t>
            </w:r>
            <w:proofErr w:type="spellEnd"/>
            <w:r w:rsidRPr="00CD0D08">
              <w:rPr>
                <w:rFonts w:cs="Arial"/>
                <w:sz w:val="24"/>
                <w:szCs w:val="24"/>
              </w:rPr>
              <w:t xml:space="preserve"> OPKS</w:t>
            </w:r>
          </w:p>
        </w:tc>
        <w:tc>
          <w:tcPr>
            <w:tcW w:w="277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6D79835" w14:textId="77777777" w:rsidR="00CA3213" w:rsidRPr="00CD0D08" w:rsidRDefault="00CA3213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277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7F6FAB4" w14:textId="77777777" w:rsidR="00CA3213" w:rsidRPr="00CD0D08" w:rsidRDefault="00CA3213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289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8FC8FE0" w14:textId="77777777" w:rsidR="00CA3213" w:rsidRPr="00CD0D08" w:rsidRDefault="00CA3213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</w:tr>
      <w:tr w:rsidR="00CD0D08" w:rsidRPr="00CD0D08" w14:paraId="6851EEBA" w14:textId="77777777">
        <w:trPr>
          <w:cantSplit/>
          <w:trHeight w:val="255"/>
          <w:jc w:val="center"/>
        </w:trPr>
        <w:tc>
          <w:tcPr>
            <w:tcW w:w="691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3CFF45C" w14:textId="77777777" w:rsidR="00CA3213" w:rsidRPr="00CD0D08" w:rsidRDefault="00053E0D" w:rsidP="00541DF8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  <w:r w:rsidRPr="00CD0D08">
              <w:rPr>
                <w:rFonts w:cs="Arial"/>
                <w:sz w:val="24"/>
                <w:szCs w:val="24"/>
              </w:rPr>
              <w:t xml:space="preserve">LM - </w:t>
            </w:r>
            <w:proofErr w:type="spellStart"/>
            <w:r w:rsidRPr="00CD0D08">
              <w:rPr>
                <w:rFonts w:cs="Arial"/>
                <w:sz w:val="24"/>
                <w:szCs w:val="24"/>
              </w:rPr>
              <w:t>myślenie logiczne i rozwiązywanie problemów</w:t>
            </w:r>
            <w:proofErr w:type="spellEnd"/>
            <w:r w:rsidRPr="00CD0D08">
              <w:rPr>
                <w:rFonts w:cs="Arial"/>
                <w:sz w:val="24"/>
                <w:szCs w:val="24"/>
              </w:rPr>
              <w:t xml:space="preserve"/>
            </w:r>
            <w:proofErr w:type="spellStart"/>
            <w:r w:rsidRPr="00CD0D08">
              <w:rPr>
                <w:rFonts w:cs="Arial"/>
                <w:sz w:val="24"/>
                <w:szCs w:val="24"/>
              </w:rPr>
              <w:t/>
            </w:r>
            <w:proofErr w:type="spellEnd"/>
          </w:p>
        </w:tc>
        <w:tc>
          <w:tcPr>
            <w:tcW w:w="277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BDE43F6" w14:textId="77777777" w:rsidR="00CA3213" w:rsidRPr="00CD0D08" w:rsidRDefault="00CA3213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277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8E22CB4" w14:textId="77777777" w:rsidR="00CA3213" w:rsidRPr="00CD0D08" w:rsidRDefault="00CA3213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289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7D9C471" w14:textId="77777777" w:rsidR="00CA3213" w:rsidRPr="00CD0D08" w:rsidRDefault="00CA3213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</w:tr>
      <w:tr w:rsidR="00CD0D08" w:rsidRPr="00CD0D08" w14:paraId="7A75FEA2" w14:textId="77777777">
        <w:trPr>
          <w:cantSplit/>
          <w:trHeight w:val="255"/>
          <w:jc w:val="center"/>
        </w:trPr>
        <w:tc>
          <w:tcPr>
            <w:tcW w:w="691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A4040F2" w14:textId="77777777" w:rsidR="00CA3213" w:rsidRPr="00CD0D08" w:rsidRDefault="00053E0D" w:rsidP="00541DF8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  <w:r w:rsidRPr="00CD0D08">
              <w:rPr>
                <w:rFonts w:cs="Arial"/>
                <w:sz w:val="24"/>
                <w:szCs w:val="24"/>
              </w:rPr>
              <w:t xml:space="preserve">MA - </w:t>
            </w:r>
            <w:proofErr w:type="spellStart"/>
            <w:r w:rsidRPr="00CD0D08">
              <w:rPr>
                <w:rFonts w:cs="Arial"/>
                <w:sz w:val="24"/>
                <w:szCs w:val="24"/>
              </w:rPr>
              <w:t>rozwój</w:t>
            </w:r>
            <w:proofErr w:type="spellEnd"/>
            <w:r w:rsidRPr="00CD0D08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CD0D08">
              <w:rPr>
                <w:rFonts w:cs="Arial"/>
                <w:sz w:val="24"/>
                <w:szCs w:val="24"/>
              </w:rPr>
              <w:t>mowy</w:t>
            </w:r>
            <w:proofErr w:type="spellEnd"/>
            <w:r w:rsidRPr="00CD0D08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CD0D08">
              <w:rPr>
                <w:rFonts w:cs="Arial"/>
                <w:sz w:val="24"/>
                <w:szCs w:val="24"/>
              </w:rPr>
              <w:t>i</w:t>
            </w:r>
            <w:proofErr w:type="spellEnd"/>
            <w:r w:rsidRPr="00CD0D08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CD0D08">
              <w:rPr>
                <w:rFonts w:cs="Arial"/>
                <w:sz w:val="24"/>
                <w:szCs w:val="24"/>
              </w:rPr>
              <w:t>artykulacji</w:t>
            </w:r>
            <w:proofErr w:type="spellEnd"/>
          </w:p>
        </w:tc>
        <w:tc>
          <w:tcPr>
            <w:tcW w:w="277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E08428D" w14:textId="77777777" w:rsidR="00CA3213" w:rsidRPr="00CD0D08" w:rsidRDefault="00CA3213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277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DEE15BC" w14:textId="77777777" w:rsidR="00CA3213" w:rsidRPr="00CD0D08" w:rsidRDefault="00CA3213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289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1C4802C" w14:textId="77777777" w:rsidR="00CA3213" w:rsidRPr="00CD0D08" w:rsidRDefault="00CA3213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</w:tr>
      <w:tr w:rsidR="00CD0D08" w:rsidRPr="00CD0D08" w14:paraId="2A28CA8D" w14:textId="77777777">
        <w:trPr>
          <w:cantSplit/>
          <w:trHeight w:val="255"/>
          <w:jc w:val="center"/>
        </w:trPr>
        <w:tc>
          <w:tcPr>
            <w:tcW w:w="6917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BB68736" w14:textId="77777777" w:rsidR="00CA3213" w:rsidRPr="00CD0D08" w:rsidRDefault="00053E0D" w:rsidP="00541DF8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  <w:r w:rsidRPr="00CD0D08">
              <w:rPr>
                <w:rFonts w:cs="Arial"/>
                <w:sz w:val="24"/>
                <w:szCs w:val="24"/>
              </w:rPr>
              <w:t xml:space="preserve">SE - </w:t>
            </w:r>
            <w:proofErr w:type="spellStart"/>
            <w:r w:rsidRPr="00CD0D08">
              <w:rPr>
                <w:rFonts w:cs="Arial"/>
                <w:sz w:val="24"/>
                <w:szCs w:val="24"/>
              </w:rPr>
              <w:t>kompetencje</w:t>
            </w:r>
            <w:proofErr w:type="spellEnd"/>
            <w:r w:rsidRPr="00CD0D08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CD0D08">
              <w:rPr>
                <w:rFonts w:cs="Arial"/>
                <w:sz w:val="24"/>
                <w:szCs w:val="24"/>
              </w:rPr>
              <w:t>społeczno-emocjonalne</w:t>
            </w:r>
            <w:proofErr w:type="spellEnd"/>
          </w:p>
        </w:tc>
        <w:tc>
          <w:tcPr>
            <w:tcW w:w="277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46DEDEC" w14:textId="77777777" w:rsidR="00CA3213" w:rsidRPr="00CD0D08" w:rsidRDefault="00CA3213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2778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84D3F44" w14:textId="77777777" w:rsidR="00CA3213" w:rsidRPr="00CD0D08" w:rsidRDefault="00CA3213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  <w:tc>
          <w:tcPr>
            <w:tcW w:w="2891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680E6F3" w14:textId="77777777" w:rsidR="00CA3213" w:rsidRPr="00CD0D08" w:rsidRDefault="00CA3213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</w:p>
        </w:tc>
      </w:tr>
    </w:tbl>
    <w:p w14:paraId="79EF47A1" w14:textId="77777777" w:rsidR="00CA3213" w:rsidRPr="00CD0D08" w:rsidRDefault="00053E0D" w:rsidP="00541DF8">
      <w:pPr>
        <w:pStyle w:val="Nagwek1"/>
        <w:keepNext w:val="0"/>
        <w:keepLines w:val="0"/>
        <w:widowControl w:val="0"/>
        <w:spacing w:before="120" w:after="120" w:line="360" w:lineRule="auto"/>
        <w:rPr>
          <w:rFonts w:ascii="Arial" w:hAnsi="Arial" w:cs="Arial"/>
          <w:color w:val="auto"/>
          <w:sz w:val="24"/>
          <w:szCs w:val="24"/>
        </w:rPr>
      </w:pPr>
      <w:proofErr w:type="spellStart"/>
      <w:r w:rsidRPr="00CD0D08">
        <w:rPr>
          <w:rFonts w:ascii="Arial" w:eastAsia="Arial" w:hAnsi="Arial" w:cs="Arial"/>
          <w:color w:val="auto"/>
          <w:sz w:val="24"/>
          <w:szCs w:val="24"/>
        </w:rPr>
        <w:t>Sposób</w:t>
      </w:r>
      <w:proofErr w:type="spellEnd"/>
      <w:r w:rsidRPr="00CD0D08">
        <w:rPr>
          <w:rFonts w:ascii="Arial" w:eastAsia="Arial" w:hAnsi="Arial" w:cs="Arial"/>
          <w:color w:val="auto"/>
          <w:sz w:val="24"/>
          <w:szCs w:val="24"/>
        </w:rPr>
        <w:t xml:space="preserve"> </w:t>
      </w:r>
      <w:proofErr w:type="spellStart"/>
      <w:r w:rsidRPr="00CD0D08">
        <w:rPr>
          <w:rFonts w:ascii="Arial" w:eastAsia="Arial" w:hAnsi="Arial" w:cs="Arial"/>
          <w:color w:val="auto"/>
          <w:sz w:val="24"/>
          <w:szCs w:val="24"/>
        </w:rPr>
        <w:t>postępowania</w:t>
      </w:r>
      <w:proofErr w:type="spellEnd"/>
      <w:r w:rsidRPr="00CD0D08">
        <w:rPr>
          <w:rFonts w:ascii="Arial" w:eastAsia="Arial" w:hAnsi="Arial" w:cs="Arial"/>
          <w:color w:val="auto"/>
          <w:sz w:val="24"/>
          <w:szCs w:val="24"/>
        </w:rPr>
        <w:t xml:space="preserve"> w </w:t>
      </w:r>
      <w:proofErr w:type="spellStart"/>
      <w:r w:rsidRPr="00CD0D08">
        <w:rPr>
          <w:rFonts w:ascii="Arial" w:eastAsia="Arial" w:hAnsi="Arial" w:cs="Arial"/>
          <w:color w:val="auto"/>
          <w:sz w:val="24"/>
          <w:szCs w:val="24"/>
        </w:rPr>
        <w:t>przypadku</w:t>
      </w:r>
      <w:proofErr w:type="spellEnd"/>
      <w:r w:rsidRPr="00CD0D08">
        <w:rPr>
          <w:rFonts w:ascii="Arial" w:eastAsia="Arial" w:hAnsi="Arial" w:cs="Arial"/>
          <w:color w:val="auto"/>
          <w:sz w:val="24"/>
          <w:szCs w:val="24"/>
        </w:rPr>
        <w:t xml:space="preserve"> </w:t>
      </w:r>
      <w:proofErr w:type="spellStart"/>
      <w:r w:rsidRPr="00CD0D08">
        <w:rPr>
          <w:rFonts w:ascii="Arial" w:eastAsia="Arial" w:hAnsi="Arial" w:cs="Arial"/>
          <w:color w:val="auto"/>
          <w:sz w:val="24"/>
          <w:szCs w:val="24"/>
        </w:rPr>
        <w:t>remisu</w:t>
      </w:r>
      <w:proofErr w:type="spellEnd"/>
    </w:p>
    <w:p w14:paraId="6B9BE578" w14:textId="77777777" w:rsidR="00CA3213" w:rsidRPr="00CD0D08" w:rsidRDefault="00053E0D" w:rsidP="00541DF8">
      <w:pPr>
        <w:widowControl w:val="0"/>
        <w:spacing w:before="120" w:after="120" w:line="360" w:lineRule="auto"/>
        <w:rPr>
          <w:rFonts w:cs="Arial"/>
          <w:sz w:val="24"/>
          <w:szCs w:val="24"/>
        </w:rPr>
      </w:pPr>
      <w:r w:rsidRPr="00CD0D08">
        <w:rPr>
          <w:rFonts w:ascii="Segoe UI Symbol" w:hAnsi="Segoe UI Symbol" w:cs="Segoe UI Symbol"/>
          <w:sz w:val="24"/>
          <w:szCs w:val="24"/>
        </w:rPr>
        <w:t>☐</w:t>
      </w:r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brak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remisu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na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granicy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miejsc</w:t>
      </w:r>
      <w:proofErr w:type="spellEnd"/>
      <w:r w:rsidRPr="00CD0D08">
        <w:rPr>
          <w:rFonts w:cs="Arial"/>
          <w:sz w:val="24"/>
          <w:szCs w:val="24"/>
        </w:rPr>
        <w:t xml:space="preserve">    </w:t>
      </w:r>
      <w:r w:rsidRPr="00CD0D08">
        <w:rPr>
          <w:rFonts w:ascii="Segoe UI Symbol" w:hAnsi="Segoe UI Symbol" w:cs="Segoe UI Symbol"/>
          <w:sz w:val="24"/>
          <w:szCs w:val="24"/>
        </w:rPr>
        <w:t>☐</w:t>
      </w:r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zakwalifikowano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wszystkie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osoby</w:t>
      </w:r>
      <w:proofErr w:type="spellEnd"/>
      <w:r w:rsidRPr="00CD0D08">
        <w:rPr>
          <w:rFonts w:cs="Arial"/>
          <w:sz w:val="24"/>
          <w:szCs w:val="24"/>
        </w:rPr>
        <w:t xml:space="preserve"> z </w:t>
      </w:r>
      <w:proofErr w:type="spellStart"/>
      <w:r w:rsidRPr="00CD0D08">
        <w:rPr>
          <w:rFonts w:cs="Arial"/>
          <w:sz w:val="24"/>
          <w:szCs w:val="24"/>
        </w:rPr>
        <w:t>równorzędnej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pozycji</w:t>
      </w:r>
      <w:proofErr w:type="spellEnd"/>
      <w:r w:rsidRPr="00CD0D08">
        <w:rPr>
          <w:rFonts w:cs="Arial"/>
          <w:sz w:val="24"/>
          <w:szCs w:val="24"/>
        </w:rPr>
        <w:t xml:space="preserve">    </w:t>
      </w:r>
      <w:r w:rsidRPr="00CD0D08">
        <w:rPr>
          <w:rFonts w:ascii="Segoe UI Symbol" w:hAnsi="Segoe UI Symbol" w:cs="Segoe UI Symbol"/>
          <w:sz w:val="24"/>
          <w:szCs w:val="24"/>
        </w:rPr>
        <w:t>☐</w:t>
      </w:r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osoby</w:t>
      </w:r>
      <w:proofErr w:type="spellEnd"/>
      <w:r w:rsidRPr="00CD0D08">
        <w:rPr>
          <w:rFonts w:cs="Arial"/>
          <w:sz w:val="24"/>
          <w:szCs w:val="24"/>
        </w:rPr>
        <w:t xml:space="preserve"> z </w:t>
      </w:r>
      <w:proofErr w:type="spellStart"/>
      <w:r w:rsidRPr="00CD0D08">
        <w:rPr>
          <w:rFonts w:cs="Arial"/>
          <w:sz w:val="24"/>
          <w:szCs w:val="24"/>
        </w:rPr>
        <w:t>równorzędnej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pozycji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umieszczono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na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liście</w:t>
      </w:r>
      <w:proofErr w:type="spellEnd"/>
      <w:r w:rsidRPr="00CD0D08">
        <w:rPr>
          <w:rFonts w:cs="Arial"/>
          <w:sz w:val="24"/>
          <w:szCs w:val="24"/>
        </w:rPr>
        <w:t xml:space="preserve"> </w:t>
      </w:r>
      <w:proofErr w:type="spellStart"/>
      <w:r w:rsidRPr="00CD0D08">
        <w:rPr>
          <w:rFonts w:cs="Arial"/>
          <w:sz w:val="24"/>
          <w:szCs w:val="24"/>
        </w:rPr>
        <w:t>rezerwowej</w:t>
      </w:r>
      <w:proofErr w:type="spellEnd"/>
    </w:p>
    <w:p w14:paraId="56BF21B5" w14:textId="77777777" w:rsidR="00CA3213" w:rsidRPr="00CD0D08" w:rsidRDefault="00053E0D" w:rsidP="00541DF8">
      <w:pPr>
        <w:widowControl w:val="0"/>
        <w:spacing w:before="120" w:after="120" w:line="360" w:lineRule="auto"/>
        <w:rPr>
          <w:rFonts w:cs="Arial"/>
          <w:sz w:val="24"/>
          <w:szCs w:val="24"/>
        </w:rPr>
      </w:pPr>
      <w:proofErr w:type="spellStart"/>
      <w:r w:rsidRPr="00CD0D08">
        <w:rPr>
          <w:rFonts w:cs="Arial"/>
          <w:b/>
          <w:sz w:val="24"/>
          <w:szCs w:val="24"/>
        </w:rPr>
        <w:t>Uwagi</w:t>
      </w:r>
      <w:proofErr w:type="spellEnd"/>
      <w:r w:rsidRPr="00CD0D08">
        <w:rPr>
          <w:rFonts w:cs="Arial"/>
          <w:b/>
          <w:sz w:val="24"/>
          <w:szCs w:val="24"/>
        </w:rPr>
        <w:t xml:space="preserve"> </w:t>
      </w:r>
      <w:proofErr w:type="spellStart"/>
      <w:r w:rsidRPr="00CD0D08">
        <w:rPr>
          <w:rFonts w:cs="Arial"/>
          <w:b/>
          <w:sz w:val="24"/>
          <w:szCs w:val="24"/>
        </w:rPr>
        <w:t>Komisji</w:t>
      </w:r>
      <w:proofErr w:type="spellEnd"/>
      <w:r w:rsidRPr="00CD0D08">
        <w:rPr>
          <w:rFonts w:cs="Arial"/>
          <w:b/>
          <w:sz w:val="24"/>
          <w:szCs w:val="24"/>
        </w:rPr>
        <w:t xml:space="preserve"> / </w:t>
      </w:r>
      <w:proofErr w:type="spellStart"/>
      <w:r w:rsidRPr="00CD0D08">
        <w:rPr>
          <w:rFonts w:cs="Arial"/>
          <w:b/>
          <w:sz w:val="24"/>
          <w:szCs w:val="24"/>
        </w:rPr>
        <w:t>wyjaśnienie</w:t>
      </w:r>
      <w:proofErr w:type="spellEnd"/>
      <w:r w:rsidRPr="00CD0D08">
        <w:rPr>
          <w:rFonts w:cs="Arial"/>
          <w:b/>
          <w:sz w:val="24"/>
          <w:szCs w:val="24"/>
        </w:rPr>
        <w:t xml:space="preserve"> </w:t>
      </w:r>
      <w:proofErr w:type="spellStart"/>
      <w:r w:rsidRPr="00CD0D08">
        <w:rPr>
          <w:rFonts w:cs="Arial"/>
          <w:b/>
          <w:sz w:val="24"/>
          <w:szCs w:val="24"/>
        </w:rPr>
        <w:t>sposobu</w:t>
      </w:r>
      <w:proofErr w:type="spellEnd"/>
      <w:r w:rsidRPr="00CD0D08">
        <w:rPr>
          <w:rFonts w:cs="Arial"/>
          <w:b/>
          <w:sz w:val="24"/>
          <w:szCs w:val="24"/>
        </w:rPr>
        <w:t xml:space="preserve"> </w:t>
      </w:r>
      <w:proofErr w:type="spellStart"/>
      <w:r w:rsidRPr="00CD0D08">
        <w:rPr>
          <w:rFonts w:cs="Arial"/>
          <w:b/>
          <w:sz w:val="24"/>
          <w:szCs w:val="24"/>
        </w:rPr>
        <w:t>zastosowania</w:t>
      </w:r>
      <w:proofErr w:type="spellEnd"/>
      <w:r w:rsidRPr="00CD0D08">
        <w:rPr>
          <w:rFonts w:cs="Arial"/>
          <w:b/>
          <w:sz w:val="24"/>
          <w:szCs w:val="24"/>
        </w:rPr>
        <w:t xml:space="preserve"> </w:t>
      </w:r>
      <w:proofErr w:type="spellStart"/>
      <w:r w:rsidRPr="00CD0D08">
        <w:rPr>
          <w:rFonts w:cs="Arial"/>
          <w:b/>
          <w:sz w:val="24"/>
          <w:szCs w:val="24"/>
        </w:rPr>
        <w:t>zasad</w:t>
      </w:r>
      <w:proofErr w:type="spellEnd"/>
      <w:r w:rsidRPr="00CD0D08">
        <w:rPr>
          <w:rFonts w:cs="Arial"/>
          <w:b/>
          <w:sz w:val="24"/>
          <w:szCs w:val="24"/>
        </w:rPr>
        <w:t xml:space="preserve"> </w:t>
      </w:r>
      <w:proofErr w:type="spellStart"/>
      <w:r w:rsidRPr="00CD0D08">
        <w:rPr>
          <w:rFonts w:cs="Arial"/>
          <w:b/>
          <w:sz w:val="24"/>
          <w:szCs w:val="24"/>
        </w:rPr>
        <w:t>remisu</w:t>
      </w:r>
      <w:proofErr w:type="spellEnd"/>
      <w:r w:rsidRPr="00CD0D08">
        <w:rPr>
          <w:rFonts w:cs="Arial"/>
          <w:b/>
          <w:sz w:val="24"/>
          <w:szCs w:val="24"/>
        </w:rPr>
        <w:t xml:space="preserve"> </w:t>
      </w:r>
      <w:proofErr w:type="spellStart"/>
      <w:r w:rsidRPr="00CD0D08">
        <w:rPr>
          <w:rFonts w:cs="Arial"/>
          <w:b/>
          <w:sz w:val="24"/>
          <w:szCs w:val="24"/>
        </w:rPr>
        <w:t>lub</w:t>
      </w:r>
      <w:proofErr w:type="spellEnd"/>
      <w:r w:rsidRPr="00CD0D08">
        <w:rPr>
          <w:rFonts w:cs="Arial"/>
          <w:b/>
          <w:sz w:val="24"/>
          <w:szCs w:val="24"/>
        </w:rPr>
        <w:t xml:space="preserve"> </w:t>
      </w:r>
      <w:proofErr w:type="spellStart"/>
      <w:r w:rsidRPr="00CD0D08">
        <w:rPr>
          <w:rFonts w:cs="Arial"/>
          <w:b/>
          <w:sz w:val="24"/>
          <w:szCs w:val="24"/>
        </w:rPr>
        <w:t>innych</w:t>
      </w:r>
      <w:proofErr w:type="spellEnd"/>
      <w:r w:rsidRPr="00CD0D08">
        <w:rPr>
          <w:rFonts w:cs="Arial"/>
          <w:b/>
          <w:sz w:val="24"/>
          <w:szCs w:val="24"/>
        </w:rPr>
        <w:t xml:space="preserve"> </w:t>
      </w:r>
      <w:proofErr w:type="spellStart"/>
      <w:r w:rsidRPr="00CD0D08">
        <w:rPr>
          <w:rFonts w:cs="Arial"/>
          <w:b/>
          <w:sz w:val="24"/>
          <w:szCs w:val="24"/>
        </w:rPr>
        <w:t>okoliczności</w:t>
      </w:r>
      <w:proofErr w:type="spellEnd"/>
      <w:r w:rsidRPr="00CD0D08">
        <w:rPr>
          <w:rFonts w:cs="Arial"/>
          <w:b/>
          <w:sz w:val="24"/>
          <w:szCs w:val="24"/>
        </w:rPr>
        <w:t>:</w:t>
      </w:r>
    </w:p>
    <w:p w14:paraId="7D7CF2FE" w14:textId="77777777" w:rsidR="00CA3213" w:rsidRPr="00CD0D08" w:rsidRDefault="00053E0D" w:rsidP="00541DF8">
      <w:pPr>
        <w:widowControl w:val="0"/>
        <w:spacing w:before="120" w:after="120" w:line="360" w:lineRule="auto"/>
        <w:rPr>
          <w:rFonts w:cs="Arial"/>
          <w:sz w:val="24"/>
          <w:szCs w:val="24"/>
        </w:rPr>
      </w:pPr>
      <w:r w:rsidRPr="00CD0D08">
        <w:rPr>
          <w:rFonts w:cs="Arial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</w:t>
      </w:r>
    </w:p>
    <w:p w14:paraId="3D82FD19" w14:textId="77777777" w:rsidR="00CA3213" w:rsidRPr="00CD0D08" w:rsidRDefault="00053E0D" w:rsidP="00541DF8">
      <w:pPr>
        <w:widowControl w:val="0"/>
        <w:spacing w:before="120" w:after="120" w:line="360" w:lineRule="auto"/>
        <w:rPr>
          <w:rFonts w:cs="Arial"/>
          <w:sz w:val="24"/>
          <w:szCs w:val="24"/>
        </w:rPr>
      </w:pPr>
      <w:proofErr w:type="spellStart"/>
      <w:r w:rsidRPr="00CD0D08">
        <w:rPr>
          <w:rFonts w:cs="Arial"/>
          <w:b/>
          <w:sz w:val="24"/>
          <w:szCs w:val="24"/>
        </w:rPr>
        <w:t>Komisja</w:t>
      </w:r>
      <w:proofErr w:type="spellEnd"/>
      <w:r w:rsidRPr="00CD0D08">
        <w:rPr>
          <w:rFonts w:cs="Arial"/>
          <w:b/>
          <w:sz w:val="24"/>
          <w:szCs w:val="24"/>
        </w:rPr>
        <w:t xml:space="preserve"> </w:t>
      </w:r>
      <w:proofErr w:type="spellStart"/>
      <w:r w:rsidRPr="00CD0D08">
        <w:rPr>
          <w:rFonts w:cs="Arial"/>
          <w:b/>
          <w:sz w:val="24"/>
          <w:szCs w:val="24"/>
        </w:rPr>
        <w:t>zatwierdza</w:t>
      </w:r>
      <w:proofErr w:type="spellEnd"/>
      <w:r w:rsidRPr="00CD0D08">
        <w:rPr>
          <w:rFonts w:cs="Arial"/>
          <w:b/>
          <w:sz w:val="24"/>
          <w:szCs w:val="24"/>
        </w:rPr>
        <w:t xml:space="preserve"> </w:t>
      </w:r>
      <w:proofErr w:type="spellStart"/>
      <w:r w:rsidRPr="00CD0D08">
        <w:rPr>
          <w:rFonts w:cs="Arial"/>
          <w:b/>
          <w:sz w:val="24"/>
          <w:szCs w:val="24"/>
        </w:rPr>
        <w:t>wyniki</w:t>
      </w:r>
      <w:proofErr w:type="spellEnd"/>
      <w:r w:rsidRPr="00CD0D08">
        <w:rPr>
          <w:rFonts w:cs="Arial"/>
          <w:b/>
          <w:sz w:val="24"/>
          <w:szCs w:val="24"/>
        </w:rPr>
        <w:t xml:space="preserve"> </w:t>
      </w:r>
      <w:proofErr w:type="spellStart"/>
      <w:r w:rsidRPr="00CD0D08">
        <w:rPr>
          <w:rFonts w:cs="Arial"/>
          <w:b/>
          <w:sz w:val="24"/>
          <w:szCs w:val="24"/>
        </w:rPr>
        <w:t>rekrutacji</w:t>
      </w:r>
      <w:proofErr w:type="spellEnd"/>
      <w:r w:rsidRPr="00CD0D08">
        <w:rPr>
          <w:rFonts w:cs="Arial"/>
          <w:b/>
          <w:sz w:val="24"/>
          <w:szCs w:val="24"/>
        </w:rPr>
        <w:t xml:space="preserve"> </w:t>
      </w:r>
      <w:proofErr w:type="spellStart"/>
      <w:r w:rsidRPr="00CD0D08">
        <w:rPr>
          <w:rFonts w:cs="Arial"/>
          <w:b/>
          <w:sz w:val="24"/>
          <w:szCs w:val="24"/>
        </w:rPr>
        <w:t>ujęte</w:t>
      </w:r>
      <w:proofErr w:type="spellEnd"/>
      <w:r w:rsidRPr="00CD0D08">
        <w:rPr>
          <w:rFonts w:cs="Arial"/>
          <w:b/>
          <w:sz w:val="24"/>
          <w:szCs w:val="24"/>
        </w:rPr>
        <w:t xml:space="preserve"> w </w:t>
      </w:r>
      <w:proofErr w:type="spellStart"/>
      <w:r w:rsidRPr="00CD0D08">
        <w:rPr>
          <w:rFonts w:cs="Arial"/>
          <w:b/>
          <w:sz w:val="24"/>
          <w:szCs w:val="24"/>
        </w:rPr>
        <w:t>niniejszym</w:t>
      </w:r>
      <w:proofErr w:type="spellEnd"/>
      <w:r w:rsidRPr="00CD0D08">
        <w:rPr>
          <w:rFonts w:cs="Arial"/>
          <w:b/>
          <w:sz w:val="24"/>
          <w:szCs w:val="24"/>
        </w:rPr>
        <w:t xml:space="preserve"> </w:t>
      </w:r>
      <w:proofErr w:type="spellStart"/>
      <w:r w:rsidRPr="00CD0D08">
        <w:rPr>
          <w:rFonts w:cs="Arial"/>
          <w:b/>
          <w:sz w:val="24"/>
          <w:szCs w:val="24"/>
        </w:rPr>
        <w:t>protokole</w:t>
      </w:r>
      <w:proofErr w:type="spellEnd"/>
      <w:r w:rsidRPr="00CD0D08">
        <w:rPr>
          <w:rFonts w:cs="Arial"/>
          <w:b/>
          <w:sz w:val="24"/>
          <w:szCs w:val="24"/>
        </w:rPr>
        <w:t xml:space="preserve">. </w:t>
      </w:r>
      <w:proofErr w:type="spellStart"/>
      <w:r w:rsidRPr="00CD0D08">
        <w:rPr>
          <w:rFonts w:cs="Arial"/>
          <w:b/>
          <w:sz w:val="24"/>
          <w:szCs w:val="24"/>
        </w:rPr>
        <w:t>Podpisy</w:t>
      </w:r>
      <w:proofErr w:type="spellEnd"/>
      <w:r w:rsidRPr="00CD0D08">
        <w:rPr>
          <w:rFonts w:cs="Arial"/>
          <w:b/>
          <w:sz w:val="24"/>
          <w:szCs w:val="24"/>
        </w:rPr>
        <w:t xml:space="preserve"> </w:t>
      </w:r>
      <w:proofErr w:type="spellStart"/>
      <w:r w:rsidRPr="00CD0D08">
        <w:rPr>
          <w:rFonts w:cs="Arial"/>
          <w:b/>
          <w:sz w:val="24"/>
          <w:szCs w:val="24"/>
        </w:rPr>
        <w:t>potwierdzają</w:t>
      </w:r>
      <w:proofErr w:type="spellEnd"/>
      <w:r w:rsidRPr="00CD0D08">
        <w:rPr>
          <w:rFonts w:cs="Arial"/>
          <w:b/>
          <w:sz w:val="24"/>
          <w:szCs w:val="24"/>
        </w:rPr>
        <w:t xml:space="preserve"> </w:t>
      </w:r>
      <w:proofErr w:type="spellStart"/>
      <w:r w:rsidRPr="00CD0D08">
        <w:rPr>
          <w:rFonts w:cs="Arial"/>
          <w:b/>
          <w:sz w:val="24"/>
          <w:szCs w:val="24"/>
        </w:rPr>
        <w:t>również</w:t>
      </w:r>
      <w:proofErr w:type="spellEnd"/>
      <w:r w:rsidRPr="00CD0D08">
        <w:rPr>
          <w:rFonts w:cs="Arial"/>
          <w:b/>
          <w:sz w:val="24"/>
          <w:szCs w:val="24"/>
        </w:rPr>
        <w:t xml:space="preserve"> </w:t>
      </w:r>
      <w:proofErr w:type="spellStart"/>
      <w:r w:rsidRPr="00CD0D08">
        <w:rPr>
          <w:rFonts w:cs="Arial"/>
          <w:b/>
          <w:sz w:val="24"/>
          <w:szCs w:val="24"/>
        </w:rPr>
        <w:t>brak</w:t>
      </w:r>
      <w:proofErr w:type="spellEnd"/>
      <w:r w:rsidRPr="00CD0D08">
        <w:rPr>
          <w:rFonts w:cs="Arial"/>
          <w:b/>
          <w:sz w:val="24"/>
          <w:szCs w:val="24"/>
        </w:rPr>
        <w:t xml:space="preserve"> </w:t>
      </w:r>
      <w:proofErr w:type="spellStart"/>
      <w:r w:rsidRPr="00CD0D08">
        <w:rPr>
          <w:rFonts w:cs="Arial"/>
          <w:b/>
          <w:sz w:val="24"/>
          <w:szCs w:val="24"/>
        </w:rPr>
        <w:t>konfliktu</w:t>
      </w:r>
      <w:proofErr w:type="spellEnd"/>
      <w:r w:rsidRPr="00CD0D08">
        <w:rPr>
          <w:rFonts w:cs="Arial"/>
          <w:b/>
          <w:sz w:val="24"/>
          <w:szCs w:val="24"/>
        </w:rPr>
        <w:t xml:space="preserve"> </w:t>
      </w:r>
      <w:proofErr w:type="spellStart"/>
      <w:r w:rsidRPr="00CD0D08">
        <w:rPr>
          <w:rFonts w:cs="Arial"/>
          <w:b/>
          <w:sz w:val="24"/>
          <w:szCs w:val="24"/>
        </w:rPr>
        <w:t>interesów</w:t>
      </w:r>
      <w:proofErr w:type="spellEnd"/>
      <w:r w:rsidRPr="00CD0D08">
        <w:rPr>
          <w:rFonts w:cs="Arial"/>
          <w:b/>
          <w:sz w:val="24"/>
          <w:szCs w:val="24"/>
        </w:rPr>
        <w:t xml:space="preserve">, </w:t>
      </w:r>
      <w:proofErr w:type="spellStart"/>
      <w:r w:rsidRPr="00CD0D08">
        <w:rPr>
          <w:rFonts w:cs="Arial"/>
          <w:b/>
          <w:sz w:val="24"/>
          <w:szCs w:val="24"/>
        </w:rPr>
        <w:t>bezstronność</w:t>
      </w:r>
      <w:proofErr w:type="spellEnd"/>
      <w:r w:rsidRPr="00CD0D08">
        <w:rPr>
          <w:rFonts w:cs="Arial"/>
          <w:b/>
          <w:sz w:val="24"/>
          <w:szCs w:val="24"/>
        </w:rPr>
        <w:t xml:space="preserve"> </w:t>
      </w:r>
      <w:proofErr w:type="spellStart"/>
      <w:r w:rsidRPr="00CD0D08">
        <w:rPr>
          <w:rFonts w:cs="Arial"/>
          <w:b/>
          <w:sz w:val="24"/>
          <w:szCs w:val="24"/>
        </w:rPr>
        <w:t>i</w:t>
      </w:r>
      <w:proofErr w:type="spellEnd"/>
      <w:r w:rsidRPr="00CD0D08">
        <w:rPr>
          <w:rFonts w:cs="Arial"/>
          <w:b/>
          <w:sz w:val="24"/>
          <w:szCs w:val="24"/>
        </w:rPr>
        <w:t xml:space="preserve"> </w:t>
      </w:r>
      <w:proofErr w:type="spellStart"/>
      <w:r w:rsidRPr="00CD0D08">
        <w:rPr>
          <w:rFonts w:cs="Arial"/>
          <w:b/>
          <w:sz w:val="24"/>
          <w:szCs w:val="24"/>
        </w:rPr>
        <w:t>zachowanie</w:t>
      </w:r>
      <w:proofErr w:type="spellEnd"/>
      <w:r w:rsidRPr="00CD0D08">
        <w:rPr>
          <w:rFonts w:cs="Arial"/>
          <w:b/>
          <w:sz w:val="24"/>
          <w:szCs w:val="24"/>
        </w:rPr>
        <w:t xml:space="preserve"> </w:t>
      </w:r>
      <w:proofErr w:type="spellStart"/>
      <w:r w:rsidRPr="00CD0D08">
        <w:rPr>
          <w:rFonts w:cs="Arial"/>
          <w:b/>
          <w:sz w:val="24"/>
          <w:szCs w:val="24"/>
        </w:rPr>
        <w:t>poufności</w:t>
      </w:r>
      <w:proofErr w:type="spellEnd"/>
      <w:r w:rsidRPr="00CD0D08">
        <w:rPr>
          <w:rFonts w:cs="Arial"/>
          <w:b/>
          <w:sz w:val="24"/>
          <w:szCs w:val="24"/>
        </w:rPr>
        <w:t>.</w:t>
      </w:r>
    </w:p>
    <w:tbl>
      <w:tblPr>
        <w:tblStyle w:val="Tabela-Siatka"/>
        <w:tblW w:w="15364" w:type="dxa"/>
        <w:jc w:val="center"/>
        <w:tblLayout w:type="fixed"/>
        <w:tblLook w:val="04A0" w:firstRow="1" w:lastRow="0" w:firstColumn="1" w:lastColumn="0" w:noHBand="0" w:noVBand="1"/>
      </w:tblPr>
      <w:tblGrid>
        <w:gridCol w:w="680"/>
        <w:gridCol w:w="6463"/>
        <w:gridCol w:w="4082"/>
        <w:gridCol w:w="4139"/>
      </w:tblGrid>
      <w:tr w:rsidR="00CD0D08" w:rsidRPr="00CD0D08" w14:paraId="2BB8446A" w14:textId="77777777" w:rsidTr="00CD0D08">
        <w:trPr>
          <w:tblHeader/>
          <w:jc w:val="center"/>
        </w:trPr>
        <w:tc>
          <w:tcPr>
            <w:tcW w:w="680" w:type="dxa"/>
            <w:shd w:val="clear" w:color="auto" w:fill="D9D9D9" w:themeFill="background1" w:themeFillShade="D9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534879D" w14:textId="77777777" w:rsidR="00CA3213" w:rsidRPr="00CD0D08" w:rsidRDefault="00053E0D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proofErr w:type="spellStart"/>
            <w:r w:rsidRPr="00CD0D08">
              <w:rPr>
                <w:rFonts w:cs="Arial"/>
                <w:b/>
                <w:sz w:val="24"/>
                <w:szCs w:val="24"/>
              </w:rPr>
              <w:t>Lp</w:t>
            </w:r>
            <w:proofErr w:type="spellEnd"/>
            <w:r w:rsidRPr="00CD0D08">
              <w:rPr>
                <w:rFonts w:cs="Arial"/>
                <w:b/>
                <w:sz w:val="24"/>
                <w:szCs w:val="24"/>
              </w:rPr>
              <w:t>.</w:t>
            </w:r>
          </w:p>
        </w:tc>
        <w:tc>
          <w:tcPr>
            <w:tcW w:w="6463" w:type="dxa"/>
            <w:shd w:val="clear" w:color="auto" w:fill="D9D9D9" w:themeFill="background1" w:themeFillShade="D9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B438294" w14:textId="77777777" w:rsidR="00CA3213" w:rsidRPr="00CD0D08" w:rsidRDefault="00053E0D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proofErr w:type="spellStart"/>
            <w:r w:rsidRPr="00CD0D08">
              <w:rPr>
                <w:rFonts w:cs="Arial"/>
                <w:b/>
                <w:sz w:val="24"/>
                <w:szCs w:val="24"/>
              </w:rPr>
              <w:t>Funkcja</w:t>
            </w:r>
            <w:proofErr w:type="spellEnd"/>
            <w:r w:rsidRPr="00CD0D08">
              <w:rPr>
                <w:rFonts w:cs="Arial"/>
                <w:b/>
                <w:sz w:val="24"/>
                <w:szCs w:val="24"/>
              </w:rPr>
              <w:t xml:space="preserve"> w </w:t>
            </w:r>
            <w:proofErr w:type="spellStart"/>
            <w:r w:rsidRPr="00CD0D08">
              <w:rPr>
                <w:rFonts w:cs="Arial"/>
                <w:b/>
                <w:sz w:val="24"/>
                <w:szCs w:val="24"/>
              </w:rPr>
              <w:t>Komisji</w:t>
            </w:r>
            <w:proofErr w:type="spellEnd"/>
          </w:p>
        </w:tc>
        <w:tc>
          <w:tcPr>
            <w:tcW w:w="4082" w:type="dxa"/>
            <w:shd w:val="clear" w:color="auto" w:fill="D9D9D9" w:themeFill="background1" w:themeFillShade="D9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7F53ADC" w14:textId="77777777" w:rsidR="00CA3213" w:rsidRPr="00CD0D08" w:rsidRDefault="00053E0D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proofErr w:type="spellStart"/>
            <w:r w:rsidRPr="00CD0D08">
              <w:rPr>
                <w:rFonts w:cs="Arial"/>
                <w:b/>
                <w:sz w:val="24"/>
                <w:szCs w:val="24"/>
              </w:rPr>
              <w:t>Imię</w:t>
            </w:r>
            <w:proofErr w:type="spellEnd"/>
            <w:r w:rsidRPr="00CD0D08">
              <w:rPr>
                <w:rFonts w:cs="Arial"/>
                <w:b/>
                <w:sz w:val="24"/>
                <w:szCs w:val="24"/>
              </w:rPr>
              <w:t xml:space="preserve"> </w:t>
            </w:r>
            <w:proofErr w:type="spellStart"/>
            <w:r w:rsidRPr="00CD0D08">
              <w:rPr>
                <w:rFonts w:cs="Arial"/>
                <w:b/>
                <w:sz w:val="24"/>
                <w:szCs w:val="24"/>
              </w:rPr>
              <w:t>i</w:t>
            </w:r>
            <w:proofErr w:type="spellEnd"/>
            <w:r w:rsidRPr="00CD0D08">
              <w:rPr>
                <w:rFonts w:cs="Arial"/>
                <w:b/>
                <w:sz w:val="24"/>
                <w:szCs w:val="24"/>
              </w:rPr>
              <w:t xml:space="preserve"> </w:t>
            </w:r>
            <w:proofErr w:type="spellStart"/>
            <w:r w:rsidRPr="00CD0D08">
              <w:rPr>
                <w:rFonts w:cs="Arial"/>
                <w:b/>
                <w:sz w:val="24"/>
                <w:szCs w:val="24"/>
              </w:rPr>
              <w:t>nazwisko</w:t>
            </w:r>
            <w:proofErr w:type="spellEnd"/>
          </w:p>
        </w:tc>
        <w:tc>
          <w:tcPr>
            <w:tcW w:w="4139" w:type="dxa"/>
            <w:shd w:val="clear" w:color="auto" w:fill="D9D9D9" w:themeFill="background1" w:themeFillShade="D9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5DFF49E" w14:textId="77777777" w:rsidR="00CA3213" w:rsidRPr="00CD0D08" w:rsidRDefault="00053E0D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proofErr w:type="spellStart"/>
            <w:r w:rsidRPr="00CD0D08">
              <w:rPr>
                <w:rFonts w:cs="Arial"/>
                <w:b/>
                <w:sz w:val="24"/>
                <w:szCs w:val="24"/>
              </w:rPr>
              <w:t>Podpis</w:t>
            </w:r>
            <w:proofErr w:type="spellEnd"/>
          </w:p>
        </w:tc>
      </w:tr>
      <w:tr w:rsidR="00CD0D08" w:rsidRPr="00CD0D08" w14:paraId="03EB706A" w14:textId="77777777">
        <w:trPr>
          <w:cantSplit/>
          <w:trHeight w:val="312"/>
          <w:jc w:val="center"/>
        </w:trPr>
        <w:tc>
          <w:tcPr>
            <w:tcW w:w="68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7256974" w14:textId="77777777" w:rsidR="00CA3213" w:rsidRPr="00CD0D08" w:rsidRDefault="00053E0D" w:rsidP="00541DF8">
            <w:pPr>
              <w:widowControl w:val="0"/>
              <w:spacing w:before="120" w:after="120" w:line="360" w:lineRule="auto"/>
              <w:jc w:val="center"/>
              <w:rPr>
                <w:rFonts w:cs="Arial"/>
                <w:sz w:val="24"/>
                <w:szCs w:val="24"/>
              </w:rPr>
            </w:pPr>
            <w:r w:rsidRPr="00CD0D08">
              <w:rPr>
                <w:rFonts w:cs="Arial"/>
                <w:sz w:val="24"/>
                <w:szCs w:val="24"/>
              </w:rPr>
              <w:lastRenderedPageBreak/>
              <w:t>1</w:t>
            </w:r>
          </w:p>
        </w:tc>
        <w:tc>
          <w:tcPr>
            <w:tcW w:w="6463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14B63E7" w14:textId="77777777" w:rsidR="00CA3213" w:rsidRPr="00CD0D08" w:rsidRDefault="00053E0D" w:rsidP="00541DF8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  <w:proofErr w:type="spellStart"/>
            <w:r w:rsidRPr="00CD0D08">
              <w:rPr>
                <w:rFonts w:cs="Arial"/>
                <w:sz w:val="24"/>
                <w:szCs w:val="24"/>
              </w:rPr>
              <w:t>Koordynator</w:t>
            </w:r>
            <w:proofErr w:type="spellEnd"/>
            <w:r w:rsidRPr="00CD0D08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CD0D08">
              <w:rPr>
                <w:rFonts w:cs="Arial"/>
                <w:sz w:val="24"/>
                <w:szCs w:val="24"/>
              </w:rPr>
              <w:t>projektu</w:t>
            </w:r>
            <w:proofErr w:type="spellEnd"/>
          </w:p>
        </w:tc>
        <w:tc>
          <w:tcPr>
            <w:tcW w:w="408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44469D0" w14:textId="77777777" w:rsidR="00CA3213" w:rsidRPr="00CD0D08" w:rsidRDefault="00CA3213" w:rsidP="00541DF8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4139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F9C22AF" w14:textId="77777777" w:rsidR="00CA3213" w:rsidRPr="00CD0D08" w:rsidRDefault="00CA3213" w:rsidP="00541DF8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</w:tr>
      <w:tr w:rsidR="00CA3213" w:rsidRPr="00CD0D08" w14:paraId="0F3515F1" w14:textId="77777777">
        <w:trPr>
          <w:cantSplit/>
          <w:trHeight w:val="312"/>
          <w:jc w:val="center"/>
        </w:trPr>
        <w:tc>
          <w:tcPr>
            <w:tcW w:w="680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r>
              <w:t>2</w:t>
            </w:r>
          </w:p>
        </w:tc>
        <w:tc>
          <w:tcPr>
            <w:tcW w:w="6463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4CF859C" w14:textId="7CD89D4A" w:rsidR="00CA3213" w:rsidRPr="00CD0D08" w:rsidRDefault="00053E0D" w:rsidP="00541DF8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  <w:proofErr w:type="spellStart"/>
            <w:r w:rsidRPr="00CD0D08">
              <w:rPr>
                <w:rFonts w:cs="Arial"/>
                <w:sz w:val="24"/>
                <w:szCs w:val="24"/>
              </w:rPr>
              <w:t>Dyrektor</w:t>
            </w:r>
            <w:proofErr w:type="spellEnd"/>
            <w:r w:rsidRPr="00CD0D08">
              <w:rPr>
                <w:rFonts w:cs="Arial"/>
                <w:sz w:val="24"/>
                <w:szCs w:val="24"/>
              </w:rPr>
              <w:t xml:space="preserve"> OWP w Strzebielinie-Osiedlu</w:t>
            </w:r>
            <w:proofErr w:type="spellStart"/>
            <w:r w:rsidRPr="00CD0D08">
              <w:rPr>
                <w:rFonts w:cs="Arial"/>
                <w:sz w:val="24"/>
                <w:szCs w:val="24"/>
              </w:rPr>
              <w:t/>
            </w:r>
            <w:proofErr w:type="spellEnd"/>
            <w:r w:rsidR="004137D3" w:rsidRPr="00CD0D08">
              <w:rPr>
                <w:rFonts w:cs="Arial"/>
                <w:sz w:val="24"/>
                <w:szCs w:val="24"/>
              </w:rPr>
              <w:t/>
            </w:r>
            <w:proofErr w:type="spellStart"/>
            <w:r w:rsidR="004137D3" w:rsidRPr="00CD0D08">
              <w:rPr>
                <w:rFonts w:cs="Arial"/>
                <w:sz w:val="24"/>
                <w:szCs w:val="24"/>
              </w:rPr>
              <w:t/>
            </w:r>
            <w:proofErr w:type="spellEnd"/>
          </w:p>
        </w:tc>
        <w:tc>
          <w:tcPr>
            <w:tcW w:w="4082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845782D" w14:textId="77777777" w:rsidR="00CA3213" w:rsidRPr="00CD0D08" w:rsidRDefault="00CA3213" w:rsidP="00541DF8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4139" w:type="dx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C2053A1" w14:textId="77777777" w:rsidR="00CA3213" w:rsidRPr="00CD0D08" w:rsidRDefault="00CA3213" w:rsidP="00541DF8">
            <w:pPr>
              <w:widowControl w:val="0"/>
              <w:spacing w:before="120" w:after="120" w:line="360" w:lineRule="auto"/>
              <w:rPr>
                <w:rFonts w:cs="Arial"/>
                <w:sz w:val="24"/>
                <w:szCs w:val="24"/>
              </w:rPr>
            </w:pPr>
          </w:p>
        </w:tc>
      </w:tr>
    </w:tbl>
    <w:p w14:paraId="3011FD27" w14:textId="77777777" w:rsidR="00053E0D" w:rsidRPr="00CD0D08" w:rsidRDefault="00053E0D" w:rsidP="00541DF8">
      <w:pPr>
        <w:widowControl w:val="0"/>
        <w:spacing w:before="120" w:after="120" w:line="360" w:lineRule="auto"/>
        <w:rPr>
          <w:rFonts w:cs="Arial"/>
          <w:sz w:val="24"/>
          <w:szCs w:val="24"/>
        </w:rPr>
      </w:pPr>
    </w:p>
    <w:sectPr w:rsidR="00053E0D" w:rsidRPr="00CD0D08" w:rsidSect="00A23C82">
      <w:headerReference w:type="default" r:id="rId8"/>
      <w:footerReference w:type="default" r:id="rId9"/>
      <w:pgSz w:w="16838" w:h="11906" w:orient="landscape"/>
      <w:pgMar w:top="765" w:right="737" w:bottom="709" w:left="737" w:header="198" w:footer="25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FB7316" w14:textId="77777777" w:rsidR="006D484E" w:rsidRDefault="006D484E">
      <w:r>
        <w:separator/>
      </w:r>
    </w:p>
  </w:endnote>
  <w:endnote w:type="continuationSeparator" w:id="0">
    <w:p w14:paraId="4EF937C2" w14:textId="77777777" w:rsidR="006D484E" w:rsidRDefault="006D48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22"/>
      </w:rPr>
      <w:id w:val="-164248603"/>
      <w:docPartObj>
        <w:docPartGallery w:val="Page Numbers (Bottom of Page)"/>
        <w:docPartUnique/>
      </w:docPartObj>
    </w:sdtPr>
    <w:sdtEndPr/>
    <w:sdtContent>
      <w:sdt>
        <w:sdtPr>
          <w:rPr>
            <w:sz w:val="22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46C09E32" w14:textId="1C824598" w:rsidR="00F917F2" w:rsidRPr="00F917F2" w:rsidRDefault="00F917F2">
            <w:pPr>
              <w:pStyle w:val="Stopka"/>
              <w:jc w:val="right"/>
              <w:rPr>
                <w:sz w:val="22"/>
              </w:rPr>
            </w:pPr>
            <w:r w:rsidRPr="00F917F2">
              <w:rPr>
                <w:sz w:val="22"/>
                <w:lang w:val="pl-PL"/>
              </w:rPr>
              <w:t xml:space="preserve">Strona </w:t>
            </w:r>
            <w:r w:rsidRPr="00F917F2">
              <w:rPr>
                <w:b/>
                <w:bCs/>
                <w:sz w:val="22"/>
              </w:rPr>
              <w:fldChar w:fldCharType="begin"/>
            </w:r>
            <w:r w:rsidRPr="00F917F2">
              <w:rPr>
                <w:b/>
                <w:bCs/>
                <w:sz w:val="22"/>
              </w:rPr>
              <w:instrText>PAGE</w:instrText>
            </w:r>
            <w:r w:rsidRPr="00F917F2">
              <w:rPr>
                <w:b/>
                <w:bCs/>
                <w:sz w:val="22"/>
              </w:rPr>
              <w:fldChar w:fldCharType="separate"/>
            </w:r>
            <w:r w:rsidRPr="00F917F2">
              <w:rPr>
                <w:b/>
                <w:bCs/>
                <w:sz w:val="22"/>
                <w:lang w:val="pl-PL"/>
              </w:rPr>
              <w:t>2</w:t>
            </w:r>
            <w:r w:rsidRPr="00F917F2">
              <w:rPr>
                <w:b/>
                <w:bCs/>
                <w:sz w:val="22"/>
              </w:rPr>
              <w:fldChar w:fldCharType="end"/>
            </w:r>
            <w:r w:rsidRPr="00F917F2">
              <w:rPr>
                <w:sz w:val="22"/>
                <w:lang w:val="pl-PL"/>
              </w:rPr>
              <w:t xml:space="preserve"> z </w:t>
            </w:r>
            <w:r w:rsidRPr="00F917F2">
              <w:rPr>
                <w:b/>
                <w:bCs/>
                <w:sz w:val="22"/>
              </w:rPr>
              <w:fldChar w:fldCharType="begin"/>
            </w:r>
            <w:r w:rsidRPr="00F917F2">
              <w:rPr>
                <w:b/>
                <w:bCs/>
                <w:sz w:val="22"/>
              </w:rPr>
              <w:instrText>NUMPAGES</w:instrText>
            </w:r>
            <w:r w:rsidRPr="00F917F2">
              <w:rPr>
                <w:b/>
                <w:bCs/>
                <w:sz w:val="22"/>
              </w:rPr>
              <w:fldChar w:fldCharType="separate"/>
            </w:r>
            <w:r w:rsidRPr="00F917F2">
              <w:rPr>
                <w:b/>
                <w:bCs/>
                <w:sz w:val="22"/>
                <w:lang w:val="pl-PL"/>
              </w:rPr>
              <w:t>2</w:t>
            </w:r>
            <w:r w:rsidRPr="00F917F2">
              <w:rPr>
                <w:b/>
                <w:bCs/>
                <w:sz w:val="22"/>
              </w:rPr>
              <w:fldChar w:fldCharType="end"/>
            </w:r>
          </w:p>
        </w:sdtContent>
      </w:sdt>
    </w:sdtContent>
  </w:sdt>
  <w:p w14:paraId="1A317489" w14:textId="77777777" w:rsidR="00F917F2" w:rsidRPr="00122552" w:rsidRDefault="00F917F2" w:rsidP="00F917F2">
    <w:pPr>
      <w:pStyle w:val="Stopka"/>
      <w:jc w:val="center"/>
      <w:rPr>
        <w:rFonts w:cs="Arial"/>
        <w:sz w:val="24"/>
        <w:szCs w:val="36"/>
      </w:rPr>
    </w:pPr>
    <w:proofErr w:type="spellStart"/>
    <w:r w:rsidRPr="00330A96">
      <w:rPr>
        <w:rFonts w:cs="Arial"/>
        <w:sz w:val="24"/>
        <w:szCs w:val="36"/>
      </w:rPr>
      <w:t>Fundusze</w:t>
    </w:r>
    <w:proofErr w:type="spellEnd"/>
    <w:r w:rsidRPr="00330A96">
      <w:rPr>
        <w:rFonts w:cs="Arial"/>
        <w:sz w:val="24"/>
        <w:szCs w:val="36"/>
      </w:rPr>
      <w:t xml:space="preserve"> </w:t>
    </w:r>
    <w:proofErr w:type="spellStart"/>
    <w:r w:rsidRPr="00330A96">
      <w:rPr>
        <w:rFonts w:cs="Arial"/>
        <w:sz w:val="24"/>
        <w:szCs w:val="36"/>
      </w:rPr>
      <w:t>Europejskie</w:t>
    </w:r>
    <w:proofErr w:type="spellEnd"/>
    <w:r w:rsidRPr="00330A96">
      <w:rPr>
        <w:rFonts w:cs="Arial"/>
        <w:sz w:val="24"/>
        <w:szCs w:val="36"/>
      </w:rPr>
      <w:t xml:space="preserve"> </w:t>
    </w:r>
    <w:proofErr w:type="spellStart"/>
    <w:r w:rsidRPr="00330A96">
      <w:rPr>
        <w:rFonts w:cs="Arial"/>
        <w:sz w:val="24"/>
        <w:szCs w:val="36"/>
      </w:rPr>
      <w:t>dla</w:t>
    </w:r>
    <w:proofErr w:type="spellEnd"/>
    <w:r w:rsidRPr="00330A96">
      <w:rPr>
        <w:rFonts w:cs="Arial"/>
        <w:sz w:val="24"/>
        <w:szCs w:val="36"/>
      </w:rPr>
      <w:t xml:space="preserve"> </w:t>
    </w:r>
    <w:proofErr w:type="spellStart"/>
    <w:r w:rsidRPr="00330A96">
      <w:rPr>
        <w:rFonts w:cs="Arial"/>
        <w:sz w:val="24"/>
        <w:szCs w:val="36"/>
      </w:rPr>
      <w:t>Pomorza</w:t>
    </w:r>
    <w:proofErr w:type="spellEnd"/>
    <w:r w:rsidRPr="00330A96">
      <w:rPr>
        <w:rFonts w:cs="Arial"/>
        <w:sz w:val="24"/>
        <w:szCs w:val="36"/>
      </w:rPr>
      <w:t xml:space="preserve"> 2021-2027</w:t>
    </w:r>
  </w:p>
  <w:p w14:paraId="0B10E88E" w14:textId="075AF048" w:rsidR="00A00D74" w:rsidRPr="00F917F2" w:rsidRDefault="00A00D74">
    <w:pPr>
      <w:pStyle w:val="Stopka"/>
      <w:spacing w:after="0"/>
      <w:jc w:val="center"/>
      <w:rPr>
        <w:sz w:val="22"/>
        <w:szCs w:val="3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8D0D60" w14:textId="77777777" w:rsidR="006D484E" w:rsidRDefault="006D484E">
      <w:r>
        <w:separator/>
      </w:r>
    </w:p>
  </w:footnote>
  <w:footnote w:type="continuationSeparator" w:id="0">
    <w:p w14:paraId="2842C4BB" w14:textId="77777777" w:rsidR="006D484E" w:rsidRDefault="006D48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2514BF" w14:textId="77777777" w:rsidR="00A00D74" w:rsidRDefault="00A00D74">
    <w:pPr>
      <w:pStyle w:val="Nagwek"/>
      <w:jc w:val="center"/>
      <w:rPr>
        <w:sz w:val="17"/>
      </w:rPr>
    </w:pPr>
  </w:p>
  <w:p w14:paraId="4C62CC46" w14:textId="122B2438" w:rsidR="00A23C82" w:rsidRDefault="00A23C82" w:rsidP="00541DF8">
    <w:pPr>
      <w:pStyle w:val="Nagwek"/>
      <w:jc w:val="center"/>
    </w:pPr>
    <w:r>
      <w:rPr>
        <w:noProof/>
      </w:rPr>
      <w:drawing>
        <wp:inline distT="0" distB="0" distL="0" distR="0" wp14:anchorId="6B4515D5" wp14:editId="54638889">
          <wp:extent cx="6052782" cy="669925"/>
          <wp:effectExtent l="0" t="0" r="0" b="0"/>
          <wp:docPr id="19" name="Obraz 19" descr="Logotypy programu Fundusze Europejskie dla Pomorza, Unii Europejskiej i Województwa Pomorskiego" title="Oznaczenia programu i instytucj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55845" cy="670264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2269F"/>
    <w:rsid w:val="00034616"/>
    <w:rsid w:val="00053E0D"/>
    <w:rsid w:val="0006063C"/>
    <w:rsid w:val="000F05B2"/>
    <w:rsid w:val="0015074B"/>
    <w:rsid w:val="0029639D"/>
    <w:rsid w:val="00326F90"/>
    <w:rsid w:val="004137D3"/>
    <w:rsid w:val="004D0CD4"/>
    <w:rsid w:val="00541DF8"/>
    <w:rsid w:val="006D484E"/>
    <w:rsid w:val="006F0F2B"/>
    <w:rsid w:val="007D5570"/>
    <w:rsid w:val="009059EC"/>
    <w:rsid w:val="009F22DE"/>
    <w:rsid w:val="00A00D74"/>
    <w:rsid w:val="00A23C82"/>
    <w:rsid w:val="00AA1D8D"/>
    <w:rsid w:val="00AF041E"/>
    <w:rsid w:val="00B47730"/>
    <w:rsid w:val="00CA3213"/>
    <w:rsid w:val="00CB0664"/>
    <w:rsid w:val="00CD0D08"/>
    <w:rsid w:val="00F917F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01B78A4"/>
  <w14:defaultImageDpi w14:val="300"/>
  <w15:docId w15:val="{B05F87E5-DA85-4D78-91C6-C4955395D7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60" w:line="252" w:lineRule="auto"/>
    </w:pPr>
    <w:rPr>
      <w:rFonts w:ascii="Arial" w:eastAsia="Arial" w:hAnsi="Arial"/>
      <w:sz w:val="19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1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  <w:rPr>
      <w:sz w:val="18"/>
    </w:r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  <w:rPr>
      <w:sz w:val="18"/>
    </w:r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761</Words>
  <Characters>4572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5323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7 - Protokół Komisji Rekrutacyjnej - nauczyciele - projekt Luzino</dc:title>
  <dc:subject>Projekt Rozwój edukacji przedszkolnej w Gminie Luzino</dc:subject>
  <dc:creator>python-docx</dc:creator>
  <cp:keywords/>
  <dc:description>Wersja dostosowana do poprawionego Regulaminu rekrutacji.</dc:description>
  <cp:lastModifiedBy>Dawid</cp:lastModifiedBy>
  <cp:revision>15</cp:revision>
  <dcterms:created xsi:type="dcterms:W3CDTF">2013-12-23T23:15:00Z</dcterms:created>
  <dcterms:modified xsi:type="dcterms:W3CDTF">2026-09-24T06:14:00Z</dcterms:modified>
  <cp:category/>
</cp:coreProperties>
</file>