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8FC04" w14:textId="75EBBF37" w:rsidR="00344A1E" w:rsidRDefault="00000000">
      <w:pPr>
        <w:spacing w:after="280"/>
        <w:jc w:val="right"/>
        <w:rPr>
          <w:i/>
        </w:rPr>
      </w:pPr>
      <w:r>
        <w:rPr>
          <w:i/>
        </w:rPr>
        <w:t>Wierzbica, dnia ....................................</w:t>
      </w:r>
    </w:p>
    <w:p w14:paraId="4B377076" w14:textId="77777777" w:rsidR="00E7407D" w:rsidRDefault="00E7407D" w:rsidP="00E7407D">
      <w:pPr>
        <w:spacing w:after="0"/>
        <w:jc w:val="right"/>
        <w:rPr>
          <w:b/>
          <w:i/>
          <w:lang w:val="pl-PL"/>
        </w:rPr>
      </w:pPr>
      <w:r w:rsidRPr="00E7407D">
        <w:rPr>
          <w:b/>
          <w:i/>
          <w:lang w:val="pl-PL"/>
        </w:rPr>
        <w:t>URZĄD GMINY W WIERZBICY</w:t>
      </w:r>
    </w:p>
    <w:p w14:paraId="75268F8D" w14:textId="54990D43" w:rsidR="00E7407D" w:rsidRPr="00E7407D" w:rsidRDefault="00E7407D" w:rsidP="00E7407D">
      <w:pPr>
        <w:spacing w:after="0"/>
        <w:rPr>
          <w:b/>
          <w:i/>
          <w:lang w:val="pl-PL"/>
        </w:rPr>
      </w:pPr>
      <w:r>
        <w:rPr>
          <w:b/>
          <w:i/>
          <w:lang w:val="pl-PL"/>
        </w:rPr>
        <w:tab/>
      </w:r>
      <w:r>
        <w:rPr>
          <w:b/>
          <w:i/>
          <w:lang w:val="pl-PL"/>
        </w:rPr>
        <w:tab/>
      </w:r>
      <w:r>
        <w:rPr>
          <w:b/>
          <w:i/>
          <w:lang w:val="pl-PL"/>
        </w:rPr>
        <w:tab/>
      </w:r>
      <w:r>
        <w:rPr>
          <w:b/>
          <w:i/>
          <w:lang w:val="pl-PL"/>
        </w:rPr>
        <w:tab/>
      </w:r>
      <w:r>
        <w:rPr>
          <w:b/>
          <w:i/>
          <w:lang w:val="pl-PL"/>
        </w:rPr>
        <w:tab/>
      </w:r>
      <w:r>
        <w:rPr>
          <w:b/>
          <w:i/>
          <w:lang w:val="pl-PL"/>
        </w:rPr>
        <w:tab/>
      </w:r>
      <w:r>
        <w:rPr>
          <w:b/>
          <w:i/>
          <w:lang w:val="pl-PL"/>
        </w:rPr>
        <w:tab/>
      </w:r>
      <w:r>
        <w:rPr>
          <w:b/>
          <w:i/>
          <w:lang w:val="pl-PL"/>
        </w:rPr>
        <w:tab/>
      </w:r>
      <w:r>
        <w:rPr>
          <w:b/>
          <w:i/>
          <w:lang w:val="pl-PL"/>
        </w:rPr>
        <w:tab/>
        <w:t xml:space="preserve">      </w:t>
      </w:r>
      <w:r w:rsidRPr="00E7407D">
        <w:rPr>
          <w:i/>
          <w:lang w:val="pl-PL"/>
        </w:rPr>
        <w:t>ul. Kościuszki 73</w:t>
      </w:r>
      <w:r w:rsidRPr="00E7407D">
        <w:rPr>
          <w:i/>
          <w:lang w:val="pl-PL"/>
        </w:rPr>
        <w:br/>
      </w:r>
      <w:r>
        <w:rPr>
          <w:i/>
          <w:lang w:val="pl-PL"/>
        </w:rPr>
        <w:tab/>
      </w:r>
      <w:r>
        <w:rPr>
          <w:i/>
          <w:lang w:val="pl-PL"/>
        </w:rPr>
        <w:tab/>
      </w:r>
      <w:r>
        <w:rPr>
          <w:i/>
          <w:lang w:val="pl-PL"/>
        </w:rPr>
        <w:tab/>
      </w:r>
      <w:r>
        <w:rPr>
          <w:i/>
          <w:lang w:val="pl-PL"/>
        </w:rPr>
        <w:tab/>
      </w:r>
      <w:r>
        <w:rPr>
          <w:i/>
          <w:lang w:val="pl-PL"/>
        </w:rPr>
        <w:tab/>
      </w:r>
      <w:r>
        <w:rPr>
          <w:i/>
          <w:lang w:val="pl-PL"/>
        </w:rPr>
        <w:tab/>
      </w:r>
      <w:r>
        <w:rPr>
          <w:i/>
          <w:lang w:val="pl-PL"/>
        </w:rPr>
        <w:tab/>
      </w:r>
      <w:r>
        <w:rPr>
          <w:i/>
          <w:lang w:val="pl-PL"/>
        </w:rPr>
        <w:tab/>
      </w:r>
      <w:r>
        <w:rPr>
          <w:i/>
          <w:lang w:val="pl-PL"/>
        </w:rPr>
        <w:tab/>
        <w:t xml:space="preserve">     </w:t>
      </w:r>
      <w:r w:rsidRPr="00E7407D">
        <w:rPr>
          <w:i/>
          <w:lang w:val="pl-PL"/>
        </w:rPr>
        <w:t>26-680 Wierzbica</w:t>
      </w:r>
      <w:r w:rsidRPr="00E7407D">
        <w:rPr>
          <w:i/>
          <w:lang w:val="pl-PL"/>
        </w:rPr>
        <w:br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5443"/>
      </w:tblGrid>
      <w:tr w:rsidR="00344A1E" w14:paraId="14E2F755" w14:textId="7777777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D49092F" w14:textId="77777777" w:rsidR="00344A1E" w:rsidRDefault="00000000">
            <w:pPr>
              <w:spacing w:after="0"/>
            </w:pPr>
            <w:r>
              <w:rPr>
                <w:sz w:val="21"/>
              </w:rPr>
              <w:t>Imię i nazwisko:</w:t>
            </w: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5F220D8" w14:textId="1789208D" w:rsidR="00344A1E" w:rsidRDefault="00000000">
            <w:pPr>
              <w:spacing w:after="0"/>
            </w:pPr>
            <w:r>
              <w:rPr>
                <w:sz w:val="21"/>
              </w:rPr>
              <w:t>...........................................................</w:t>
            </w:r>
          </w:p>
        </w:tc>
      </w:tr>
      <w:tr w:rsidR="00344A1E" w14:paraId="4A1FE117" w14:textId="7777777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2372AD4" w14:textId="77777777" w:rsidR="00344A1E" w:rsidRDefault="00000000">
            <w:pPr>
              <w:spacing w:after="0"/>
            </w:pPr>
            <w:r>
              <w:rPr>
                <w:sz w:val="21"/>
              </w:rPr>
              <w:t>Adres zamieszkania:</w:t>
            </w: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972F4A2" w14:textId="1C71DECF" w:rsidR="00344A1E" w:rsidRDefault="00000000">
            <w:pPr>
              <w:spacing w:after="0"/>
            </w:pPr>
            <w:r>
              <w:rPr>
                <w:sz w:val="21"/>
              </w:rPr>
              <w:t>...........................................................</w:t>
            </w:r>
          </w:p>
        </w:tc>
      </w:tr>
      <w:tr w:rsidR="00344A1E" w14:paraId="42E0EBB0" w14:textId="7777777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40AFB1C" w14:textId="77777777" w:rsidR="00344A1E" w:rsidRDefault="00000000">
            <w:pPr>
              <w:spacing w:after="0"/>
            </w:pPr>
            <w:r>
              <w:rPr>
                <w:sz w:val="21"/>
              </w:rPr>
              <w:t>Telefon kontaktowy:</w:t>
            </w: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4502D25" w14:textId="6D854D1C" w:rsidR="00344A1E" w:rsidRDefault="00000000">
            <w:pPr>
              <w:spacing w:after="0"/>
            </w:pPr>
            <w:r>
              <w:rPr>
                <w:sz w:val="21"/>
              </w:rPr>
              <w:t>..........................................................</w:t>
            </w:r>
          </w:p>
        </w:tc>
      </w:tr>
      <w:tr w:rsidR="00344A1E" w14:paraId="2B7D77C6" w14:textId="7777777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9BE9388" w14:textId="77777777" w:rsidR="00344A1E" w:rsidRDefault="00000000">
            <w:pPr>
              <w:spacing w:after="0"/>
            </w:pPr>
            <w:r>
              <w:rPr>
                <w:sz w:val="21"/>
              </w:rPr>
              <w:t>Adres gospodarstwa:</w:t>
            </w: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F2EA505" w14:textId="281BD864" w:rsidR="00344A1E" w:rsidRDefault="00000000">
            <w:pPr>
              <w:spacing w:after="0"/>
            </w:pPr>
            <w:r>
              <w:rPr>
                <w:sz w:val="21"/>
              </w:rPr>
              <w:t>..........................................................</w:t>
            </w:r>
          </w:p>
        </w:tc>
      </w:tr>
      <w:tr w:rsidR="00344A1E" w14:paraId="2D4D3DC9" w14:textId="7777777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68C14C" w14:textId="77777777" w:rsidR="00344A1E" w:rsidRDefault="00000000">
            <w:pPr>
              <w:spacing w:after="0"/>
            </w:pPr>
            <w:r>
              <w:rPr>
                <w:sz w:val="21"/>
              </w:rPr>
              <w:t>Powierzchnia gospodarstwa rolnego:</w:t>
            </w: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8CC3655" w14:textId="62C33597" w:rsidR="00344A1E" w:rsidRDefault="00000000">
            <w:pPr>
              <w:spacing w:after="0"/>
            </w:pPr>
            <w:r>
              <w:rPr>
                <w:sz w:val="21"/>
              </w:rPr>
              <w:t>................................. ha</w:t>
            </w:r>
          </w:p>
        </w:tc>
      </w:tr>
    </w:tbl>
    <w:p w14:paraId="074818DF" w14:textId="0EA87158" w:rsidR="00344A1E" w:rsidRPr="00E7407D" w:rsidRDefault="00000000">
      <w:pPr>
        <w:spacing w:before="240" w:after="60"/>
        <w:jc w:val="center"/>
        <w:rPr>
          <w:lang w:val="pl-PL"/>
        </w:rPr>
      </w:pPr>
      <w:r w:rsidRPr="00E7407D">
        <w:rPr>
          <w:b/>
          <w:sz w:val="28"/>
          <w:lang w:val="pl-PL"/>
        </w:rPr>
        <w:t>DEKLARACJA UDZIAŁU W</w:t>
      </w:r>
      <w:r w:rsidR="00E7407D">
        <w:rPr>
          <w:b/>
          <w:sz w:val="28"/>
          <w:lang w:val="pl-PL"/>
        </w:rPr>
        <w:t xml:space="preserve"> NIEODPŁATNEJ</w:t>
      </w:r>
      <w:r w:rsidRPr="00E7407D">
        <w:rPr>
          <w:b/>
          <w:sz w:val="28"/>
          <w:lang w:val="pl-PL"/>
        </w:rPr>
        <w:t xml:space="preserve"> ZBIÓRCE FOLII ROLNICZYCH</w:t>
      </w:r>
    </w:p>
    <w:p w14:paraId="73EED61C" w14:textId="1E199AD0" w:rsidR="00344A1E" w:rsidRPr="00E7407D" w:rsidRDefault="00000000">
      <w:pPr>
        <w:spacing w:after="240"/>
        <w:jc w:val="center"/>
        <w:rPr>
          <w:lang w:val="pl-PL"/>
        </w:rPr>
      </w:pPr>
      <w:r w:rsidRPr="00E7407D">
        <w:rPr>
          <w:b/>
          <w:sz w:val="26"/>
          <w:lang w:val="pl-PL"/>
        </w:rPr>
        <w:t>I INNYCH ODPADÓW Z DZIAŁALNOŚCI ROLNICZEJ – 2026</w:t>
      </w:r>
      <w:r w:rsidR="004605D4">
        <w:rPr>
          <w:b/>
          <w:sz w:val="26"/>
          <w:lang w:val="pl-PL"/>
        </w:rPr>
        <w:t xml:space="preserve"> ROK.</w:t>
      </w:r>
    </w:p>
    <w:p w14:paraId="2C98EBBB" w14:textId="77777777" w:rsidR="00344A1E" w:rsidRPr="00E7407D" w:rsidRDefault="00000000">
      <w:pPr>
        <w:spacing w:after="160"/>
        <w:jc w:val="both"/>
        <w:rPr>
          <w:lang w:val="pl-PL"/>
        </w:rPr>
      </w:pPr>
      <w:r w:rsidRPr="00E7407D">
        <w:rPr>
          <w:sz w:val="21"/>
          <w:lang w:val="pl-PL"/>
        </w:rPr>
        <w:t>Deklaruję chęć udziału w zbiórce organizowanej przez Gminę Wierzbica oraz podaję szacunkową ilość odpadów znajdujących się w gospodarstwie rolnym: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5726"/>
        <w:gridCol w:w="2438"/>
      </w:tblGrid>
      <w:tr w:rsidR="00344A1E" w14:paraId="363F5FDD" w14:textId="77777777">
        <w:trPr>
          <w:jc w:val="center"/>
        </w:trPr>
        <w:tc>
          <w:tcPr>
            <w:tcW w:w="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982CA5" w14:textId="77777777" w:rsidR="00344A1E" w:rsidRDefault="00000000">
            <w:proofErr w:type="spellStart"/>
            <w:r>
              <w:rPr>
                <w:b/>
                <w:sz w:val="20"/>
              </w:rPr>
              <w:t>L.p.</w:t>
            </w:r>
            <w:proofErr w:type="spellEnd"/>
          </w:p>
        </w:tc>
        <w:tc>
          <w:tcPr>
            <w:tcW w:w="572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F562E6" w14:textId="77777777" w:rsidR="00344A1E" w:rsidRDefault="00000000">
            <w:r>
              <w:rPr>
                <w:b/>
                <w:sz w:val="20"/>
              </w:rPr>
              <w:t>Rodzaj odpadów</w:t>
            </w:r>
          </w:p>
        </w:tc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DFEACB" w14:textId="77777777" w:rsidR="00344A1E" w:rsidRDefault="00000000">
            <w:r>
              <w:rPr>
                <w:b/>
                <w:sz w:val="20"/>
              </w:rPr>
              <w:t>Szacunkowa ilość w kg</w:t>
            </w:r>
          </w:p>
        </w:tc>
      </w:tr>
      <w:tr w:rsidR="00344A1E" w:rsidRPr="00E7407D" w14:paraId="1467FDEB" w14:textId="77777777">
        <w:trPr>
          <w:jc w:val="center"/>
        </w:trPr>
        <w:tc>
          <w:tcPr>
            <w:tcW w:w="680" w:type="dxa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384D6D57" w14:textId="77777777" w:rsidR="00344A1E" w:rsidRDefault="00000000">
            <w:r>
              <w:rPr>
                <w:sz w:val="21"/>
              </w:rPr>
              <w:t>1.</w:t>
            </w:r>
          </w:p>
        </w:tc>
        <w:tc>
          <w:tcPr>
            <w:tcW w:w="5726" w:type="dxa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0D686419" w14:textId="77777777" w:rsidR="00344A1E" w:rsidRPr="00E7407D" w:rsidRDefault="00000000">
            <w:pPr>
              <w:rPr>
                <w:lang w:val="pl-PL"/>
              </w:rPr>
            </w:pPr>
            <w:r w:rsidRPr="00E7407D">
              <w:rPr>
                <w:sz w:val="21"/>
                <w:lang w:val="pl-PL"/>
              </w:rPr>
              <w:t>Folia czarna i czarno-biała</w:t>
            </w:r>
          </w:p>
        </w:tc>
        <w:tc>
          <w:tcPr>
            <w:tcW w:w="2438" w:type="dxa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78D4BD1D" w14:textId="77777777" w:rsidR="00344A1E" w:rsidRPr="00E7407D" w:rsidRDefault="00344A1E">
            <w:pPr>
              <w:rPr>
                <w:lang w:val="pl-PL"/>
              </w:rPr>
            </w:pPr>
          </w:p>
        </w:tc>
      </w:tr>
      <w:tr w:rsidR="00344A1E" w:rsidRPr="00E7407D" w14:paraId="1E0B9CEC" w14:textId="77777777">
        <w:trPr>
          <w:jc w:val="center"/>
        </w:trPr>
        <w:tc>
          <w:tcPr>
            <w:tcW w:w="680" w:type="dxa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7484E7ED" w14:textId="77777777" w:rsidR="00344A1E" w:rsidRDefault="00000000">
            <w:r>
              <w:rPr>
                <w:sz w:val="21"/>
              </w:rPr>
              <w:t>2.</w:t>
            </w:r>
          </w:p>
        </w:tc>
        <w:tc>
          <w:tcPr>
            <w:tcW w:w="5726" w:type="dxa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29C25AD9" w14:textId="77777777" w:rsidR="00344A1E" w:rsidRPr="00E7407D" w:rsidRDefault="00000000">
            <w:pPr>
              <w:rPr>
                <w:lang w:val="pl-PL"/>
              </w:rPr>
            </w:pPr>
            <w:r w:rsidRPr="00E7407D">
              <w:rPr>
                <w:sz w:val="21"/>
                <w:lang w:val="pl-PL"/>
              </w:rPr>
              <w:t>Folia po sianokiszonce biała/zielona</w:t>
            </w:r>
          </w:p>
        </w:tc>
        <w:tc>
          <w:tcPr>
            <w:tcW w:w="2438" w:type="dxa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2023F21A" w14:textId="77777777" w:rsidR="00344A1E" w:rsidRPr="00E7407D" w:rsidRDefault="00344A1E">
            <w:pPr>
              <w:rPr>
                <w:lang w:val="pl-PL"/>
              </w:rPr>
            </w:pPr>
          </w:p>
        </w:tc>
      </w:tr>
      <w:tr w:rsidR="00344A1E" w14:paraId="38EB1269" w14:textId="77777777">
        <w:trPr>
          <w:jc w:val="center"/>
        </w:trPr>
        <w:tc>
          <w:tcPr>
            <w:tcW w:w="680" w:type="dxa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3E8FDC88" w14:textId="77777777" w:rsidR="00344A1E" w:rsidRDefault="00000000">
            <w:r>
              <w:rPr>
                <w:sz w:val="21"/>
              </w:rPr>
              <w:t>3.</w:t>
            </w:r>
          </w:p>
        </w:tc>
        <w:tc>
          <w:tcPr>
            <w:tcW w:w="5726" w:type="dxa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300C1C3B" w14:textId="77777777" w:rsidR="00344A1E" w:rsidRDefault="00000000">
            <w:r>
              <w:rPr>
                <w:sz w:val="21"/>
              </w:rPr>
              <w:t>Folia tunelowa</w:t>
            </w:r>
          </w:p>
        </w:tc>
        <w:tc>
          <w:tcPr>
            <w:tcW w:w="2438" w:type="dxa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5BA3E091" w14:textId="77777777" w:rsidR="00344A1E" w:rsidRDefault="00344A1E"/>
        </w:tc>
      </w:tr>
      <w:tr w:rsidR="00344A1E" w14:paraId="27B6B6B2" w14:textId="77777777">
        <w:trPr>
          <w:jc w:val="center"/>
        </w:trPr>
        <w:tc>
          <w:tcPr>
            <w:tcW w:w="680" w:type="dxa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2D2E2A07" w14:textId="77777777" w:rsidR="00344A1E" w:rsidRDefault="00000000">
            <w:r>
              <w:rPr>
                <w:sz w:val="21"/>
              </w:rPr>
              <w:t>4.</w:t>
            </w:r>
          </w:p>
        </w:tc>
        <w:tc>
          <w:tcPr>
            <w:tcW w:w="5726" w:type="dxa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5F0F06E3" w14:textId="77777777" w:rsidR="00344A1E" w:rsidRDefault="00000000">
            <w:r>
              <w:rPr>
                <w:sz w:val="21"/>
              </w:rPr>
              <w:t>Opakowania po nawozach</w:t>
            </w:r>
          </w:p>
        </w:tc>
        <w:tc>
          <w:tcPr>
            <w:tcW w:w="2438" w:type="dxa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5E882315" w14:textId="77777777" w:rsidR="00344A1E" w:rsidRDefault="00344A1E"/>
        </w:tc>
      </w:tr>
      <w:tr w:rsidR="00344A1E" w14:paraId="6ECC14C5" w14:textId="77777777">
        <w:trPr>
          <w:jc w:val="center"/>
        </w:trPr>
        <w:tc>
          <w:tcPr>
            <w:tcW w:w="680" w:type="dxa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278B8AE1" w14:textId="77777777" w:rsidR="00344A1E" w:rsidRDefault="00000000">
            <w:r>
              <w:rPr>
                <w:sz w:val="21"/>
              </w:rPr>
              <w:t>5.</w:t>
            </w:r>
          </w:p>
        </w:tc>
        <w:tc>
          <w:tcPr>
            <w:tcW w:w="5726" w:type="dxa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2F5BA6C4" w14:textId="77777777" w:rsidR="00344A1E" w:rsidRDefault="00000000">
            <w:r>
              <w:rPr>
                <w:sz w:val="21"/>
              </w:rPr>
              <w:t>Opakowania typu Big-Bag</w:t>
            </w:r>
          </w:p>
        </w:tc>
        <w:tc>
          <w:tcPr>
            <w:tcW w:w="2438" w:type="dxa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6A197C8D" w14:textId="77777777" w:rsidR="00344A1E" w:rsidRDefault="00344A1E"/>
        </w:tc>
      </w:tr>
      <w:tr w:rsidR="00344A1E" w14:paraId="40FDE12D" w14:textId="77777777">
        <w:trPr>
          <w:jc w:val="center"/>
        </w:trPr>
        <w:tc>
          <w:tcPr>
            <w:tcW w:w="680" w:type="dxa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2645CAD2" w14:textId="77777777" w:rsidR="00344A1E" w:rsidRDefault="00344A1E"/>
        </w:tc>
        <w:tc>
          <w:tcPr>
            <w:tcW w:w="5726" w:type="dxa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5E829A80" w14:textId="77777777" w:rsidR="00344A1E" w:rsidRDefault="00000000">
            <w:r>
              <w:rPr>
                <w:b/>
                <w:sz w:val="21"/>
              </w:rPr>
              <w:t>RAZEM</w:t>
            </w:r>
          </w:p>
        </w:tc>
        <w:tc>
          <w:tcPr>
            <w:tcW w:w="2438" w:type="dxa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536E13E4" w14:textId="77777777" w:rsidR="00344A1E" w:rsidRDefault="00344A1E"/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845"/>
      </w:tblGrid>
      <w:tr w:rsidR="00344A1E" w:rsidRPr="00E7407D" w14:paraId="6F75918D" w14:textId="77777777">
        <w:trPr>
          <w:jc w:val="center"/>
        </w:trPr>
        <w:tc>
          <w:tcPr>
            <w:tcW w:w="884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B462E6" w14:textId="77777777" w:rsidR="00344A1E" w:rsidRPr="00E7407D" w:rsidRDefault="00000000">
            <w:pPr>
              <w:spacing w:after="40"/>
              <w:jc w:val="center"/>
              <w:rPr>
                <w:lang w:val="pl-PL"/>
              </w:rPr>
            </w:pPr>
            <w:r w:rsidRPr="00E7407D">
              <w:rPr>
                <w:b/>
                <w:sz w:val="20"/>
                <w:lang w:val="pl-PL"/>
              </w:rPr>
              <w:t>WAŻNE – INFORMACJA ORGANIZACYJNA</w:t>
            </w:r>
          </w:p>
          <w:p w14:paraId="3142EC72" w14:textId="77777777" w:rsidR="00344A1E" w:rsidRPr="00E7407D" w:rsidRDefault="00000000">
            <w:pPr>
              <w:spacing w:after="0"/>
              <w:jc w:val="both"/>
              <w:rPr>
                <w:lang w:val="pl-PL"/>
              </w:rPr>
            </w:pPr>
            <w:r w:rsidRPr="00E7407D">
              <w:rPr>
                <w:sz w:val="18"/>
                <w:lang w:val="pl-PL"/>
              </w:rPr>
              <w:t>Rolnicy, którzy zadeklarują udział w zbiórce, będą zobowiązani do samodzielnego dostarczenia zadeklarowanych odpadów, w terminie wskazanym przez Gminę Wierzbica, do Punktu Selektywnego Zbierania Odpadów Komunalnych (PSZOK), Rzeczków-Kolonia 64. Termin przyjmowania odpadów zostanie podany po zakończeniu rozeznania ilości odpadów.</w:t>
            </w:r>
          </w:p>
        </w:tc>
      </w:tr>
    </w:tbl>
    <w:p w14:paraId="0C5DBAA6" w14:textId="77777777" w:rsidR="00344A1E" w:rsidRPr="00E7407D" w:rsidRDefault="00000000">
      <w:pPr>
        <w:spacing w:before="140" w:after="80"/>
        <w:jc w:val="both"/>
        <w:rPr>
          <w:lang w:val="pl-PL"/>
        </w:rPr>
      </w:pPr>
      <w:r w:rsidRPr="00E7407D">
        <w:rPr>
          <w:sz w:val="19"/>
          <w:lang w:val="pl-PL"/>
        </w:rPr>
        <w:t>Oświadczam, że podane ilości mają charakter szacunkowy. Odpady przeznaczone do przekazania zostaną posegregowane na poszczególne frakcje wskazane powyżej.</w:t>
      </w:r>
    </w:p>
    <w:p w14:paraId="02CE1F7E" w14:textId="77777777" w:rsidR="00344A1E" w:rsidRPr="00E7407D" w:rsidRDefault="00000000">
      <w:pPr>
        <w:spacing w:after="80"/>
        <w:jc w:val="both"/>
        <w:rPr>
          <w:lang w:val="pl-PL"/>
        </w:rPr>
      </w:pPr>
      <w:r w:rsidRPr="00E7407D">
        <w:rPr>
          <w:b/>
          <w:sz w:val="18"/>
          <w:lang w:val="pl-PL"/>
        </w:rPr>
        <w:t xml:space="preserve">Nie będą przyjmowane: sznurki i siatki do owijania balotów, węże nawadniające, bańki po płynach i szkodliwych substancjach, opony oraz </w:t>
      </w:r>
      <w:proofErr w:type="spellStart"/>
      <w:r w:rsidRPr="00E7407D">
        <w:rPr>
          <w:b/>
          <w:sz w:val="18"/>
          <w:lang w:val="pl-PL"/>
        </w:rPr>
        <w:t>agrowłóknina</w:t>
      </w:r>
      <w:proofErr w:type="spellEnd"/>
      <w:r w:rsidRPr="00E7407D">
        <w:rPr>
          <w:b/>
          <w:sz w:val="18"/>
          <w:lang w:val="pl-PL"/>
        </w:rPr>
        <w:t>.</w:t>
      </w:r>
    </w:p>
    <w:p w14:paraId="389AC631" w14:textId="44F4C7EA" w:rsidR="00344A1E" w:rsidRPr="00E7407D" w:rsidRDefault="00344A1E">
      <w:pPr>
        <w:spacing w:after="160"/>
        <w:jc w:val="both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344A1E" w14:paraId="4CC6D774" w14:textId="77777777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4B22018" w14:textId="77777777" w:rsidR="00344A1E" w:rsidRPr="00E7407D" w:rsidRDefault="00344A1E">
            <w:pPr>
              <w:rPr>
                <w:lang w:val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085FE7A" w14:textId="77777777" w:rsidR="00344A1E" w:rsidRDefault="00000000">
            <w:pPr>
              <w:spacing w:after="0"/>
              <w:jc w:val="center"/>
            </w:pPr>
            <w:r>
              <w:rPr>
                <w:sz w:val="20"/>
              </w:rPr>
              <w:t>............................................................</w:t>
            </w:r>
          </w:p>
          <w:p w14:paraId="0F806C49" w14:textId="77777777" w:rsidR="00344A1E" w:rsidRDefault="00000000">
            <w:pPr>
              <w:spacing w:after="0"/>
              <w:jc w:val="center"/>
            </w:pPr>
            <w:r>
              <w:rPr>
                <w:i/>
                <w:sz w:val="18"/>
              </w:rPr>
              <w:t>(czytelny podpis)</w:t>
            </w:r>
          </w:p>
        </w:tc>
      </w:tr>
    </w:tbl>
    <w:p w14:paraId="03445A0E" w14:textId="77777777" w:rsidR="00344A1E" w:rsidRDefault="00000000">
      <w:r>
        <w:br w:type="page"/>
      </w:r>
    </w:p>
    <w:p w14:paraId="703F878D" w14:textId="77777777" w:rsidR="00344A1E" w:rsidRPr="00E7407D" w:rsidRDefault="00000000">
      <w:pPr>
        <w:spacing w:after="100"/>
        <w:jc w:val="center"/>
        <w:rPr>
          <w:lang w:val="pl-PL"/>
        </w:rPr>
      </w:pPr>
      <w:r w:rsidRPr="00E7407D">
        <w:rPr>
          <w:b/>
          <w:sz w:val="21"/>
          <w:lang w:val="pl-PL"/>
        </w:rPr>
        <w:lastRenderedPageBreak/>
        <w:t>KLAUZULA INFORMACYJNA DOTYCZĄCA PRZETWARZANIA DANYCH OSOBOWYCH</w:t>
      </w:r>
      <w:r w:rsidRPr="00E7407D">
        <w:rPr>
          <w:b/>
          <w:sz w:val="21"/>
          <w:lang w:val="pl-PL"/>
        </w:rPr>
        <w:br/>
        <w:t>W URZĘDZIE GMINY W WIERZBICY</w:t>
      </w:r>
    </w:p>
    <w:p w14:paraId="50401C78" w14:textId="77777777" w:rsidR="00344A1E" w:rsidRPr="00E7407D" w:rsidRDefault="00000000">
      <w:pPr>
        <w:spacing w:after="60" w:line="240" w:lineRule="auto"/>
        <w:jc w:val="both"/>
        <w:rPr>
          <w:lang w:val="pl-PL"/>
        </w:rPr>
      </w:pPr>
      <w:r w:rsidRPr="00E7407D">
        <w:rPr>
          <w:sz w:val="17"/>
          <w:lang w:val="pl-PL"/>
        </w:rPr>
        <w:t xml:space="preserve">Zgodnie z wymogami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„RODO”- </w:t>
      </w:r>
      <w:proofErr w:type="spellStart"/>
      <w:r w:rsidRPr="00E7407D">
        <w:rPr>
          <w:sz w:val="17"/>
          <w:lang w:val="pl-PL"/>
        </w:rPr>
        <w:t>Dz.Urz.UE</w:t>
      </w:r>
      <w:proofErr w:type="spellEnd"/>
      <w:r w:rsidRPr="00E7407D">
        <w:rPr>
          <w:sz w:val="17"/>
          <w:lang w:val="pl-PL"/>
        </w:rPr>
        <w:t xml:space="preserve"> L Nr 119, s 1), informujemy, że:</w:t>
      </w:r>
    </w:p>
    <w:p w14:paraId="4690F5E5" w14:textId="77777777" w:rsidR="00344A1E" w:rsidRPr="00E7407D" w:rsidRDefault="00000000">
      <w:pPr>
        <w:spacing w:after="40" w:line="240" w:lineRule="auto"/>
        <w:ind w:left="198" w:hanging="198"/>
        <w:jc w:val="both"/>
        <w:rPr>
          <w:lang w:val="pl-PL"/>
        </w:rPr>
      </w:pPr>
      <w:r w:rsidRPr="00E7407D">
        <w:rPr>
          <w:sz w:val="17"/>
          <w:lang w:val="pl-PL"/>
        </w:rPr>
        <w:t>1. Administratorem danych osobowych przetwarzanych w Urzędzie Gminy w Wierzbicy jest: Wójt Gminy.</w:t>
      </w:r>
      <w:r w:rsidRPr="00E7407D">
        <w:rPr>
          <w:sz w:val="17"/>
          <w:lang w:val="pl-PL"/>
        </w:rPr>
        <w:br/>
        <w:t>Adres: Urząd Gminy w Wierzbicy, ul. Kościuszki 73, 26-680 Wierzbica, tel.: 48 618 36 10,</w:t>
      </w:r>
    </w:p>
    <w:p w14:paraId="423624EA" w14:textId="77777777" w:rsidR="00344A1E" w:rsidRPr="00E7407D" w:rsidRDefault="00000000">
      <w:pPr>
        <w:spacing w:after="40" w:line="240" w:lineRule="auto"/>
        <w:ind w:left="198" w:hanging="198"/>
        <w:jc w:val="both"/>
        <w:rPr>
          <w:lang w:val="pl-PL"/>
        </w:rPr>
      </w:pPr>
      <w:r w:rsidRPr="00E7407D">
        <w:rPr>
          <w:sz w:val="17"/>
          <w:lang w:val="pl-PL"/>
        </w:rPr>
        <w:t>2. Pytania dotyczące sposobu i zakresu przetwarzania danych osobowych a także przysługujących uprawnień można kierować do Inspektora Ochrony Danych Osobowych za pomocą poczty elektronicznej na adres e-mail: bodo.radom@gmail.com. IOD wyznaczony w UG – Bartłomiej Kida.</w:t>
      </w:r>
    </w:p>
    <w:p w14:paraId="3232ECDD" w14:textId="77777777" w:rsidR="00344A1E" w:rsidRPr="00E7407D" w:rsidRDefault="00000000">
      <w:pPr>
        <w:spacing w:after="40" w:line="240" w:lineRule="auto"/>
        <w:ind w:left="198" w:hanging="198"/>
        <w:jc w:val="both"/>
        <w:rPr>
          <w:lang w:val="pl-PL"/>
        </w:rPr>
      </w:pPr>
      <w:r w:rsidRPr="00E7407D">
        <w:rPr>
          <w:sz w:val="17"/>
          <w:lang w:val="pl-PL"/>
        </w:rPr>
        <w:t>3. Administrator danych osobowych przetwarza dane osobowe w celu/celach:</w:t>
      </w:r>
    </w:p>
    <w:p w14:paraId="66B5BB8A" w14:textId="77777777" w:rsidR="00344A1E" w:rsidRPr="00E7407D" w:rsidRDefault="00000000">
      <w:pPr>
        <w:spacing w:after="40" w:line="240" w:lineRule="auto"/>
        <w:ind w:left="255" w:hanging="142"/>
        <w:jc w:val="both"/>
        <w:rPr>
          <w:lang w:val="pl-PL"/>
        </w:rPr>
      </w:pPr>
      <w:r w:rsidRPr="00E7407D">
        <w:rPr>
          <w:sz w:val="17"/>
          <w:lang w:val="pl-PL"/>
        </w:rPr>
        <w:t>• wypełnienia obowiązków prawnych ciążących na Urzędzie Gminy Wierzbicy (art. 6 ust. 1 lit. c RODO),</w:t>
      </w:r>
    </w:p>
    <w:p w14:paraId="64E8947E" w14:textId="77777777" w:rsidR="00344A1E" w:rsidRPr="00E7407D" w:rsidRDefault="00000000">
      <w:pPr>
        <w:spacing w:after="40" w:line="240" w:lineRule="auto"/>
        <w:ind w:left="255" w:hanging="142"/>
        <w:jc w:val="both"/>
        <w:rPr>
          <w:lang w:val="pl-PL"/>
        </w:rPr>
      </w:pPr>
      <w:r w:rsidRPr="00E7407D">
        <w:rPr>
          <w:sz w:val="17"/>
          <w:lang w:val="pl-PL"/>
        </w:rPr>
        <w:t>• realizacji umów zawartych z kontrahentami Gminy Wierzbica (art. 6 ust. 1 lit. b RODO,</w:t>
      </w:r>
    </w:p>
    <w:p w14:paraId="49958D2D" w14:textId="77777777" w:rsidR="00344A1E" w:rsidRPr="00E7407D" w:rsidRDefault="00000000">
      <w:pPr>
        <w:spacing w:after="40" w:line="240" w:lineRule="auto"/>
        <w:ind w:left="255" w:hanging="142"/>
        <w:jc w:val="both"/>
        <w:rPr>
          <w:lang w:val="pl-PL"/>
        </w:rPr>
      </w:pPr>
      <w:r w:rsidRPr="00E7407D">
        <w:rPr>
          <w:sz w:val="17"/>
          <w:lang w:val="pl-PL"/>
        </w:rPr>
        <w:t>• na podstawie wcześniej udzielonej zgody w zakresie i celu określonym w treści zgody (art. 6 ust. 1 lit. a RODO)</w:t>
      </w:r>
    </w:p>
    <w:p w14:paraId="0955C44D" w14:textId="77777777" w:rsidR="00344A1E" w:rsidRPr="00E7407D" w:rsidRDefault="00000000">
      <w:pPr>
        <w:spacing w:after="40" w:line="240" w:lineRule="auto"/>
        <w:ind w:left="255" w:hanging="142"/>
        <w:jc w:val="both"/>
        <w:rPr>
          <w:lang w:val="pl-PL"/>
        </w:rPr>
      </w:pPr>
      <w:r w:rsidRPr="00E7407D">
        <w:rPr>
          <w:sz w:val="17"/>
          <w:lang w:val="pl-PL"/>
        </w:rPr>
        <w:t>• przetwarzanie danych szczególnych kategorii  (art. 9 ust. 2 RODO)</w:t>
      </w:r>
    </w:p>
    <w:p w14:paraId="3A58865B" w14:textId="77777777" w:rsidR="00344A1E" w:rsidRPr="00E7407D" w:rsidRDefault="00000000">
      <w:pPr>
        <w:spacing w:after="40" w:line="240" w:lineRule="auto"/>
        <w:ind w:left="198" w:hanging="198"/>
        <w:jc w:val="both"/>
        <w:rPr>
          <w:lang w:val="pl-PL"/>
        </w:rPr>
      </w:pPr>
      <w:r w:rsidRPr="00E7407D">
        <w:rPr>
          <w:sz w:val="17"/>
          <w:lang w:val="pl-PL"/>
        </w:rPr>
        <w:t>4. Podanie danych osobowych jest obowiązkowe, w sytuacji, gdy przesłankę przetwarzania danych osobowych stanowi przepis prawa lub zawarta między stronami umowa.</w:t>
      </w:r>
    </w:p>
    <w:p w14:paraId="7127165D" w14:textId="77777777" w:rsidR="00344A1E" w:rsidRPr="00E7407D" w:rsidRDefault="00000000">
      <w:pPr>
        <w:spacing w:after="40" w:line="240" w:lineRule="auto"/>
        <w:ind w:left="198" w:hanging="198"/>
        <w:jc w:val="both"/>
        <w:rPr>
          <w:lang w:val="pl-PL"/>
        </w:rPr>
      </w:pPr>
      <w:r w:rsidRPr="00E7407D">
        <w:rPr>
          <w:sz w:val="17"/>
          <w:lang w:val="pl-PL"/>
        </w:rPr>
        <w:t>5. Niepodanie lub podanie niepełnych danych osobowych może skutkować pozostawieniem wniosku bez rozpatrzenia.</w:t>
      </w:r>
    </w:p>
    <w:p w14:paraId="0391EEAA" w14:textId="77777777" w:rsidR="00344A1E" w:rsidRPr="00E7407D" w:rsidRDefault="00000000">
      <w:pPr>
        <w:spacing w:after="40" w:line="240" w:lineRule="auto"/>
        <w:ind w:left="198" w:hanging="198"/>
        <w:jc w:val="both"/>
        <w:rPr>
          <w:lang w:val="pl-PL"/>
        </w:rPr>
      </w:pPr>
      <w:r w:rsidRPr="00E7407D">
        <w:rPr>
          <w:sz w:val="17"/>
          <w:lang w:val="pl-PL"/>
        </w:rPr>
        <w:t>6. W związku z przetwarzaniem danych osobowych w celach, o których mowa w pkt 3 odbiorcami Państwa danych osobowych mogą być:</w:t>
      </w:r>
    </w:p>
    <w:p w14:paraId="107DB36C" w14:textId="640813F8" w:rsidR="00344A1E" w:rsidRPr="00E7407D" w:rsidRDefault="00000000">
      <w:pPr>
        <w:spacing w:after="40" w:line="240" w:lineRule="auto"/>
        <w:ind w:left="255" w:hanging="142"/>
        <w:jc w:val="both"/>
        <w:rPr>
          <w:lang w:val="pl-PL"/>
        </w:rPr>
      </w:pPr>
      <w:r w:rsidRPr="00E7407D">
        <w:rPr>
          <w:sz w:val="17"/>
          <w:lang w:val="pl-PL"/>
        </w:rPr>
        <w:t xml:space="preserve">• organy władzy publicznej oraz podmioty wykonujące zadania publiczne lub działające na zlecenie organów władzy publicznej, </w:t>
      </w:r>
      <w:r w:rsidR="004605D4">
        <w:rPr>
          <w:sz w:val="17"/>
          <w:lang w:val="pl-PL"/>
        </w:rPr>
        <w:t xml:space="preserve">                   </w:t>
      </w:r>
      <w:r w:rsidRPr="00E7407D">
        <w:rPr>
          <w:sz w:val="17"/>
          <w:lang w:val="pl-PL"/>
        </w:rPr>
        <w:t>w zakresie i w celach, które wynikają z przepisów powszechnie obowiązującego prawa;</w:t>
      </w:r>
    </w:p>
    <w:p w14:paraId="4158EA89" w14:textId="77777777" w:rsidR="00344A1E" w:rsidRPr="00E7407D" w:rsidRDefault="00000000">
      <w:pPr>
        <w:spacing w:after="40" w:line="240" w:lineRule="auto"/>
        <w:ind w:left="255" w:hanging="142"/>
        <w:jc w:val="both"/>
        <w:rPr>
          <w:lang w:val="pl-PL"/>
        </w:rPr>
      </w:pPr>
      <w:r w:rsidRPr="00E7407D">
        <w:rPr>
          <w:sz w:val="17"/>
          <w:lang w:val="pl-PL"/>
        </w:rPr>
        <w:t>• inne podmioty, które na podstawie stosownych umów podpisanych z Gminą przetwarzają dane osobowe, dla których Administratorem jest Wójt Gminy Wierzbica.</w:t>
      </w:r>
    </w:p>
    <w:p w14:paraId="0B2A5B5F" w14:textId="77777777" w:rsidR="00344A1E" w:rsidRPr="00E7407D" w:rsidRDefault="00000000">
      <w:pPr>
        <w:spacing w:after="40" w:line="240" w:lineRule="auto"/>
        <w:ind w:left="198" w:hanging="198"/>
        <w:jc w:val="both"/>
        <w:rPr>
          <w:lang w:val="pl-PL"/>
        </w:rPr>
      </w:pPr>
      <w:r w:rsidRPr="00E7407D">
        <w:rPr>
          <w:sz w:val="17"/>
          <w:lang w:val="pl-PL"/>
        </w:rPr>
        <w:t>7. Dane osobowe będą przechowywane przez okres niezbędny do realizacji celów określonych w pkt 3, a po tym czasie przez okres oraz w zakresie wymaganym przez przepisy powszechnie obowiązującego prawa.</w:t>
      </w:r>
    </w:p>
    <w:p w14:paraId="72FFF791" w14:textId="77777777" w:rsidR="00344A1E" w:rsidRPr="00E7407D" w:rsidRDefault="00000000">
      <w:pPr>
        <w:spacing w:after="40" w:line="240" w:lineRule="auto"/>
        <w:ind w:left="198" w:hanging="198"/>
        <w:jc w:val="both"/>
        <w:rPr>
          <w:lang w:val="pl-PL"/>
        </w:rPr>
      </w:pPr>
      <w:r w:rsidRPr="00E7407D">
        <w:rPr>
          <w:sz w:val="17"/>
          <w:lang w:val="pl-PL"/>
        </w:rPr>
        <w:t>8. Każdemu, kto powierza przetwarzanie danych Wójtowi Gminy Wierzbica przysługuje prawo dostępu do treści powierzonych danych oraz ich sprostowania, usunięcia lub ograniczenia przetwarzania, a także prawo sprzeciwu, zażądania zaprzestania przetwarzania i przenoszenia danych, jak również prawo do cofnięcia zgody w dowolnym momencie oraz prawo do wniesienia skargi do organu nadzorczego tj.: do Prezesa Urzędu Ochrony Danych Osobowych ul. Stawki 2, 00-193 Warszawa.</w:t>
      </w:r>
    </w:p>
    <w:p w14:paraId="60C96E62" w14:textId="77777777" w:rsidR="00344A1E" w:rsidRPr="00E7407D" w:rsidRDefault="00000000">
      <w:pPr>
        <w:spacing w:after="40" w:line="240" w:lineRule="auto"/>
        <w:ind w:left="198" w:hanging="198"/>
        <w:jc w:val="both"/>
        <w:rPr>
          <w:lang w:val="pl-PL"/>
        </w:rPr>
      </w:pPr>
      <w:r w:rsidRPr="00E7407D">
        <w:rPr>
          <w:sz w:val="17"/>
          <w:lang w:val="pl-PL"/>
        </w:rPr>
        <w:t>9. Dane osobowe nie są przetwarzane w sposób zautomatyzowany i nie będą profilowane.</w:t>
      </w:r>
    </w:p>
    <w:p w14:paraId="2A9C976B" w14:textId="77777777" w:rsidR="00344A1E" w:rsidRPr="00E7407D" w:rsidRDefault="00000000">
      <w:pPr>
        <w:spacing w:after="40" w:line="240" w:lineRule="auto"/>
        <w:ind w:left="198" w:hanging="198"/>
        <w:jc w:val="both"/>
        <w:rPr>
          <w:lang w:val="pl-PL"/>
        </w:rPr>
      </w:pPr>
      <w:r w:rsidRPr="00E7407D">
        <w:rPr>
          <w:sz w:val="17"/>
          <w:lang w:val="pl-PL"/>
        </w:rPr>
        <w:t>10. Dane osobowe nie będą przesyłane do państw trzecich jak również organizacji międzynarodowych.</w:t>
      </w:r>
    </w:p>
    <w:p w14:paraId="5469BA56" w14:textId="77777777" w:rsidR="00344A1E" w:rsidRDefault="00000000">
      <w:pPr>
        <w:spacing w:before="140" w:after="0"/>
        <w:jc w:val="right"/>
      </w:pPr>
      <w:r>
        <w:rPr>
          <w:sz w:val="18"/>
        </w:rPr>
        <w:t>…………………………….……………………</w:t>
      </w:r>
    </w:p>
    <w:p w14:paraId="771E669B" w14:textId="77777777" w:rsidR="00344A1E" w:rsidRDefault="00000000">
      <w:pPr>
        <w:spacing w:after="0"/>
        <w:jc w:val="right"/>
      </w:pPr>
      <w:r>
        <w:rPr>
          <w:i/>
          <w:sz w:val="16"/>
        </w:rPr>
        <w:t>(data i podpis)</w:t>
      </w:r>
    </w:p>
    <w:sectPr w:rsidR="00344A1E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6C9D8" w14:textId="77777777" w:rsidR="00701738" w:rsidRDefault="00701738">
      <w:pPr>
        <w:spacing w:after="0" w:line="240" w:lineRule="auto"/>
      </w:pPr>
      <w:r>
        <w:separator/>
      </w:r>
    </w:p>
  </w:endnote>
  <w:endnote w:type="continuationSeparator" w:id="0">
    <w:p w14:paraId="6DE29531" w14:textId="77777777" w:rsidR="00701738" w:rsidRDefault="00701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F0026" w14:textId="77777777" w:rsidR="00701738" w:rsidRDefault="00701738">
      <w:pPr>
        <w:spacing w:after="0" w:line="240" w:lineRule="auto"/>
      </w:pPr>
      <w:r>
        <w:separator/>
      </w:r>
    </w:p>
  </w:footnote>
  <w:footnote w:type="continuationSeparator" w:id="0">
    <w:p w14:paraId="6EF815EF" w14:textId="77777777" w:rsidR="00701738" w:rsidRDefault="00701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5170184">
    <w:abstractNumId w:val="8"/>
  </w:num>
  <w:num w:numId="2" w16cid:durableId="21710107">
    <w:abstractNumId w:val="6"/>
  </w:num>
  <w:num w:numId="3" w16cid:durableId="944269369">
    <w:abstractNumId w:val="5"/>
  </w:num>
  <w:num w:numId="4" w16cid:durableId="2030331257">
    <w:abstractNumId w:val="4"/>
  </w:num>
  <w:num w:numId="5" w16cid:durableId="1690453402">
    <w:abstractNumId w:val="7"/>
  </w:num>
  <w:num w:numId="6" w16cid:durableId="709109342">
    <w:abstractNumId w:val="3"/>
  </w:num>
  <w:num w:numId="7" w16cid:durableId="1177576975">
    <w:abstractNumId w:val="2"/>
  </w:num>
  <w:num w:numId="8" w16cid:durableId="2008088882">
    <w:abstractNumId w:val="1"/>
  </w:num>
  <w:num w:numId="9" w16cid:durableId="1368489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4A1E"/>
    <w:rsid w:val="004605D4"/>
    <w:rsid w:val="00701738"/>
    <w:rsid w:val="0072618E"/>
    <w:rsid w:val="00AA1D8D"/>
    <w:rsid w:val="00B47730"/>
    <w:rsid w:val="00CB0664"/>
    <w:rsid w:val="00E740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159ACE"/>
  <w14:defaultImageDpi w14:val="300"/>
  <w15:docId w15:val="{81E11ECF-E3E7-4D47-84B0-872A03844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680</Words>
  <Characters>4085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Urząd Gminy Wierzbica</cp:lastModifiedBy>
  <cp:revision>3</cp:revision>
  <dcterms:created xsi:type="dcterms:W3CDTF">2026-09-18T11:50:00Z</dcterms:created>
  <dcterms:modified xsi:type="dcterms:W3CDTF">2026-09-18T11:52:00Z</dcterms:modified>
  <cp:category/>
</cp:coreProperties>
</file>